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F1BA6" w14:textId="712A2038" w:rsidR="001867C2" w:rsidRPr="001867C2" w:rsidRDefault="001867C2" w:rsidP="001867C2">
      <w:pPr>
        <w:spacing w:after="0" w:line="360" w:lineRule="auto"/>
        <w:ind w:left="-374" w:right="-490"/>
        <w:jc w:val="center"/>
      </w:pPr>
    </w:p>
    <w:p w14:paraId="7CA48DDC" w14:textId="77777777" w:rsidR="001867C2" w:rsidRPr="001867C2" w:rsidRDefault="001867C2" w:rsidP="001867C2">
      <w:pPr>
        <w:spacing w:after="0" w:line="264" w:lineRule="auto"/>
        <w:jc w:val="center"/>
        <w:rPr>
          <w:rFonts w:ascii="Footlight MT Light" w:eastAsia="Arial" w:hAnsi="Footlight MT Light"/>
          <w:sz w:val="32"/>
          <w:szCs w:val="32"/>
        </w:rPr>
      </w:pPr>
      <w:bookmarkStart w:id="0" w:name="_Hlk154663518"/>
      <w:r w:rsidRPr="001867C2">
        <w:rPr>
          <w:rFonts w:ascii="Footlight MT Light" w:eastAsia="Arial" w:hAnsi="Footlight MT Light"/>
          <w:sz w:val="32"/>
          <w:szCs w:val="32"/>
        </w:rPr>
        <w:t>Griswold Law Firm</w:t>
      </w:r>
    </w:p>
    <w:p w14:paraId="4FE339F7" w14:textId="5B4141A2" w:rsidR="001867C2" w:rsidRPr="001867C2" w:rsidRDefault="00BF7D64" w:rsidP="001867C2">
      <w:pPr>
        <w:spacing w:after="0" w:line="264" w:lineRule="auto"/>
        <w:jc w:val="center"/>
      </w:pPr>
      <w:r>
        <w:rPr>
          <w:noProof/>
        </w:rPr>
        <w:drawing>
          <wp:inline distT="0" distB="0" distL="0" distR="0" wp14:anchorId="09BFE2CB" wp14:editId="20C50386">
            <wp:extent cx="447675" cy="447675"/>
            <wp:effectExtent l="0" t="0" r="9525" b="9525"/>
            <wp:docPr id="390131314" name="Picture 20" descr="A blue circle with a white letter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31314" name="Picture 20" descr="A blue circle with a white letter i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39B1C" w14:textId="77777777" w:rsidR="001867C2" w:rsidRPr="001867C2" w:rsidRDefault="001867C2" w:rsidP="001867C2">
      <w:pPr>
        <w:spacing w:after="0" w:line="24" w:lineRule="atLeast"/>
        <w:ind w:left="14"/>
        <w:rPr>
          <w:rFonts w:ascii="Footlight MT Light" w:hAnsi="Footlight MT Light"/>
          <w:noProof/>
          <w:sz w:val="8"/>
          <w:szCs w:val="8"/>
        </w:rPr>
      </w:pPr>
    </w:p>
    <w:p w14:paraId="65D26DF7" w14:textId="77777777" w:rsidR="001867C2" w:rsidRPr="001867C2" w:rsidRDefault="001867C2" w:rsidP="001867C2">
      <w:pPr>
        <w:spacing w:after="0" w:line="240" w:lineRule="auto"/>
        <w:ind w:left="-374" w:right="-490"/>
        <w:jc w:val="center"/>
      </w:pPr>
      <w:r w:rsidRPr="001867C2">
        <w:t>4413 Spicewood Springs Road, Suite 304</w:t>
      </w:r>
    </w:p>
    <w:p w14:paraId="54D1930B" w14:textId="77777777" w:rsidR="001867C2" w:rsidRPr="001867C2" w:rsidRDefault="001867C2" w:rsidP="001867C2">
      <w:pPr>
        <w:spacing w:after="0" w:line="240" w:lineRule="auto"/>
        <w:ind w:left="-374" w:right="-490"/>
        <w:jc w:val="center"/>
      </w:pPr>
      <w:r w:rsidRPr="001867C2">
        <w:t>Austin, TX 78733</w:t>
      </w:r>
    </w:p>
    <w:p w14:paraId="60BE2B9B" w14:textId="51D941E5" w:rsidR="001867C2" w:rsidRPr="001867C2" w:rsidRDefault="001867C2" w:rsidP="001867C2">
      <w:pPr>
        <w:spacing w:after="0" w:line="240" w:lineRule="auto"/>
        <w:ind w:left="-374" w:right="-490"/>
        <w:jc w:val="center"/>
      </w:pPr>
      <w:r w:rsidRPr="001867C2">
        <w:rPr>
          <w:sz w:val="16"/>
          <w:szCs w:val="16"/>
        </w:rPr>
        <w:t xml:space="preserve">Phone: (512) 575-5816; Email: </w:t>
      </w:r>
      <w:hyperlink r:id="rId9" w:history="1">
        <w:r w:rsidRPr="001867C2">
          <w:rPr>
            <w:rStyle w:val="Hyperlink"/>
            <w:color w:val="auto"/>
            <w:sz w:val="16"/>
            <w:szCs w:val="16"/>
          </w:rPr>
          <w:t>tim@griswoldlawfirm.com</w:t>
        </w:r>
      </w:hyperlink>
      <w:bookmarkEnd w:id="0"/>
    </w:p>
    <w:p w14:paraId="58F5E782" w14:textId="77777777" w:rsidR="001867C2" w:rsidRPr="001867C2" w:rsidRDefault="001867C2" w:rsidP="001867C2">
      <w:pPr>
        <w:spacing w:after="0" w:line="240" w:lineRule="auto"/>
        <w:ind w:left="-374" w:right="-490"/>
        <w:jc w:val="center"/>
        <w:rPr>
          <w:sz w:val="16"/>
          <w:szCs w:val="16"/>
        </w:rPr>
      </w:pPr>
    </w:p>
    <w:p w14:paraId="14BD9F7D" w14:textId="77777777" w:rsidR="001867C2" w:rsidRPr="001867C2" w:rsidRDefault="001867C2" w:rsidP="001867C2">
      <w:pPr>
        <w:spacing w:after="0" w:line="240" w:lineRule="auto"/>
        <w:ind w:left="-374" w:right="-490"/>
        <w:jc w:val="center"/>
        <w:rPr>
          <w:sz w:val="16"/>
          <w:szCs w:val="16"/>
        </w:rPr>
      </w:pPr>
      <w:bookmarkStart w:id="1" w:name="_Hlk204339362"/>
    </w:p>
    <w:p w14:paraId="29CFBA6E" w14:textId="01816637" w:rsidR="001867C2" w:rsidRPr="001867C2" w:rsidRDefault="001867C2" w:rsidP="001867C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867C2">
        <w:rPr>
          <w:rFonts w:ascii="Times New Roman" w:hAnsi="Times New Roman" w:cs="Times New Roman"/>
          <w:b/>
          <w:bCs/>
          <w:sz w:val="32"/>
          <w:szCs w:val="32"/>
        </w:rPr>
        <w:t>Texas Prenuptial Agreement Intake Form</w:t>
      </w:r>
    </w:p>
    <w:p w14:paraId="2602ECD4" w14:textId="27E8D212" w:rsidR="00D83EB6" w:rsidRPr="001867C2" w:rsidRDefault="00000000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</w:rPr>
        <w:t>Please complete the following information as accurately and thoroughly as possible. All information is confidential and will be used solely to evaluate and draft your prenuptial agreement.</w:t>
      </w:r>
    </w:p>
    <w:p w14:paraId="5944542F" w14:textId="12844E82" w:rsidR="00D83EB6" w:rsidRPr="001867C2" w:rsidRDefault="00000000" w:rsidP="00D5788A">
      <w:pPr>
        <w:pStyle w:val="Heading1"/>
        <w:numPr>
          <w:ilvl w:val="0"/>
          <w:numId w:val="10"/>
        </w:numPr>
        <w:ind w:left="0" w:firstLine="0"/>
        <w:rPr>
          <w:rFonts w:ascii="Times New Roman" w:hAnsi="Times New Roman" w:cs="Times New Roman"/>
          <w:color w:val="auto"/>
        </w:rPr>
      </w:pPr>
      <w:r w:rsidRPr="001867C2">
        <w:rPr>
          <w:rFonts w:ascii="Times New Roman" w:hAnsi="Times New Roman" w:cs="Times New Roman"/>
          <w:color w:val="auto"/>
        </w:rPr>
        <w:t>Contact Information</w:t>
      </w:r>
    </w:p>
    <w:p w14:paraId="53522C8F" w14:textId="77777777" w:rsidR="002056C1" w:rsidRPr="001867C2" w:rsidRDefault="002056C1" w:rsidP="002056C1">
      <w:pPr>
        <w:rPr>
          <w:rFonts w:ascii="Times New Roman" w:hAnsi="Times New Roman" w:cs="Times New Roman"/>
        </w:rPr>
      </w:pPr>
    </w:p>
    <w:p w14:paraId="2D5E80BE" w14:textId="04D9848D" w:rsidR="00D83EB6" w:rsidRPr="001867C2" w:rsidRDefault="002056C1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7001299" wp14:editId="67EA8E2E">
                <wp:simplePos x="0" y="0"/>
                <wp:positionH relativeFrom="column">
                  <wp:posOffset>923925</wp:posOffset>
                </wp:positionH>
                <wp:positionV relativeFrom="paragraph">
                  <wp:posOffset>10160</wp:posOffset>
                </wp:positionV>
                <wp:extent cx="2181225" cy="238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4D635" w14:textId="78C8EE99" w:rsidR="002056C1" w:rsidRDefault="002056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01299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72.75pt;margin-top:.8pt;width:171.75pt;height:18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">
                <v:textbox>
                  <w:txbxContent>
                    <w:p w14:paraId="5C14D635" w14:textId="78C8EE99" w:rsidR="002056C1" w:rsidRDefault="002056C1"/>
                  </w:txbxContent>
                </v:textbox>
                <w10:wrap type="square"/>
              </v:shape>
            </w:pict>
          </mc:Fallback>
        </mc:AlternateContent>
      </w:r>
      <w:r w:rsidRPr="001867C2">
        <w:rPr>
          <w:rFonts w:ascii="Times New Roman" w:hAnsi="Times New Roman" w:cs="Times New Roman"/>
        </w:rPr>
        <w:t>Client Name: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52D48F97" w14:textId="0E8F35B4" w:rsidR="002056C1" w:rsidRPr="001867C2" w:rsidRDefault="002056C1">
      <w:pPr>
        <w:rPr>
          <w:rFonts w:ascii="Times New Roman" w:hAnsi="Times New Roman" w:cs="Times New Roman"/>
        </w:rPr>
      </w:pPr>
    </w:p>
    <w:p w14:paraId="1D7DC18E" w14:textId="0C23F92B" w:rsidR="00D83EB6" w:rsidRPr="001867C2" w:rsidRDefault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B3F340B" wp14:editId="297C2164">
                <wp:simplePos x="0" y="0"/>
                <wp:positionH relativeFrom="column">
                  <wp:posOffset>1095375</wp:posOffset>
                </wp:positionH>
                <wp:positionV relativeFrom="paragraph">
                  <wp:posOffset>8255</wp:posOffset>
                </wp:positionV>
                <wp:extent cx="1790700" cy="247650"/>
                <wp:effectExtent l="0" t="0" r="19050" b="19050"/>
                <wp:wrapSquare wrapText="bothSides"/>
                <wp:docPr id="117901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E8CBF" w14:textId="77777777" w:rsidR="001867C2" w:rsidRDefault="001867C2" w:rsidP="00186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340B" id="_x0000_s1027" type="#_x0000_t202" style="position:absolute;margin-left:86.25pt;margin-top:.65pt;width:141pt;height:19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">
                <v:textbox>
                  <w:txbxContent>
                    <w:p w14:paraId="7FBE8CBF" w14:textId="77777777" w:rsidR="001867C2" w:rsidRDefault="001867C2" w:rsidP="001867C2"/>
                  </w:txbxContent>
                </v:textbox>
                <w10:wrap type="square"/>
              </v:shape>
            </w:pict>
          </mc:Fallback>
        </mc:AlternateContent>
      </w:r>
      <w:r w:rsidRPr="001867C2">
        <w:rPr>
          <w:rFonts w:ascii="Times New Roman" w:hAnsi="Times New Roman" w:cs="Times New Roman"/>
        </w:rPr>
        <w:t>Phone Number: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29B39346" w14:textId="4DEFEC71" w:rsidR="001867C2" w:rsidRPr="001867C2" w:rsidRDefault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8D7B874" wp14:editId="4E5F9EA9">
                <wp:simplePos x="0" y="0"/>
                <wp:positionH relativeFrom="column">
                  <wp:posOffset>1028065</wp:posOffset>
                </wp:positionH>
                <wp:positionV relativeFrom="paragraph">
                  <wp:posOffset>254635</wp:posOffset>
                </wp:positionV>
                <wp:extent cx="3133725" cy="247650"/>
                <wp:effectExtent l="0" t="0" r="28575" b="19050"/>
                <wp:wrapSquare wrapText="bothSides"/>
                <wp:docPr id="326061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59AEB" w14:textId="77777777" w:rsidR="001867C2" w:rsidRDefault="001867C2" w:rsidP="00186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B874" id="_x0000_s1028" type="#_x0000_t202" style="position:absolute;margin-left:80.95pt;margin-top:20.05pt;width:246.75pt;height:19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">
                <v:textbox>
                  <w:txbxContent>
                    <w:p w14:paraId="45559AEB" w14:textId="77777777" w:rsidR="001867C2" w:rsidRDefault="001867C2" w:rsidP="001867C2"/>
                  </w:txbxContent>
                </v:textbox>
                <w10:wrap type="square"/>
              </v:shape>
            </w:pict>
          </mc:Fallback>
        </mc:AlternateContent>
      </w:r>
    </w:p>
    <w:p w14:paraId="7C7737D4" w14:textId="34870C8A" w:rsidR="00D83EB6" w:rsidRPr="001867C2" w:rsidRDefault="00000000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</w:rPr>
        <w:t>Email Address: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04A5B8A7" w14:textId="3C976230" w:rsidR="00D83EB6" w:rsidRPr="001867C2" w:rsidRDefault="00000000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</w:rPr>
        <w:t xml:space="preserve">Preferred Method of Contact: </w:t>
      </w:r>
      <w:r w:rsidRPr="001867C2">
        <w:rPr>
          <w:rFonts w:ascii="Segoe UI Symbol" w:hAnsi="Segoe UI Symbol" w:cs="Segoe UI Symbol"/>
        </w:rPr>
        <w:t>☐</w:t>
      </w:r>
      <w:r w:rsidRPr="001867C2">
        <w:rPr>
          <w:rFonts w:ascii="Times New Roman" w:hAnsi="Times New Roman" w:cs="Times New Roman"/>
        </w:rPr>
        <w:t xml:space="preserve"> Phone </w:t>
      </w:r>
      <w:r w:rsidRPr="001867C2">
        <w:rPr>
          <w:rFonts w:ascii="Segoe UI Symbol" w:hAnsi="Segoe UI Symbol" w:cs="Segoe UI Symbol"/>
        </w:rPr>
        <w:t>☐</w:t>
      </w:r>
      <w:r w:rsidRPr="001867C2">
        <w:rPr>
          <w:rFonts w:ascii="Times New Roman" w:hAnsi="Times New Roman" w:cs="Times New Roman"/>
        </w:rPr>
        <w:t xml:space="preserve"> Email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64A9A33A" w14:textId="59F9D45E" w:rsidR="00D83EB6" w:rsidRPr="001867C2" w:rsidRDefault="00000000" w:rsidP="00D5788A">
      <w:pPr>
        <w:pStyle w:val="Heading1"/>
        <w:numPr>
          <w:ilvl w:val="0"/>
          <w:numId w:val="10"/>
        </w:numPr>
        <w:ind w:left="0" w:firstLine="0"/>
        <w:rPr>
          <w:rFonts w:ascii="Times New Roman" w:hAnsi="Times New Roman" w:cs="Times New Roman"/>
          <w:color w:val="auto"/>
        </w:rPr>
      </w:pPr>
      <w:r w:rsidRPr="001867C2">
        <w:rPr>
          <w:rFonts w:ascii="Times New Roman" w:hAnsi="Times New Roman" w:cs="Times New Roman"/>
          <w:color w:val="auto"/>
        </w:rPr>
        <w:t>Fiancé(e)'s Information</w:t>
      </w:r>
    </w:p>
    <w:p w14:paraId="61341315" w14:textId="13649ED8" w:rsidR="001867C2" w:rsidRPr="001867C2" w:rsidRDefault="001867C2" w:rsidP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06D8498" wp14:editId="41B4E327">
                <wp:simplePos x="0" y="0"/>
                <wp:positionH relativeFrom="column">
                  <wp:posOffset>1552575</wp:posOffset>
                </wp:positionH>
                <wp:positionV relativeFrom="paragraph">
                  <wp:posOffset>255905</wp:posOffset>
                </wp:positionV>
                <wp:extent cx="2181225" cy="238125"/>
                <wp:effectExtent l="0" t="0" r="28575" b="28575"/>
                <wp:wrapSquare wrapText="bothSides"/>
                <wp:docPr id="1292467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BB269" w14:textId="77777777" w:rsidR="001867C2" w:rsidRDefault="001867C2" w:rsidP="00186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8498" id="_x0000_s1029" type="#_x0000_t202" style="position:absolute;margin-left:122.25pt;margin-top:20.15pt;width:171.75pt;height:18.7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">
                <v:textbox>
                  <w:txbxContent>
                    <w:p w14:paraId="7C2BB269" w14:textId="77777777" w:rsidR="001867C2" w:rsidRDefault="001867C2" w:rsidP="001867C2"/>
                  </w:txbxContent>
                </v:textbox>
                <w10:wrap type="square"/>
              </v:shape>
            </w:pict>
          </mc:Fallback>
        </mc:AlternateContent>
      </w:r>
    </w:p>
    <w:p w14:paraId="5AE7C9A0" w14:textId="532E852B" w:rsidR="00D83EB6" w:rsidRPr="001867C2" w:rsidRDefault="00000000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</w:rPr>
        <w:t>Full Name of Fiancé(e):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575458BD" w14:textId="45086D6C" w:rsidR="001867C2" w:rsidRPr="001867C2" w:rsidRDefault="001867C2">
      <w:pPr>
        <w:rPr>
          <w:rFonts w:ascii="Times New Roman" w:hAnsi="Times New Roman" w:cs="Times New Roman"/>
        </w:rPr>
      </w:pPr>
    </w:p>
    <w:p w14:paraId="092EEC00" w14:textId="7FC4BE03" w:rsidR="00D83EB6" w:rsidRPr="001867C2" w:rsidRDefault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1E4513B" wp14:editId="72B01856">
                <wp:simplePos x="0" y="0"/>
                <wp:positionH relativeFrom="column">
                  <wp:posOffset>1895475</wp:posOffset>
                </wp:positionH>
                <wp:positionV relativeFrom="paragraph">
                  <wp:posOffset>5715</wp:posOffset>
                </wp:positionV>
                <wp:extent cx="2181225" cy="238125"/>
                <wp:effectExtent l="0" t="0" r="28575" b="28575"/>
                <wp:wrapSquare wrapText="bothSides"/>
                <wp:docPr id="2047974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0294" w14:textId="77777777" w:rsidR="001867C2" w:rsidRDefault="001867C2" w:rsidP="00186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513B" id="_x0000_s1030" type="#_x0000_t202" style="position:absolute;margin-left:149.25pt;margin-top:.45pt;width:171.75pt;height:18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">
                <v:textbox>
                  <w:txbxContent>
                    <w:p w14:paraId="6B640294" w14:textId="77777777" w:rsidR="001867C2" w:rsidRDefault="001867C2" w:rsidP="001867C2"/>
                  </w:txbxContent>
                </v:textbox>
                <w10:wrap type="square"/>
              </v:shape>
            </w:pict>
          </mc:Fallback>
        </mc:AlternateContent>
      </w:r>
      <w:r w:rsidRPr="001867C2">
        <w:rPr>
          <w:rFonts w:ascii="Times New Roman" w:hAnsi="Times New Roman" w:cs="Times New Roman"/>
        </w:rPr>
        <w:t>Fiancé(e)’s Attorney (if any):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168E547D" w14:textId="77DF8724" w:rsidR="001867C2" w:rsidRPr="001867C2" w:rsidRDefault="001867C2">
      <w:pPr>
        <w:rPr>
          <w:rFonts w:ascii="Times New Roman" w:hAnsi="Times New Roman" w:cs="Times New Roman"/>
        </w:rPr>
      </w:pPr>
    </w:p>
    <w:p w14:paraId="0E2ABC54" w14:textId="21C16733" w:rsidR="001867C2" w:rsidRPr="001867C2" w:rsidRDefault="001867C2" w:rsidP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B0AD05F" wp14:editId="12266198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181225" cy="190500"/>
                <wp:effectExtent l="0" t="0" r="28575" b="19050"/>
                <wp:wrapSquare wrapText="bothSides"/>
                <wp:docPr id="723949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2F06D" w14:textId="77777777" w:rsidR="001867C2" w:rsidRDefault="001867C2" w:rsidP="00186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D05F" id="_x0000_s1031" type="#_x0000_t202" style="position:absolute;margin-left:0;margin-top:1pt;width:171.75pt;height:15pt;z-index:251668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">
                <v:textbox>
                  <w:txbxContent>
                    <w:p w14:paraId="0412F06D" w14:textId="77777777" w:rsidR="001867C2" w:rsidRDefault="001867C2" w:rsidP="001867C2"/>
                  </w:txbxContent>
                </v:textbox>
                <w10:wrap type="square" anchorx="margin"/>
              </v:shape>
            </w:pict>
          </mc:Fallback>
        </mc:AlternateContent>
      </w:r>
      <w:r w:rsidRPr="001867C2">
        <w:rPr>
          <w:rFonts w:ascii="Times New Roman" w:hAnsi="Times New Roman" w:cs="Times New Roman"/>
        </w:rPr>
        <w:t>Attorney Contact Info: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3EF15209" w14:textId="57D1116A" w:rsidR="00D83EB6" w:rsidRPr="001867C2" w:rsidRDefault="00000000" w:rsidP="00D5788A">
      <w:pPr>
        <w:pStyle w:val="Heading1"/>
        <w:numPr>
          <w:ilvl w:val="0"/>
          <w:numId w:val="10"/>
        </w:numPr>
        <w:ind w:left="0" w:firstLine="0"/>
        <w:rPr>
          <w:rFonts w:ascii="Times New Roman" w:hAnsi="Times New Roman" w:cs="Times New Roman"/>
          <w:color w:val="auto"/>
        </w:rPr>
      </w:pPr>
      <w:r w:rsidRPr="001867C2">
        <w:rPr>
          <w:rFonts w:ascii="Times New Roman" w:hAnsi="Times New Roman" w:cs="Times New Roman"/>
          <w:color w:val="auto"/>
        </w:rPr>
        <w:lastRenderedPageBreak/>
        <w:t>Wedding Information</w:t>
      </w:r>
    </w:p>
    <w:p w14:paraId="245B6568" w14:textId="40A20A4B" w:rsidR="001867C2" w:rsidRPr="001867C2" w:rsidRDefault="001867C2" w:rsidP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F3CF5C9" wp14:editId="05FF776A">
                <wp:simplePos x="0" y="0"/>
                <wp:positionH relativeFrom="margin">
                  <wp:posOffset>1666875</wp:posOffset>
                </wp:positionH>
                <wp:positionV relativeFrom="paragraph">
                  <wp:posOffset>241935</wp:posOffset>
                </wp:positionV>
                <wp:extent cx="1771650" cy="238125"/>
                <wp:effectExtent l="0" t="0" r="19050" b="28575"/>
                <wp:wrapSquare wrapText="bothSides"/>
                <wp:docPr id="886400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5A0D2" w14:textId="77777777" w:rsidR="001867C2" w:rsidRDefault="001867C2" w:rsidP="00186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F5C9" id="_x0000_s1032" type="#_x0000_t202" style="position:absolute;margin-left:131.25pt;margin-top:19.05pt;width:139.5pt;height:18.7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">
                <v:textbox>
                  <w:txbxContent>
                    <w:p w14:paraId="1565A0D2" w14:textId="77777777" w:rsidR="001867C2" w:rsidRDefault="001867C2" w:rsidP="001867C2"/>
                  </w:txbxContent>
                </v:textbox>
                <w10:wrap type="square" anchorx="margin"/>
              </v:shape>
            </w:pict>
          </mc:Fallback>
        </mc:AlternateContent>
      </w:r>
    </w:p>
    <w:p w14:paraId="4AE503ED" w14:textId="29FBEC39" w:rsidR="00D83EB6" w:rsidRPr="001867C2" w:rsidRDefault="00000000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</w:rPr>
        <w:t>Scheduled Wedding Date: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291D9DF0" w14:textId="08FEB2C4" w:rsidR="001867C2" w:rsidRPr="001867C2" w:rsidRDefault="001867C2" w:rsidP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24E1B8BD" wp14:editId="52219E7E">
                <wp:simplePos x="0" y="0"/>
                <wp:positionH relativeFrom="margin">
                  <wp:posOffset>1285875</wp:posOffset>
                </wp:positionH>
                <wp:positionV relativeFrom="paragraph">
                  <wp:posOffset>10795</wp:posOffset>
                </wp:positionV>
                <wp:extent cx="3505200" cy="247650"/>
                <wp:effectExtent l="0" t="0" r="19050" b="19050"/>
                <wp:wrapSquare wrapText="bothSides"/>
                <wp:docPr id="491807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268A9" w14:textId="77777777" w:rsidR="001867C2" w:rsidRDefault="001867C2" w:rsidP="00186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1B8BD" id="_x0000_s1033" type="#_x0000_t202" style="position:absolute;margin-left:101.25pt;margin-top:.85pt;width:276pt;height:19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">
                <v:textbox>
                  <w:txbxContent>
                    <w:p w14:paraId="689268A9" w14:textId="77777777" w:rsidR="001867C2" w:rsidRDefault="001867C2" w:rsidP="001867C2"/>
                  </w:txbxContent>
                </v:textbox>
                <w10:wrap type="square" anchorx="margin"/>
              </v:shape>
            </w:pict>
          </mc:Fallback>
        </mc:AlternateContent>
      </w:r>
      <w:r w:rsidRPr="001867C2">
        <w:rPr>
          <w:rFonts w:ascii="Times New Roman" w:hAnsi="Times New Roman" w:cs="Times New Roman"/>
        </w:rPr>
        <w:t>Wedding Location: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1DE90D4F" w14:textId="7B2BE1CD" w:rsidR="001867C2" w:rsidRDefault="00000000" w:rsidP="00D5788A">
      <w:pPr>
        <w:pStyle w:val="Heading1"/>
        <w:numPr>
          <w:ilvl w:val="0"/>
          <w:numId w:val="10"/>
        </w:numPr>
        <w:ind w:left="90" w:hanging="90"/>
        <w:jc w:val="both"/>
        <w:rPr>
          <w:rFonts w:ascii="Times New Roman" w:hAnsi="Times New Roman" w:cs="Times New Roman"/>
          <w:color w:val="auto"/>
        </w:rPr>
      </w:pPr>
      <w:r w:rsidRPr="004A0F8B">
        <w:rPr>
          <w:rFonts w:ascii="Times New Roman" w:hAnsi="Times New Roman" w:cs="Times New Roman"/>
          <w:color w:val="auto"/>
        </w:rPr>
        <w:t>Representation Confirmation</w:t>
      </w:r>
    </w:p>
    <w:p w14:paraId="4C988F99" w14:textId="5860C798" w:rsidR="00D83EB6" w:rsidRPr="004A0F8B" w:rsidRDefault="00000000">
      <w:pPr>
        <w:rPr>
          <w:rFonts w:ascii="Times New Roman" w:hAnsi="Times New Roman" w:cs="Times New Roman"/>
        </w:rPr>
      </w:pPr>
      <w:r w:rsidRPr="004A0F8B">
        <w:rPr>
          <w:rFonts w:ascii="Times New Roman" w:hAnsi="Times New Roman" w:cs="Times New Roman"/>
        </w:rPr>
        <w:t>Are you seeking:</w:t>
      </w:r>
      <w:r w:rsidRPr="004A0F8B">
        <w:rPr>
          <w:rFonts w:ascii="Times New Roman" w:hAnsi="Times New Roman" w:cs="Times New Roman"/>
        </w:rPr>
        <w:br/>
      </w:r>
      <w:r w:rsidR="004A0F8B" w:rsidRPr="004A0F8B">
        <w:rPr>
          <w:rFonts w:ascii="Segoe UI Symbol" w:hAnsi="Segoe UI Symbol" w:cs="Segoe UI Symbol"/>
        </w:rPr>
        <w:t>☐</w:t>
      </w:r>
      <w:r w:rsidR="004A0F8B" w:rsidRPr="004A0F8B">
        <w:rPr>
          <w:rFonts w:ascii="Times New Roman" w:hAnsi="Times New Roman" w:cs="Times New Roman"/>
        </w:rPr>
        <w:t xml:space="preserve"> Drafting of a new prenuptial agreement</w:t>
      </w:r>
      <w:r w:rsidR="004A0F8B" w:rsidRPr="004A0F8B">
        <w:rPr>
          <w:rFonts w:ascii="Times New Roman" w:hAnsi="Times New Roman" w:cs="Times New Roman"/>
        </w:rPr>
        <w:br/>
      </w:r>
      <w:r w:rsidR="004A0F8B" w:rsidRPr="004A0F8B">
        <w:rPr>
          <w:rFonts w:ascii="Segoe UI Symbol" w:hAnsi="Segoe UI Symbol" w:cs="Segoe UI Symbol"/>
        </w:rPr>
        <w:t>☐</w:t>
      </w:r>
      <w:r w:rsidR="004A0F8B" w:rsidRPr="004A0F8B">
        <w:rPr>
          <w:rFonts w:ascii="Times New Roman" w:hAnsi="Times New Roman" w:cs="Times New Roman"/>
        </w:rPr>
        <w:t xml:space="preserve"> Review and explanation of a proposed agreement</w:t>
      </w:r>
      <w:r w:rsidR="004A0F8B" w:rsidRPr="004A0F8B">
        <w:rPr>
          <w:rFonts w:ascii="Times New Roman" w:hAnsi="Times New Roman" w:cs="Times New Roman"/>
        </w:rPr>
        <w:br/>
      </w:r>
      <w:r w:rsidR="004A0F8B" w:rsidRPr="004A0F8B">
        <w:rPr>
          <w:rFonts w:ascii="Segoe UI Symbol" w:hAnsi="Segoe UI Symbol" w:cs="Segoe UI Symbol"/>
        </w:rPr>
        <w:t>☐</w:t>
      </w:r>
      <w:r w:rsidR="004A0F8B" w:rsidRPr="004A0F8B">
        <w:rPr>
          <w:rFonts w:ascii="Times New Roman" w:hAnsi="Times New Roman" w:cs="Times New Roman"/>
        </w:rPr>
        <w:t xml:space="preserve"> Review and negotiation of a proposed agreement</w:t>
      </w:r>
      <w:r w:rsidR="004A0F8B" w:rsidRPr="004A0F8B">
        <w:rPr>
          <w:rFonts w:ascii="Times New Roman" w:hAnsi="Times New Roman" w:cs="Times New Roman"/>
        </w:rPr>
        <w:br/>
      </w:r>
      <w:r w:rsidR="004A0F8B" w:rsidRPr="004A0F8B">
        <w:rPr>
          <w:rFonts w:ascii="Segoe UI Symbol" w:hAnsi="Segoe UI Symbol" w:cs="Segoe UI Symbol"/>
        </w:rPr>
        <w:t>☐</w:t>
      </w:r>
      <w:r w:rsidR="004A0F8B" w:rsidRPr="004A0F8B">
        <w:rPr>
          <w:rFonts w:ascii="Times New Roman" w:hAnsi="Times New Roman" w:cs="Times New Roman"/>
        </w:rPr>
        <w:t xml:space="preserve"> General consultation regarding proposed agreement terms</w:t>
      </w:r>
    </w:p>
    <w:p w14:paraId="092B9B66" w14:textId="63363D43" w:rsidR="001867C2" w:rsidRPr="00D5788A" w:rsidRDefault="00000000" w:rsidP="001867C2">
      <w:pPr>
        <w:pStyle w:val="Heading1"/>
        <w:numPr>
          <w:ilvl w:val="0"/>
          <w:numId w:val="11"/>
        </w:numPr>
        <w:ind w:left="270" w:hanging="270"/>
        <w:rPr>
          <w:rFonts w:ascii="Times New Roman" w:hAnsi="Times New Roman" w:cs="Times New Roman"/>
          <w:color w:val="auto"/>
        </w:rPr>
      </w:pPr>
      <w:r w:rsidRPr="004A0F8B">
        <w:rPr>
          <w:rFonts w:ascii="Times New Roman" w:hAnsi="Times New Roman" w:cs="Times New Roman"/>
          <w:color w:val="auto"/>
        </w:rPr>
        <w:t>Property &amp; Financial</w:t>
      </w:r>
      <w:r w:rsidRPr="001867C2">
        <w:rPr>
          <w:rFonts w:ascii="Times New Roman" w:hAnsi="Times New Roman" w:cs="Times New Roman"/>
          <w:color w:val="auto"/>
        </w:rPr>
        <w:t xml:space="preserve"> Information</w:t>
      </w:r>
    </w:p>
    <w:p w14:paraId="330F2581" w14:textId="5092B911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  <w:i/>
          <w:iCs/>
        </w:rPr>
        <w:t>(Please complete as thoroughly as possible. If you need additional space, attach pages.)</w:t>
      </w:r>
    </w:p>
    <w:p w14:paraId="671EA5C5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</w:rPr>
      </w:pPr>
      <w:r w:rsidRPr="00D5788A">
        <w:rPr>
          <w:rFonts w:ascii="Times New Roman" w:hAnsi="Times New Roman" w:cs="Times New Roman"/>
          <w:b/>
          <w:bCs/>
        </w:rPr>
        <w:t>GENERAL INSTRUCTIONS</w:t>
      </w:r>
    </w:p>
    <w:p w14:paraId="1DCA6397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For each asset or debt, please provide:</w:t>
      </w:r>
    </w:p>
    <w:p w14:paraId="785B5658" w14:textId="77777777" w:rsidR="00D5788A" w:rsidRPr="00D5788A" w:rsidRDefault="00D5788A" w:rsidP="00D5788A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How it is titled (exact legal name on title or account)</w:t>
      </w:r>
    </w:p>
    <w:p w14:paraId="630C5A8A" w14:textId="77777777" w:rsidR="00D5788A" w:rsidRPr="00D5788A" w:rsidRDefault="00D5788A" w:rsidP="00D5788A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Approximate current fair market value</w:t>
      </w:r>
    </w:p>
    <w:p w14:paraId="6BFA419D" w14:textId="77777777" w:rsidR="00D5788A" w:rsidRPr="00D5788A" w:rsidRDefault="00D5788A" w:rsidP="00D5788A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Current balance owed (if any)</w:t>
      </w:r>
    </w:p>
    <w:p w14:paraId="7AB409EF" w14:textId="77777777" w:rsidR="00D5788A" w:rsidRPr="00D5788A" w:rsidRDefault="00D5788A" w:rsidP="00D5788A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Approximate date acquired</w:t>
      </w:r>
    </w:p>
    <w:p w14:paraId="33FDDA39" w14:textId="664CB912" w:rsidR="00D5788A" w:rsidRPr="00D5788A" w:rsidRDefault="00D5788A" w:rsidP="00D5788A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 xml:space="preserve">How </w:t>
      </w:r>
      <w:proofErr w:type="gramStart"/>
      <w:r w:rsidRPr="00D5788A">
        <w:rPr>
          <w:rFonts w:ascii="Times New Roman" w:hAnsi="Times New Roman" w:cs="Times New Roman"/>
        </w:rPr>
        <w:t>acquired</w:t>
      </w:r>
      <w:proofErr w:type="gramEnd"/>
      <w:r w:rsidRPr="00D5788A">
        <w:rPr>
          <w:rFonts w:ascii="Times New Roman" w:hAnsi="Times New Roman" w:cs="Times New Roman"/>
        </w:rPr>
        <w:t xml:space="preserve"> (purchase, gift, inheritance, other)</w:t>
      </w:r>
    </w:p>
    <w:p w14:paraId="7DD98EDE" w14:textId="3E8BFEB1" w:rsidR="00D5788A" w:rsidRPr="00D5788A" w:rsidRDefault="00D5788A" w:rsidP="00D5788A">
      <w:pPr>
        <w:rPr>
          <w:rFonts w:ascii="Times New Roman" w:hAnsi="Times New Roman" w:cs="Times New Roman"/>
          <w:b/>
          <w:bCs/>
        </w:rPr>
      </w:pPr>
      <w:r w:rsidRPr="00D5788A">
        <w:rPr>
          <w:rFonts w:ascii="Times New Roman" w:hAnsi="Times New Roman" w:cs="Times New Roman"/>
          <w:b/>
          <w:bCs/>
        </w:rPr>
        <w:t>YOUR PROPERTY (Assets)</w:t>
      </w:r>
    </w:p>
    <w:p w14:paraId="1E4AE186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t>1. Real Estate</w:t>
      </w:r>
    </w:p>
    <w:p w14:paraId="434E244F" w14:textId="6FB38468" w:rsidR="00D5788A" w:rsidRPr="00D5788A" w:rsidRDefault="00D5788A" w:rsidP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4EB77ED" wp14:editId="68649989">
                <wp:extent cx="5334000" cy="1200150"/>
                <wp:effectExtent l="0" t="0" r="19050" b="19050"/>
                <wp:docPr id="766088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30C82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EB77ED" id="Text Box 2" o:spid="_x0000_s1034" type="#_x0000_t202" style="width:420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">
                <v:textbox>
                  <w:txbxContent>
                    <w:p w14:paraId="03730C82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  <w:r w:rsidRPr="00D5788A">
        <w:rPr>
          <w:rFonts w:ascii="Times New Roman" w:hAnsi="Times New Roman" w:cs="Times New Roman"/>
        </w:rPr>
        <w:t xml:space="preserve"> </w:t>
      </w:r>
    </w:p>
    <w:p w14:paraId="7FA99083" w14:textId="3EC623D4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Please include address, value, debt balance, title holder, and acquisition date.</w:t>
      </w:r>
    </w:p>
    <w:p w14:paraId="660D8868" w14:textId="77777777" w:rsid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19EB80" w14:textId="6BCE57DC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Bank Accounts (Checking, Savings, CDs)</w:t>
      </w:r>
    </w:p>
    <w:p w14:paraId="0622A56D" w14:textId="3429B7DE" w:rsidR="00D5788A" w:rsidRPr="00D5788A" w:rsidRDefault="00D5788A" w:rsidP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F7F8AE0" wp14:editId="1AFF9B4E">
                <wp:extent cx="5334000" cy="1200150"/>
                <wp:effectExtent l="0" t="0" r="19050" b="19050"/>
                <wp:docPr id="522467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C976C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7F8AE0" id="_x0000_s1035" type="#_x0000_t202" style="width:420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">
                <v:textbox>
                  <w:txbxContent>
                    <w:p w14:paraId="0D5C976C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</w:p>
    <w:p w14:paraId="7A3107A2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t>3. Investment / Brokerage / Cryptocurrency Accounts</w:t>
      </w:r>
    </w:p>
    <w:p w14:paraId="53218A8B" w14:textId="4AEC9B00" w:rsidR="00D5788A" w:rsidRPr="00D5788A" w:rsidRDefault="00D5788A" w:rsidP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2032624" wp14:editId="7DDB166E">
                <wp:extent cx="5334000" cy="1200150"/>
                <wp:effectExtent l="0" t="0" r="19050" b="19050"/>
                <wp:docPr id="1649188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90473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32624" id="_x0000_s1036" type="#_x0000_t202" style="width:420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">
                <v:textbox>
                  <w:txbxContent>
                    <w:p w14:paraId="6EB90473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</w:p>
    <w:p w14:paraId="48CCCCE3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t>4. Retirement Accounts (401k, IRA, TSP, Pension, etc.)</w:t>
      </w:r>
    </w:p>
    <w:p w14:paraId="6C1C1406" w14:textId="26D855B4" w:rsidR="00D5788A" w:rsidRPr="00D5788A" w:rsidRDefault="00D5788A" w:rsidP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45C9DD3" wp14:editId="28BC78D1">
                <wp:extent cx="5334000" cy="1200150"/>
                <wp:effectExtent l="0" t="0" r="19050" b="19050"/>
                <wp:docPr id="1713877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B938D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5C9DD3" id="_x0000_s1037" type="#_x0000_t202" style="width:420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">
                <v:textbox>
                  <w:txbxContent>
                    <w:p w14:paraId="337B938D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</w:p>
    <w:p w14:paraId="0C392BD0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t>5. Business Interests</w:t>
      </w:r>
    </w:p>
    <w:p w14:paraId="085277E6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(Ownership in LLCs, corporations, partnerships, sole proprietorships)</w:t>
      </w:r>
    </w:p>
    <w:p w14:paraId="3E0DD12B" w14:textId="1192A000" w:rsidR="00D5788A" w:rsidRPr="00D5788A" w:rsidRDefault="00D5788A" w:rsidP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00F1EB26" wp14:editId="5BD6BBE3">
                <wp:extent cx="5334000" cy="1200150"/>
                <wp:effectExtent l="0" t="0" r="19050" b="19050"/>
                <wp:docPr id="2119523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3ED79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F1EB26" id="_x0000_s1038" type="#_x0000_t202" style="width:420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">
                <v:textbox>
                  <w:txbxContent>
                    <w:p w14:paraId="4283ED79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</w:p>
    <w:p w14:paraId="561B4584" w14:textId="77777777" w:rsid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A7CE89" w14:textId="77777777" w:rsid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2BF648" w14:textId="77777777" w:rsid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6A7F49" w14:textId="77777777" w:rsid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1E3E9B" w14:textId="33941806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t>6. Vehicles / Boats / Aircraft</w:t>
      </w:r>
    </w:p>
    <w:p w14:paraId="11943689" w14:textId="0AD2D475" w:rsidR="00D5788A" w:rsidRPr="00D5788A" w:rsidRDefault="00D5788A" w:rsidP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97A2DD0" wp14:editId="7F3C3377">
                <wp:extent cx="5334000" cy="1200150"/>
                <wp:effectExtent l="0" t="0" r="19050" b="19050"/>
                <wp:docPr id="1090095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0E04A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7A2DD0" id="_x0000_s1039" type="#_x0000_t202" style="width:420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">
                <v:textbox>
                  <w:txbxContent>
                    <w:p w14:paraId="4110E04A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</w:p>
    <w:p w14:paraId="7DFCDD4A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t>7. Jewelry, Collectibles, Firearms, Art, or Other Valuable Personal Property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3"/>
        <w:gridCol w:w="1639"/>
        <w:gridCol w:w="1785"/>
        <w:gridCol w:w="1455"/>
        <w:gridCol w:w="1470"/>
      </w:tblGrid>
      <w:tr w:rsidR="00D5788A" w:rsidRPr="00D5788A" w14:paraId="1EF9543D" w14:textId="77777777" w:rsidTr="00D5788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EB1A477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7FFF74F8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Estimated Value</w:t>
            </w:r>
          </w:p>
        </w:tc>
        <w:tc>
          <w:tcPr>
            <w:tcW w:w="0" w:type="auto"/>
            <w:vAlign w:val="center"/>
            <w:hideMark/>
          </w:tcPr>
          <w:p w14:paraId="06374529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Titled in Name Of</w:t>
            </w:r>
          </w:p>
        </w:tc>
        <w:tc>
          <w:tcPr>
            <w:tcW w:w="0" w:type="auto"/>
            <w:vAlign w:val="center"/>
            <w:hideMark/>
          </w:tcPr>
          <w:p w14:paraId="1164DB23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Date Acquired</w:t>
            </w:r>
          </w:p>
        </w:tc>
        <w:tc>
          <w:tcPr>
            <w:tcW w:w="0" w:type="auto"/>
            <w:vAlign w:val="center"/>
            <w:hideMark/>
          </w:tcPr>
          <w:p w14:paraId="65378BC1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How Acquired</w:t>
            </w:r>
          </w:p>
        </w:tc>
      </w:tr>
      <w:tr w:rsidR="00D5788A" w:rsidRPr="00D5788A" w14:paraId="35678796" w14:textId="77777777" w:rsidTr="00D5788A">
        <w:trPr>
          <w:tblHeader/>
          <w:tblCellSpacing w:w="15" w:type="dxa"/>
        </w:trPr>
        <w:tc>
          <w:tcPr>
            <w:tcW w:w="0" w:type="auto"/>
            <w:vAlign w:val="center"/>
          </w:tcPr>
          <w:p w14:paraId="36EF4FB9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15D24B25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F99833D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7F4C88DB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62B47A0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8A" w:rsidRPr="00D5788A" w14:paraId="3BF3BEA2" w14:textId="77777777" w:rsidTr="00D5788A">
        <w:trPr>
          <w:tblHeader/>
          <w:tblCellSpacing w:w="15" w:type="dxa"/>
        </w:trPr>
        <w:tc>
          <w:tcPr>
            <w:tcW w:w="0" w:type="auto"/>
            <w:vAlign w:val="center"/>
          </w:tcPr>
          <w:p w14:paraId="7D230E2C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44E3B0BC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6DFFF4C9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0F5EB0B8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EAE3353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8A" w:rsidRPr="00D5788A" w14:paraId="1FE74F83" w14:textId="77777777" w:rsidTr="00D5788A">
        <w:trPr>
          <w:tblHeader/>
          <w:tblCellSpacing w:w="15" w:type="dxa"/>
        </w:trPr>
        <w:tc>
          <w:tcPr>
            <w:tcW w:w="0" w:type="auto"/>
            <w:vAlign w:val="center"/>
          </w:tcPr>
          <w:p w14:paraId="5190AAF3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5FB09DD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7AB6381A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B932EF6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187D7467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8A" w:rsidRPr="00D5788A" w14:paraId="5AE54BD7" w14:textId="77777777" w:rsidTr="00D5788A">
        <w:trPr>
          <w:tblHeader/>
          <w:tblCellSpacing w:w="15" w:type="dxa"/>
        </w:trPr>
        <w:tc>
          <w:tcPr>
            <w:tcW w:w="0" w:type="auto"/>
            <w:vAlign w:val="center"/>
          </w:tcPr>
          <w:p w14:paraId="4E4E5672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2E573738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62EE3715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67C4155D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687490D6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8A4F57D" w14:textId="77777777" w:rsidR="00D5788A" w:rsidRDefault="00D5788A" w:rsidP="00D5788A">
      <w:pPr>
        <w:rPr>
          <w:rFonts w:ascii="Times New Roman" w:hAnsi="Times New Roman" w:cs="Times New Roman"/>
        </w:rPr>
      </w:pPr>
    </w:p>
    <w:p w14:paraId="24633BAC" w14:textId="7523CF33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(Add additional rows as needed.)</w:t>
      </w:r>
    </w:p>
    <w:p w14:paraId="0DF506DC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t>8. Trust Interests / Expected Inheritance</w:t>
      </w:r>
    </w:p>
    <w:p w14:paraId="3FE17787" w14:textId="49368DF8" w:rsidR="00D5788A" w:rsidRPr="00D5788A" w:rsidRDefault="00D5788A" w:rsidP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1636DD9" wp14:editId="0E7A0FF4">
                <wp:extent cx="5334000" cy="1200150"/>
                <wp:effectExtent l="0" t="0" r="19050" b="19050"/>
                <wp:docPr id="612365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F3D41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636DD9" id="_x0000_s1040" type="#_x0000_t202" style="width:420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">
                <v:textbox>
                  <w:txbxContent>
                    <w:p w14:paraId="0B1F3D41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</w:p>
    <w:p w14:paraId="47A68AA2" w14:textId="77777777" w:rsid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C2FE0F" w14:textId="77777777" w:rsid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B91048" w14:textId="77777777" w:rsid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F8AE33" w14:textId="77777777" w:rsid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B33CE3" w14:textId="2BB2872E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lastRenderedPageBreak/>
        <w:t>9. Other Significant Assets</w:t>
      </w:r>
    </w:p>
    <w:p w14:paraId="0727BAAC" w14:textId="67E31A62" w:rsidR="00D5788A" w:rsidRPr="00D5788A" w:rsidRDefault="00D5788A" w:rsidP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1E88C03" wp14:editId="11501B25">
                <wp:extent cx="5334000" cy="1200150"/>
                <wp:effectExtent l="0" t="0" r="19050" b="19050"/>
                <wp:docPr id="57129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14B9E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E88C03" id="_x0000_s1041" type="#_x0000_t202" style="width:420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">
                <v:textbox>
                  <w:txbxContent>
                    <w:p w14:paraId="4CF14B9E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</w:p>
    <w:p w14:paraId="1A310811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t>YOUR DEBTS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"/>
        <w:gridCol w:w="1303"/>
        <w:gridCol w:w="1651"/>
        <w:gridCol w:w="1419"/>
        <w:gridCol w:w="1978"/>
      </w:tblGrid>
      <w:tr w:rsidR="00D5788A" w:rsidRPr="00D5788A" w14:paraId="7FA1E994" w14:textId="77777777" w:rsidTr="00D5788A">
        <w:trPr>
          <w:trHeight w:val="485"/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D47F1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Creditor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CD68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Type of Debt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DD4FD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Current Balance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0CF52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Date Incurred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E355D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  <w:r w:rsidRPr="00D5788A">
              <w:rPr>
                <w:rFonts w:ascii="Times New Roman" w:hAnsi="Times New Roman" w:cs="Times New Roman"/>
                <w:b/>
                <w:bCs/>
              </w:rPr>
              <w:t>Joint or Individual?</w:t>
            </w:r>
          </w:p>
        </w:tc>
      </w:tr>
      <w:tr w:rsidR="00D5788A" w:rsidRPr="00D5788A" w14:paraId="385F3C08" w14:textId="77777777" w:rsidTr="00D5788A">
        <w:trPr>
          <w:trHeight w:val="455"/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AC6D5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A9ACB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1272E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8CEF4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825CF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8A" w:rsidRPr="00D5788A" w14:paraId="4CB78FFB" w14:textId="77777777" w:rsidTr="00D5788A">
        <w:trPr>
          <w:trHeight w:val="473"/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EE3D6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755EB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7F5A8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80D58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49E3D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8A" w:rsidRPr="00D5788A" w14:paraId="56A6367C" w14:textId="77777777" w:rsidTr="00D5788A">
        <w:trPr>
          <w:trHeight w:val="455"/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B79E8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09E6F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AEA67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F68C7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381C6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8A" w:rsidRPr="00D5788A" w14:paraId="0CE2378E" w14:textId="77777777" w:rsidTr="00D5788A">
        <w:trPr>
          <w:trHeight w:val="455"/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3A0F7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2D7BB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FD06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98BB9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090D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8A" w:rsidRPr="00D5788A" w14:paraId="51B18B08" w14:textId="77777777" w:rsidTr="00D5788A">
        <w:trPr>
          <w:trHeight w:val="455"/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0D36E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068B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3C555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289D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0DF8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8A" w:rsidRPr="00D5788A" w14:paraId="79C42232" w14:textId="77777777" w:rsidTr="00D5788A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51DAC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152B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8E99E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70174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F9BAD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8A" w:rsidRPr="00D5788A" w14:paraId="0BF5C1A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2F006E" w14:textId="77777777" w:rsidR="00D5788A" w:rsidRPr="00D5788A" w:rsidRDefault="00D5788A" w:rsidP="00D578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1730537B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33FF4F28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648C7138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7AE05A51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</w:tr>
      <w:tr w:rsidR="00D5788A" w:rsidRPr="00D5788A" w14:paraId="0500EC3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11D5B0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3D3FB47A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4FFB89C1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7FE09E5B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672802D1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</w:tr>
      <w:tr w:rsidR="00D5788A" w:rsidRPr="00D5788A" w14:paraId="4B6545A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7296C2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3A0E3A5D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4EE1C9DE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470A1972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697F1569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</w:tr>
      <w:tr w:rsidR="00D5788A" w:rsidRPr="00D5788A" w14:paraId="6231454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2E99E0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21D1D74E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0A3D9645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77BA7AC1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480425F7" w14:textId="77777777" w:rsidR="00D5788A" w:rsidRPr="00D5788A" w:rsidRDefault="00D5788A" w:rsidP="00D5788A">
            <w:pPr>
              <w:rPr>
                <w:rFonts w:ascii="Times New Roman" w:hAnsi="Times New Roman" w:cs="Times New Roman"/>
              </w:rPr>
            </w:pPr>
          </w:p>
        </w:tc>
      </w:tr>
    </w:tbl>
    <w:p w14:paraId="645FBD10" w14:textId="70FFDC58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(Add rows as needed.)</w:t>
      </w:r>
    </w:p>
    <w:p w14:paraId="47E4FB4F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t>FUTURE EXPECTATIONS</w:t>
      </w:r>
    </w:p>
    <w:p w14:paraId="3689E023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Do you anticipate:</w:t>
      </w:r>
    </w:p>
    <w:p w14:paraId="626881C5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Receiving a significant inheritance?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Selling major assets soon?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Starting a business during the marriage?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Receiving stock grants, equity compensation, or large bonuses?</w:t>
      </w:r>
    </w:p>
    <w:p w14:paraId="5E474159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If yes, please explain:</w:t>
      </w:r>
    </w:p>
    <w:p w14:paraId="58275716" w14:textId="04812FF1" w:rsidR="00D5788A" w:rsidRPr="00D5788A" w:rsidRDefault="00D5788A" w:rsidP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D9765EF" wp14:editId="742E5571">
                <wp:extent cx="5334000" cy="1200150"/>
                <wp:effectExtent l="0" t="0" r="19050" b="19050"/>
                <wp:docPr id="1546757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D76EE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765EF" id="_x0000_s1042" type="#_x0000_t202" style="width:420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">
                <v:textbox>
                  <w:txbxContent>
                    <w:p w14:paraId="0AAD76EE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</w:p>
    <w:p w14:paraId="7844DDE6" w14:textId="77777777" w:rsidR="00D5788A" w:rsidRPr="00D5788A" w:rsidRDefault="00D5788A" w:rsidP="00D57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788A">
        <w:rPr>
          <w:rFonts w:ascii="Times New Roman" w:hAnsi="Times New Roman" w:cs="Times New Roman"/>
          <w:b/>
          <w:bCs/>
          <w:sz w:val="28"/>
          <w:szCs w:val="28"/>
        </w:rPr>
        <w:lastRenderedPageBreak/>
        <w:t>INTENTIONS REGARDING FUTURE PROPERTY</w:t>
      </w:r>
    </w:p>
    <w:p w14:paraId="0501CAE0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Please indicate your current understanding or preference:</w:t>
      </w:r>
    </w:p>
    <w:p w14:paraId="30D0B2D7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Future earnings during marriage: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Treated as separate property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Treated as community property</w:t>
      </w:r>
    </w:p>
    <w:p w14:paraId="5169B62D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Income from separate property (rent, dividends, interest):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Remain separate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Be shared</w:t>
      </w:r>
    </w:p>
    <w:p w14:paraId="5F7EAE8B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t>Spousal support: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Waived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☒</w:t>
      </w:r>
      <w:r w:rsidRPr="00D5788A">
        <w:rPr>
          <w:rFonts w:ascii="Times New Roman" w:hAnsi="Times New Roman" w:cs="Times New Roman"/>
        </w:rPr>
        <w:t xml:space="preserve"> Limited</w:t>
      </w:r>
      <w:r w:rsidRPr="00D5788A">
        <w:rPr>
          <w:rFonts w:ascii="Times New Roman" w:hAnsi="Times New Roman" w:cs="Times New Roman"/>
        </w:rPr>
        <w:br/>
      </w:r>
      <w:r w:rsidRPr="00D5788A">
        <w:rPr>
          <w:rFonts w:ascii="Segoe UI Symbol" w:hAnsi="Segoe UI Symbol" w:cs="Segoe UI Symbol"/>
        </w:rPr>
        <w:t>☐</w:t>
      </w:r>
      <w:r w:rsidRPr="00D5788A">
        <w:rPr>
          <w:rFonts w:ascii="Times New Roman" w:hAnsi="Times New Roman" w:cs="Times New Roman"/>
        </w:rPr>
        <w:t xml:space="preserve"> To be negotiated</w:t>
      </w:r>
    </w:p>
    <w:p w14:paraId="19FAEE4E" w14:textId="77777777" w:rsidR="00D5788A" w:rsidRPr="00D5788A" w:rsidRDefault="00D5788A" w:rsidP="00D5788A">
      <w:pPr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pict w14:anchorId="3886F919">
          <v:rect id="_x0000_i1335" style="width:0;height:1.5pt" o:hralign="center" o:hrstd="t" o:hr="t" fillcolor="#a0a0a0" stroked="f"/>
        </w:pict>
      </w:r>
    </w:p>
    <w:p w14:paraId="04FA5D0E" w14:textId="7405C6C4" w:rsidR="00D83EB6" w:rsidRDefault="00D5788A" w:rsidP="00A153F3">
      <w:pPr>
        <w:pStyle w:val="Heading1"/>
        <w:spacing w:before="12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10</w:t>
      </w:r>
      <w:r w:rsidR="00000000" w:rsidRPr="001867C2">
        <w:rPr>
          <w:rFonts w:ascii="Times New Roman" w:hAnsi="Times New Roman" w:cs="Times New Roman"/>
          <w:color w:val="auto"/>
        </w:rPr>
        <w:t>. Document Submission</w:t>
      </w:r>
    </w:p>
    <w:p w14:paraId="0E704E1F" w14:textId="035A1BA5" w:rsidR="001867C2" w:rsidRDefault="004A0F8B" w:rsidP="00A153F3">
      <w:pPr>
        <w:spacing w:before="240"/>
        <w:rPr>
          <w:rFonts w:ascii="Times New Roman" w:hAnsi="Times New Roman" w:cs="Times New Roman"/>
        </w:rPr>
      </w:pPr>
      <w:r w:rsidRPr="004A0F8B">
        <w:rPr>
          <w:rFonts w:ascii="Times New Roman" w:hAnsi="Times New Roman" w:cs="Times New Roman"/>
        </w:rPr>
        <w:t>Please attach any relevant documents, including:</w:t>
      </w:r>
      <w:r w:rsidRPr="004A0F8B">
        <w:rPr>
          <w:rFonts w:ascii="Times New Roman" w:hAnsi="Times New Roman" w:cs="Times New Roman"/>
        </w:rPr>
        <w:br/>
        <w:t>• Prior drafts of the prenuptial agreement</w:t>
      </w:r>
      <w:r w:rsidRPr="004A0F8B">
        <w:rPr>
          <w:rFonts w:ascii="Times New Roman" w:hAnsi="Times New Roman" w:cs="Times New Roman"/>
        </w:rPr>
        <w:br/>
        <w:t>• Financial disclosures from either party</w:t>
      </w:r>
      <w:r w:rsidRPr="004A0F8B">
        <w:rPr>
          <w:rFonts w:ascii="Times New Roman" w:hAnsi="Times New Roman" w:cs="Times New Roman"/>
        </w:rPr>
        <w:br/>
        <w:t>• Lists of assets and debts</w:t>
      </w:r>
      <w:r w:rsidRPr="004A0F8B">
        <w:rPr>
          <w:rFonts w:ascii="Times New Roman" w:hAnsi="Times New Roman" w:cs="Times New Roman"/>
        </w:rPr>
        <w:br/>
        <w:t>• Related communications (optional)</w:t>
      </w:r>
    </w:p>
    <w:p w14:paraId="43A7AB41" w14:textId="1A8EB727" w:rsidR="00D83EB6" w:rsidRPr="001867C2" w:rsidRDefault="00D5788A" w:rsidP="00D5788A">
      <w:pPr>
        <w:spacing w:before="240"/>
        <w:rPr>
          <w:rFonts w:ascii="Times New Roman" w:hAnsi="Times New Roman" w:cs="Times New Roman"/>
        </w:rPr>
      </w:pPr>
      <w:r w:rsidRPr="00D5788A">
        <w:rPr>
          <w:rFonts w:ascii="Times New Roman" w:hAnsi="Times New Roman" w:cs="Times New Roman"/>
        </w:rPr>
        <w:pict w14:anchorId="261F56D1">
          <v:rect id="_x0000_i1336" style="width:0;height:1.5pt" o:hralign="center" o:hrstd="t" o:hr="t" fillcolor="#a0a0a0" stroked="f"/>
        </w:pict>
      </w:r>
      <w:r w:rsidR="00000000" w:rsidRPr="00D5788A">
        <w:rPr>
          <w:rFonts w:ascii="Times New Roman" w:hAnsi="Times New Roman" w:cs="Times New Roman"/>
          <w:b/>
          <w:bCs/>
          <w:sz w:val="28"/>
          <w:szCs w:val="28"/>
        </w:rPr>
        <w:t>Signature &amp; Acknowledgment</w:t>
      </w:r>
    </w:p>
    <w:p w14:paraId="1261A48C" w14:textId="77777777" w:rsidR="00D83EB6" w:rsidRPr="001867C2" w:rsidRDefault="00000000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</w:rPr>
        <w:t>I affirm that the information provided above is accurate to the best of my knowledge and understand that providing complete and truthful information is essential to the legal drafting process.</w:t>
      </w:r>
    </w:p>
    <w:p w14:paraId="7138EA0A" w14:textId="70152583" w:rsidR="001867C2" w:rsidRPr="001867C2" w:rsidRDefault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41FF5719" wp14:editId="4FB35CD9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334000" cy="266700"/>
                <wp:effectExtent l="0" t="0" r="19050" b="19050"/>
                <wp:wrapSquare wrapText="bothSides"/>
                <wp:docPr id="1893656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1B257" w14:textId="77777777" w:rsidR="001867C2" w:rsidRDefault="001867C2" w:rsidP="00186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F5719" id="_x0000_s1043" type="#_x0000_t202" style="position:absolute;margin-left:0;margin-top:18.3pt;width:420pt;height:21pt;z-index:251693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">
                <v:textbox>
                  <w:txbxContent>
                    <w:p w14:paraId="0571B257" w14:textId="77777777" w:rsidR="001867C2" w:rsidRDefault="001867C2" w:rsidP="001867C2"/>
                  </w:txbxContent>
                </v:textbox>
                <w10:wrap type="square" anchorx="margin"/>
              </v:shape>
            </w:pict>
          </mc:Fallback>
        </mc:AlternateContent>
      </w:r>
      <w:r w:rsidRPr="001867C2">
        <w:rPr>
          <w:rFonts w:ascii="Times New Roman" w:hAnsi="Times New Roman" w:cs="Times New Roman"/>
        </w:rPr>
        <w:t>Client Signature: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                            </w:t>
      </w:r>
    </w:p>
    <w:p w14:paraId="590F9615" w14:textId="739C4639" w:rsidR="00D83EB6" w:rsidRPr="001867C2" w:rsidRDefault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</w:rPr>
        <w:t>Date:</w:t>
      </w:r>
      <w:r w:rsidRPr="001867C2">
        <w:rPr>
          <w:rFonts w:ascii="Times New Roman" w:hAnsi="Times New Roman" w:cs="Times New Roman"/>
          <w:sz w:val="20"/>
        </w:rPr>
        <w:fldChar w:fldCharType="begin"/>
      </w:r>
      <w:r w:rsidRPr="001867C2">
        <w:rPr>
          <w:rFonts w:ascii="Times New Roman" w:hAnsi="Times New Roman" w:cs="Times New Roman"/>
          <w:sz w:val="20"/>
        </w:rPr>
        <w:instrText>FORMTEXT</w:instrText>
      </w:r>
      <w:r w:rsidRPr="001867C2">
        <w:rPr>
          <w:rFonts w:ascii="Times New Roman" w:hAnsi="Times New Roman" w:cs="Times New Roman"/>
          <w:sz w:val="20"/>
        </w:rPr>
        <w:fldChar w:fldCharType="separate"/>
      </w:r>
      <w:r w:rsidRPr="001867C2">
        <w:rPr>
          <w:rFonts w:ascii="Times New Roman" w:hAnsi="Times New Roman" w:cs="Times New Roman"/>
          <w:sz w:val="20"/>
        </w:rPr>
        <w:fldChar w:fldCharType="end"/>
      </w:r>
      <w:r w:rsidRPr="001867C2">
        <w:rPr>
          <w:rFonts w:ascii="Times New Roman" w:hAnsi="Times New Roman" w:cs="Times New Roman"/>
        </w:rPr>
        <w:t xml:space="preserve">  </w:t>
      </w:r>
    </w:p>
    <w:p w14:paraId="6035807D" w14:textId="50B3C50C" w:rsidR="001867C2" w:rsidRPr="001867C2" w:rsidRDefault="00D5788A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B9B4583" wp14:editId="2EC67880">
                <wp:extent cx="1609725" cy="266700"/>
                <wp:effectExtent l="0" t="0" r="28575" b="19050"/>
                <wp:docPr id="1454624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732C7" w14:textId="77777777" w:rsidR="00D5788A" w:rsidRDefault="00D5788A" w:rsidP="00D5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9B4583" id="_x0000_s1044" type="#_x0000_t202" style="width:126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">
                <v:textbox>
                  <w:txbxContent>
                    <w:p w14:paraId="0F8732C7" w14:textId="77777777" w:rsidR="00D5788A" w:rsidRDefault="00D5788A" w:rsidP="00D5788A"/>
                  </w:txbxContent>
                </v:textbox>
                <w10:anchorlock/>
              </v:shape>
            </w:pict>
          </mc:Fallback>
        </mc:AlternateContent>
      </w:r>
    </w:p>
    <w:p w14:paraId="5F8F6B5C" w14:textId="77777777" w:rsidR="001867C2" w:rsidRPr="001867C2" w:rsidRDefault="001867C2" w:rsidP="001867C2">
      <w:pPr>
        <w:rPr>
          <w:rFonts w:ascii="Times New Roman" w:hAnsi="Times New Roman" w:cs="Times New Roman"/>
        </w:rPr>
      </w:pPr>
      <w:r w:rsidRPr="001867C2">
        <w:rPr>
          <w:rFonts w:ascii="Times New Roman" w:hAnsi="Times New Roman" w:cs="Times New Roman"/>
        </w:rPr>
        <w:t>Thank you for completing this intake form. We will review the information and follow up with you to schedule a consultation.</w:t>
      </w:r>
    </w:p>
    <w:bookmarkEnd w:id="1"/>
    <w:p w14:paraId="32AA21D5" w14:textId="77777777" w:rsidR="001867C2" w:rsidRDefault="001867C2"/>
    <w:sectPr w:rsidR="001867C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B1000" w14:textId="77777777" w:rsidR="0066724D" w:rsidRDefault="0066724D" w:rsidP="004A0F8B">
      <w:pPr>
        <w:spacing w:after="0" w:line="240" w:lineRule="auto"/>
      </w:pPr>
      <w:r>
        <w:separator/>
      </w:r>
    </w:p>
  </w:endnote>
  <w:endnote w:type="continuationSeparator" w:id="0">
    <w:p w14:paraId="6EB08AB6" w14:textId="77777777" w:rsidR="0066724D" w:rsidRDefault="0066724D" w:rsidP="004A0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BA952" w14:textId="77777777" w:rsidR="0066724D" w:rsidRDefault="0066724D" w:rsidP="004A0F8B">
      <w:pPr>
        <w:spacing w:after="0" w:line="240" w:lineRule="auto"/>
      </w:pPr>
      <w:r>
        <w:separator/>
      </w:r>
    </w:p>
  </w:footnote>
  <w:footnote w:type="continuationSeparator" w:id="0">
    <w:p w14:paraId="57BCC4F3" w14:textId="77777777" w:rsidR="0066724D" w:rsidRDefault="0066724D" w:rsidP="004A0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27016A"/>
    <w:multiLevelType w:val="hybridMultilevel"/>
    <w:tmpl w:val="1EB42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D22AFF"/>
    <w:multiLevelType w:val="multilevel"/>
    <w:tmpl w:val="8612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DD1826"/>
    <w:multiLevelType w:val="hybridMultilevel"/>
    <w:tmpl w:val="4484C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35E10"/>
    <w:multiLevelType w:val="hybridMultilevel"/>
    <w:tmpl w:val="84203E50"/>
    <w:lvl w:ilvl="0" w:tplc="92C4CEF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3661338">
    <w:abstractNumId w:val="8"/>
  </w:num>
  <w:num w:numId="2" w16cid:durableId="660157547">
    <w:abstractNumId w:val="6"/>
  </w:num>
  <w:num w:numId="3" w16cid:durableId="626931976">
    <w:abstractNumId w:val="5"/>
  </w:num>
  <w:num w:numId="4" w16cid:durableId="1268349469">
    <w:abstractNumId w:val="4"/>
  </w:num>
  <w:num w:numId="5" w16cid:durableId="81142487">
    <w:abstractNumId w:val="7"/>
  </w:num>
  <w:num w:numId="6" w16cid:durableId="1986737120">
    <w:abstractNumId w:val="3"/>
  </w:num>
  <w:num w:numId="7" w16cid:durableId="58286152">
    <w:abstractNumId w:val="2"/>
  </w:num>
  <w:num w:numId="8" w16cid:durableId="44766521">
    <w:abstractNumId w:val="1"/>
  </w:num>
  <w:num w:numId="9" w16cid:durableId="1881823073">
    <w:abstractNumId w:val="0"/>
  </w:num>
  <w:num w:numId="10" w16cid:durableId="772941072">
    <w:abstractNumId w:val="9"/>
  </w:num>
  <w:num w:numId="11" w16cid:durableId="48118635">
    <w:abstractNumId w:val="12"/>
  </w:num>
  <w:num w:numId="12" w16cid:durableId="814372940">
    <w:abstractNumId w:val="11"/>
  </w:num>
  <w:num w:numId="13" w16cid:durableId="7355874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4257F"/>
    <w:rsid w:val="0015074B"/>
    <w:rsid w:val="001867C2"/>
    <w:rsid w:val="002056C1"/>
    <w:rsid w:val="0029639D"/>
    <w:rsid w:val="00326F90"/>
    <w:rsid w:val="004A0F8B"/>
    <w:rsid w:val="0066724D"/>
    <w:rsid w:val="007F098B"/>
    <w:rsid w:val="00A153F3"/>
    <w:rsid w:val="00AA1D8D"/>
    <w:rsid w:val="00B127FE"/>
    <w:rsid w:val="00B47730"/>
    <w:rsid w:val="00BF7D64"/>
    <w:rsid w:val="00C110D3"/>
    <w:rsid w:val="00CB0664"/>
    <w:rsid w:val="00CC63A7"/>
    <w:rsid w:val="00D5788A"/>
    <w:rsid w:val="00D7452C"/>
    <w:rsid w:val="00D83EB6"/>
    <w:rsid w:val="00E261E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80B4A9"/>
  <w14:defaultImageDpi w14:val="300"/>
  <w15:docId w15:val="{85200700-F7D1-4D61-AA95-1ADD23059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1867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12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im@griswoldlawfi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Yunxiang Griswold</cp:lastModifiedBy>
  <cp:revision>2</cp:revision>
  <dcterms:created xsi:type="dcterms:W3CDTF">2026-02-12T16:47:00Z</dcterms:created>
  <dcterms:modified xsi:type="dcterms:W3CDTF">2026-02-12T16:47:00Z</dcterms:modified>
  <cp:category/>
</cp:coreProperties>
</file>