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503DE" w14:textId="77777777" w:rsidR="00A01BC5" w:rsidRPr="00770E0A" w:rsidRDefault="00000000">
      <w:pPr>
        <w:spacing w:before="100" w:after="20"/>
        <w:jc w:val="center"/>
        <w:rPr>
          <w:sz w:val="36"/>
          <w:szCs w:val="36"/>
        </w:rPr>
      </w:pPr>
      <w:r w:rsidRPr="00770E0A">
        <w:rPr>
          <w:rFonts w:eastAsia="Times New Roman" w:cs="Times New Roman"/>
          <w:color w:val="222222"/>
          <w:sz w:val="36"/>
          <w:szCs w:val="36"/>
        </w:rPr>
        <w:t>Griswold Law Firm</w:t>
      </w:r>
    </w:p>
    <w:p w14:paraId="1E222ADA" w14:textId="77777777" w:rsidR="00A01BC5" w:rsidRPr="006A00BC" w:rsidRDefault="00000000">
      <w:pPr>
        <w:spacing w:after="40"/>
        <w:jc w:val="center"/>
        <w:rPr>
          <w:sz w:val="24"/>
          <w:szCs w:val="24"/>
        </w:rPr>
      </w:pPr>
      <w:r w:rsidRPr="006A00BC">
        <w:rPr>
          <w:noProof/>
          <w:sz w:val="24"/>
          <w:szCs w:val="24"/>
        </w:rPr>
        <w:drawing>
          <wp:inline distT="0" distB="0" distL="0" distR="0" wp14:anchorId="2273E3C0" wp14:editId="52F5026F">
            <wp:extent cx="438912" cy="4389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a:stretch>
                      <a:fillRect/>
                    </a:stretch>
                  </pic:blipFill>
                  <pic:spPr>
                    <a:xfrm>
                      <a:off x="0" y="0"/>
                      <a:ext cx="438912" cy="438912"/>
                    </a:xfrm>
                    <a:prstGeom prst="rect">
                      <a:avLst/>
                    </a:prstGeom>
                  </pic:spPr>
                </pic:pic>
              </a:graphicData>
            </a:graphic>
          </wp:inline>
        </w:drawing>
      </w:r>
    </w:p>
    <w:p w14:paraId="1FD2A073" w14:textId="77777777" w:rsidR="00A01BC5" w:rsidRPr="006A00BC" w:rsidRDefault="00000000">
      <w:pPr>
        <w:spacing w:after="0" w:line="252" w:lineRule="auto"/>
        <w:jc w:val="center"/>
        <w:rPr>
          <w:sz w:val="24"/>
          <w:szCs w:val="24"/>
        </w:rPr>
      </w:pPr>
      <w:r w:rsidRPr="006A00BC">
        <w:rPr>
          <w:rFonts w:eastAsia="Times New Roman" w:cs="Times New Roman"/>
          <w:color w:val="222222"/>
          <w:sz w:val="24"/>
          <w:szCs w:val="24"/>
        </w:rPr>
        <w:t>4413 Spicewood Springs Road, Suite 304</w:t>
      </w:r>
    </w:p>
    <w:p w14:paraId="6E62188B" w14:textId="77777777" w:rsidR="00A01BC5" w:rsidRPr="006A00BC" w:rsidRDefault="00000000">
      <w:pPr>
        <w:spacing w:after="0" w:line="252" w:lineRule="auto"/>
        <w:jc w:val="center"/>
        <w:rPr>
          <w:sz w:val="24"/>
          <w:szCs w:val="24"/>
        </w:rPr>
      </w:pPr>
      <w:r w:rsidRPr="006A00BC">
        <w:rPr>
          <w:rFonts w:eastAsia="Times New Roman" w:cs="Times New Roman"/>
          <w:color w:val="222222"/>
          <w:sz w:val="24"/>
          <w:szCs w:val="24"/>
        </w:rPr>
        <w:t>Austin, Texas 78759</w:t>
      </w:r>
    </w:p>
    <w:p w14:paraId="44547240" w14:textId="77777777" w:rsidR="00A01BC5" w:rsidRPr="006A00BC" w:rsidRDefault="00000000">
      <w:pPr>
        <w:spacing w:after="280" w:line="252" w:lineRule="auto"/>
        <w:jc w:val="center"/>
        <w:rPr>
          <w:sz w:val="24"/>
          <w:szCs w:val="24"/>
        </w:rPr>
      </w:pPr>
      <w:r w:rsidRPr="006A00BC">
        <w:rPr>
          <w:rFonts w:eastAsia="Times New Roman" w:cs="Times New Roman"/>
          <w:color w:val="222222"/>
          <w:sz w:val="24"/>
          <w:szCs w:val="24"/>
        </w:rPr>
        <w:t>Phone: (512) 575-5816   |   Email: tim@griswoldlawfirm.com</w:t>
      </w:r>
    </w:p>
    <w:p w14:paraId="76AFCE80" w14:textId="77777777" w:rsidR="00A01BC5" w:rsidRPr="006A00BC" w:rsidRDefault="00000000">
      <w:pPr>
        <w:spacing w:after="40" w:line="252" w:lineRule="auto"/>
        <w:jc w:val="center"/>
        <w:rPr>
          <w:sz w:val="24"/>
          <w:szCs w:val="24"/>
        </w:rPr>
      </w:pPr>
      <w:r w:rsidRPr="006A00BC">
        <w:rPr>
          <w:rFonts w:eastAsia="Times New Roman" w:cs="Times New Roman"/>
          <w:b/>
          <w:color w:val="20364A"/>
          <w:sz w:val="24"/>
          <w:szCs w:val="24"/>
        </w:rPr>
        <w:t>ESTATE ASSET &amp; INFORMATION ORGANIZER</w:t>
      </w:r>
    </w:p>
    <w:p w14:paraId="5191E8C1" w14:textId="77777777" w:rsidR="00A01BC5" w:rsidRPr="006A00BC" w:rsidRDefault="00000000">
      <w:pPr>
        <w:spacing w:after="240" w:line="252" w:lineRule="auto"/>
        <w:jc w:val="center"/>
        <w:rPr>
          <w:sz w:val="24"/>
          <w:szCs w:val="24"/>
        </w:rPr>
      </w:pPr>
      <w:r w:rsidRPr="006A00BC">
        <w:rPr>
          <w:rFonts w:eastAsia="Times New Roman" w:cs="Times New Roman"/>
          <w:i/>
          <w:color w:val="555555"/>
          <w:sz w:val="24"/>
          <w:szCs w:val="24"/>
        </w:rPr>
        <w:t>A practical roadmap for your executor, successor trustee, agent, and family</w:t>
      </w:r>
    </w:p>
    <w:tbl>
      <w:tblPr>
        <w:tblStyle w:val="TableGrid"/>
        <w:tblW w:w="0" w:type="auto"/>
        <w:jc w:val="center"/>
        <w:tblLayout w:type="fixed"/>
        <w:tblLook w:val="04A0" w:firstRow="1" w:lastRow="0" w:firstColumn="1" w:lastColumn="0" w:noHBand="0" w:noVBand="1"/>
      </w:tblPr>
      <w:tblGrid>
        <w:gridCol w:w="4824"/>
        <w:gridCol w:w="4824"/>
      </w:tblGrid>
      <w:tr w:rsidR="00A01BC5" w:rsidRPr="006A00BC" w14:paraId="606BEB43" w14:textId="77777777">
        <w:trPr>
          <w:trHeight w:val="547"/>
          <w:jc w:val="center"/>
        </w:trPr>
        <w:tc>
          <w:tcPr>
            <w:tcW w:w="4824" w:type="dxa"/>
            <w:tcMar>
              <w:top w:w="70" w:type="dxa"/>
              <w:left w:w="70" w:type="dxa"/>
              <w:bottom w:w="70" w:type="dxa"/>
              <w:right w:w="70" w:type="dxa"/>
            </w:tcMar>
            <w:vAlign w:val="center"/>
          </w:tcPr>
          <w:p w14:paraId="659B0F73" w14:textId="77777777" w:rsidR="00A01BC5" w:rsidRPr="006A00BC" w:rsidRDefault="00000000">
            <w:pPr>
              <w:rPr>
                <w:sz w:val="24"/>
                <w:szCs w:val="24"/>
              </w:rPr>
            </w:pPr>
            <w:r w:rsidRPr="006A00BC">
              <w:rPr>
                <w:rFonts w:eastAsia="Times New Roman" w:cs="Times New Roman"/>
                <w:b/>
                <w:color w:val="222222"/>
                <w:sz w:val="24"/>
                <w:szCs w:val="24"/>
              </w:rPr>
              <w:t>Client 1:</w:t>
            </w:r>
          </w:p>
        </w:tc>
        <w:tc>
          <w:tcPr>
            <w:tcW w:w="4824" w:type="dxa"/>
            <w:tcMar>
              <w:top w:w="70" w:type="dxa"/>
              <w:left w:w="70" w:type="dxa"/>
              <w:bottom w:w="70" w:type="dxa"/>
              <w:right w:w="70" w:type="dxa"/>
            </w:tcMar>
            <w:vAlign w:val="center"/>
          </w:tcPr>
          <w:p w14:paraId="08AC98BB" w14:textId="77777777" w:rsidR="00A01BC5" w:rsidRPr="006A00BC" w:rsidRDefault="00A01BC5">
            <w:pPr>
              <w:rPr>
                <w:sz w:val="24"/>
                <w:szCs w:val="24"/>
              </w:rPr>
            </w:pPr>
          </w:p>
        </w:tc>
      </w:tr>
      <w:tr w:rsidR="00A01BC5" w:rsidRPr="006A00BC" w14:paraId="63FC4A06" w14:textId="77777777">
        <w:trPr>
          <w:trHeight w:val="547"/>
          <w:jc w:val="center"/>
        </w:trPr>
        <w:tc>
          <w:tcPr>
            <w:tcW w:w="4824" w:type="dxa"/>
            <w:tcMar>
              <w:top w:w="70" w:type="dxa"/>
              <w:left w:w="70" w:type="dxa"/>
              <w:bottom w:w="70" w:type="dxa"/>
              <w:right w:w="70" w:type="dxa"/>
            </w:tcMar>
            <w:vAlign w:val="center"/>
          </w:tcPr>
          <w:p w14:paraId="272D656C" w14:textId="77777777" w:rsidR="00A01BC5" w:rsidRPr="006A00BC" w:rsidRDefault="00000000">
            <w:pPr>
              <w:rPr>
                <w:sz w:val="24"/>
                <w:szCs w:val="24"/>
              </w:rPr>
            </w:pPr>
            <w:r w:rsidRPr="006A00BC">
              <w:rPr>
                <w:rFonts w:eastAsia="Times New Roman" w:cs="Times New Roman"/>
                <w:b/>
                <w:color w:val="222222"/>
                <w:sz w:val="24"/>
                <w:szCs w:val="24"/>
              </w:rPr>
              <w:t>Client 2 (if applicable):</w:t>
            </w:r>
          </w:p>
        </w:tc>
        <w:tc>
          <w:tcPr>
            <w:tcW w:w="4824" w:type="dxa"/>
            <w:tcMar>
              <w:top w:w="70" w:type="dxa"/>
              <w:left w:w="70" w:type="dxa"/>
              <w:bottom w:w="70" w:type="dxa"/>
              <w:right w:w="70" w:type="dxa"/>
            </w:tcMar>
            <w:vAlign w:val="center"/>
          </w:tcPr>
          <w:p w14:paraId="1398B249" w14:textId="77777777" w:rsidR="00A01BC5" w:rsidRPr="006A00BC" w:rsidRDefault="00A01BC5">
            <w:pPr>
              <w:rPr>
                <w:sz w:val="24"/>
                <w:szCs w:val="24"/>
              </w:rPr>
            </w:pPr>
          </w:p>
        </w:tc>
      </w:tr>
    </w:tbl>
    <w:p w14:paraId="60B0A829" w14:textId="77777777" w:rsidR="00A01BC5" w:rsidRPr="006A00BC" w:rsidRDefault="00A01BC5">
      <w:pPr>
        <w:spacing w:after="0"/>
        <w:rPr>
          <w:sz w:val="24"/>
          <w:szCs w:val="24"/>
        </w:rPr>
      </w:pPr>
    </w:p>
    <w:tbl>
      <w:tblPr>
        <w:tblStyle w:val="TableGrid"/>
        <w:tblW w:w="0" w:type="auto"/>
        <w:jc w:val="center"/>
        <w:tblLook w:val="04A0" w:firstRow="1" w:lastRow="0" w:firstColumn="1" w:lastColumn="0" w:noHBand="0" w:noVBand="1"/>
      </w:tblPr>
      <w:tblGrid>
        <w:gridCol w:w="10358"/>
      </w:tblGrid>
      <w:tr w:rsidR="00A01BC5" w:rsidRPr="006A00BC" w14:paraId="7C6073FB" w14:textId="77777777">
        <w:trPr>
          <w:jc w:val="center"/>
        </w:trPr>
        <w:tc>
          <w:tcPr>
            <w:tcW w:w="10368" w:type="dxa"/>
            <w:shd w:val="clear" w:color="auto" w:fill="F5F5F5"/>
            <w:tcMar>
              <w:top w:w="120" w:type="dxa"/>
              <w:left w:w="120" w:type="dxa"/>
              <w:bottom w:w="120" w:type="dxa"/>
              <w:right w:w="120" w:type="dxa"/>
            </w:tcMar>
          </w:tcPr>
          <w:p w14:paraId="743020E1" w14:textId="77777777" w:rsidR="00A01BC5" w:rsidRPr="006A00BC" w:rsidRDefault="00000000" w:rsidP="006A00BC">
            <w:pPr>
              <w:spacing w:after="240"/>
              <w:rPr>
                <w:sz w:val="24"/>
                <w:szCs w:val="24"/>
              </w:rPr>
            </w:pPr>
            <w:r w:rsidRPr="006A00BC">
              <w:rPr>
                <w:rFonts w:eastAsia="Times New Roman" w:cs="Times New Roman"/>
                <w:b/>
                <w:color w:val="20364A"/>
                <w:sz w:val="24"/>
                <w:szCs w:val="24"/>
              </w:rPr>
              <w:t>Why this organizer matters</w:t>
            </w:r>
          </w:p>
          <w:p w14:paraId="756A5ED5" w14:textId="77777777" w:rsidR="00A01BC5" w:rsidRPr="006A00BC" w:rsidRDefault="00000000" w:rsidP="006A00BC">
            <w:pPr>
              <w:spacing w:after="240"/>
              <w:rPr>
                <w:sz w:val="24"/>
                <w:szCs w:val="24"/>
              </w:rPr>
            </w:pPr>
            <w:r w:rsidRPr="006A00BC">
              <w:rPr>
                <w:rFonts w:eastAsia="Times New Roman" w:cs="Times New Roman"/>
                <w:sz w:val="24"/>
                <w:szCs w:val="24"/>
              </w:rPr>
              <w:t xml:space="preserve">This organizer is primarily for you and the people who may someday need to step in and manage or settle your affairs. Its purpose is to leave a clear roadmap showing what you own, what you </w:t>
            </w:r>
            <w:proofErr w:type="gramStart"/>
            <w:r w:rsidRPr="006A00BC">
              <w:rPr>
                <w:rFonts w:eastAsia="Times New Roman" w:cs="Times New Roman"/>
                <w:sz w:val="24"/>
                <w:szCs w:val="24"/>
              </w:rPr>
              <w:t>owe</w:t>
            </w:r>
            <w:proofErr w:type="gramEnd"/>
            <w:r w:rsidRPr="006A00BC">
              <w:rPr>
                <w:rFonts w:eastAsia="Times New Roman" w:cs="Times New Roman"/>
                <w:sz w:val="24"/>
                <w:szCs w:val="24"/>
              </w:rPr>
              <w:t>, where records are kept, who to contact, and how important accounts or property can be identified. It can also help your attorney spot estate-planning or trust-funding issues, but you do not need to prepare a perfect balance sheet for the law firm.</w:t>
            </w:r>
          </w:p>
          <w:p w14:paraId="0CC4FE67" w14:textId="77777777" w:rsidR="00A01BC5" w:rsidRPr="006A00BC" w:rsidRDefault="00000000" w:rsidP="006A00BC">
            <w:pPr>
              <w:spacing w:after="240"/>
              <w:rPr>
                <w:sz w:val="24"/>
                <w:szCs w:val="24"/>
              </w:rPr>
            </w:pPr>
            <w:r w:rsidRPr="006A00BC">
              <w:rPr>
                <w:rFonts w:eastAsia="Times New Roman" w:cs="Times New Roman"/>
                <w:b/>
                <w:sz w:val="24"/>
                <w:szCs w:val="24"/>
              </w:rPr>
              <w:t>You generally do not need exact balances or full account numbers. Identify each item well enough that a trusted person can find it later, and note where the most recent statement, title, policy, contract, or other record is kept.</w:t>
            </w:r>
          </w:p>
        </w:tc>
      </w:tr>
    </w:tbl>
    <w:p w14:paraId="1B4E57BA" w14:textId="77777777" w:rsidR="00A01BC5" w:rsidRPr="006A00BC" w:rsidRDefault="00000000" w:rsidP="006A00BC">
      <w:pPr>
        <w:spacing w:before="240" w:after="240" w:line="252" w:lineRule="auto"/>
        <w:jc w:val="center"/>
        <w:rPr>
          <w:sz w:val="24"/>
          <w:szCs w:val="24"/>
        </w:rPr>
      </w:pPr>
      <w:r w:rsidRPr="006A00BC">
        <w:rPr>
          <w:rFonts w:eastAsia="Times New Roman" w:cs="Times New Roman"/>
          <w:color w:val="222222"/>
          <w:sz w:val="24"/>
          <w:szCs w:val="24"/>
        </w:rPr>
        <w:t>Date first completed: ____________________     Last updated: ____________________</w:t>
      </w:r>
    </w:p>
    <w:p w14:paraId="278831A5" w14:textId="77777777" w:rsidR="00A01BC5" w:rsidRPr="006A00BC" w:rsidRDefault="00000000" w:rsidP="006A00BC">
      <w:pPr>
        <w:spacing w:after="240" w:line="252" w:lineRule="auto"/>
        <w:jc w:val="center"/>
        <w:rPr>
          <w:sz w:val="24"/>
          <w:szCs w:val="24"/>
        </w:rPr>
      </w:pPr>
      <w:r w:rsidRPr="006A00BC">
        <w:rPr>
          <w:rFonts w:eastAsia="Times New Roman" w:cs="Times New Roman"/>
          <w:b/>
          <w:color w:val="555555"/>
          <w:sz w:val="24"/>
          <w:szCs w:val="24"/>
        </w:rPr>
        <w:t>Keep the completed organizer in a secure place and tell your executor, successor trustee, or other trusted person where it can be found.</w:t>
      </w:r>
    </w:p>
    <w:p w14:paraId="2EE54DD3" w14:textId="77777777" w:rsidR="00A01BC5" w:rsidRPr="006A00BC" w:rsidRDefault="00000000" w:rsidP="006A00BC">
      <w:pPr>
        <w:spacing w:after="240"/>
        <w:rPr>
          <w:sz w:val="24"/>
          <w:szCs w:val="24"/>
        </w:rPr>
      </w:pPr>
      <w:r w:rsidRPr="006A00BC">
        <w:rPr>
          <w:sz w:val="24"/>
          <w:szCs w:val="24"/>
        </w:rPr>
        <w:br w:type="page"/>
      </w:r>
    </w:p>
    <w:p w14:paraId="2DE76B0D"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How to Use This Organizer</w:t>
      </w:r>
    </w:p>
    <w:p w14:paraId="22028B92"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Complete only the sections that apply to you. If something does not apply, leave it blank or write “N/A.”</w:t>
      </w:r>
    </w:p>
    <w:p w14:paraId="56B11C35"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Approximate values are fine. For most accounts, the institution name and last four digits are enough to identify the account.</w:t>
      </w:r>
    </w:p>
    <w:p w14:paraId="6393F19F"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If it is easier, attach a recent statement and simply write “see attached statement” in the table.</w:t>
      </w:r>
    </w:p>
    <w:p w14:paraId="3DA94ED5"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For assets with beneficiary, POD, or TOD designations, note the current designation if you know it. If you are unsure, write “unknown” and verify it later.</w:t>
      </w:r>
    </w:p>
    <w:p w14:paraId="234214B4"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For inherited or gifted property, or property you believe is separate rather than community property, make a note in the ownership/</w:t>
      </w:r>
      <w:proofErr w:type="gramStart"/>
      <w:r w:rsidRPr="006A00BC">
        <w:rPr>
          <w:rFonts w:eastAsia="Times New Roman" w:cs="Times New Roman"/>
          <w:sz w:val="24"/>
          <w:szCs w:val="24"/>
        </w:rPr>
        <w:t>notes</w:t>
      </w:r>
      <w:proofErr w:type="gramEnd"/>
      <w:r w:rsidRPr="006A00BC">
        <w:rPr>
          <w:rFonts w:eastAsia="Times New Roman" w:cs="Times New Roman"/>
          <w:sz w:val="24"/>
          <w:szCs w:val="24"/>
        </w:rPr>
        <w:t xml:space="preserve"> column.</w:t>
      </w:r>
    </w:p>
    <w:p w14:paraId="3920F045"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Do not list every asset owned by an LLC, corporation, or partnership. Instead, list your ownership interest in the business and where the entity records are kept.</w:t>
      </w:r>
    </w:p>
    <w:p w14:paraId="3FAE475B"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Update this organizer at least once a year and after major changes such as a move, marriage or divorce, death of a beneficiary or fiduciary, retirement, major purchase or sale, new business, or significant account changes.</w:t>
      </w:r>
    </w:p>
    <w:p w14:paraId="1BF4420E"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Important security note</w:t>
      </w:r>
    </w:p>
    <w:tbl>
      <w:tblPr>
        <w:tblStyle w:val="TableGrid"/>
        <w:tblW w:w="0" w:type="auto"/>
        <w:tblLook w:val="04A0" w:firstRow="1" w:lastRow="0" w:firstColumn="1" w:lastColumn="0" w:noHBand="0" w:noVBand="1"/>
      </w:tblPr>
      <w:tblGrid>
        <w:gridCol w:w="10358"/>
      </w:tblGrid>
      <w:tr w:rsidR="00A01BC5" w:rsidRPr="006A00BC" w14:paraId="436FE347" w14:textId="77777777">
        <w:tc>
          <w:tcPr>
            <w:tcW w:w="10368" w:type="dxa"/>
            <w:shd w:val="clear" w:color="auto" w:fill="FFF2CC"/>
            <w:tcMar>
              <w:top w:w="110" w:type="dxa"/>
              <w:left w:w="110" w:type="dxa"/>
              <w:bottom w:w="110" w:type="dxa"/>
              <w:right w:w="110" w:type="dxa"/>
            </w:tcMar>
          </w:tcPr>
          <w:p w14:paraId="0496DE51" w14:textId="77777777" w:rsidR="00A01BC5" w:rsidRPr="006A00BC" w:rsidRDefault="00000000" w:rsidP="006A00BC">
            <w:pPr>
              <w:spacing w:after="240"/>
              <w:rPr>
                <w:sz w:val="24"/>
                <w:szCs w:val="24"/>
              </w:rPr>
            </w:pPr>
            <w:r w:rsidRPr="006A00BC">
              <w:rPr>
                <w:rFonts w:eastAsia="Times New Roman" w:cs="Times New Roman"/>
                <w:b/>
                <w:sz w:val="24"/>
                <w:szCs w:val="24"/>
              </w:rPr>
              <w:t xml:space="preserve">Passwords and highly sensitive access information should usually be stored separately from the main organizer. </w:t>
            </w:r>
            <w:r w:rsidRPr="006A00BC">
              <w:rPr>
                <w:rFonts w:eastAsia="Times New Roman" w:cs="Times New Roman"/>
                <w:sz w:val="24"/>
                <w:szCs w:val="24"/>
              </w:rPr>
              <w:t>The main form should normally identify where passwords, recovery codes, device PINs, and similar credentials are stored (for example, a password manager, sealed envelope, or secure safe).</w:t>
            </w:r>
          </w:p>
          <w:p w14:paraId="2ADB8AFD" w14:textId="77777777" w:rsidR="00A01BC5" w:rsidRPr="006A00BC" w:rsidRDefault="00000000" w:rsidP="006A00BC">
            <w:pPr>
              <w:spacing w:after="240"/>
              <w:rPr>
                <w:sz w:val="24"/>
                <w:szCs w:val="24"/>
              </w:rPr>
            </w:pPr>
            <w:r w:rsidRPr="006A00BC">
              <w:rPr>
                <w:rFonts w:eastAsia="Times New Roman" w:cs="Times New Roman"/>
                <w:sz w:val="24"/>
                <w:szCs w:val="24"/>
              </w:rPr>
              <w:t>An optional Secure Access Appendix is included at the end if you choose to record credentials directly. If you use it, store it separately and do not email it or send it to the law firm unless specifically requested through a secure method.</w:t>
            </w:r>
          </w:p>
        </w:tc>
      </w:tr>
    </w:tbl>
    <w:p w14:paraId="366EECB1"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This organizer does not change legal ownership or access rights</w:t>
      </w:r>
    </w:p>
    <w:p w14:paraId="587B0A3B" w14:textId="77777777" w:rsidR="00A01BC5" w:rsidRPr="006A00BC" w:rsidRDefault="00000000" w:rsidP="006A00BC">
      <w:pPr>
        <w:spacing w:after="240" w:line="252" w:lineRule="auto"/>
        <w:rPr>
          <w:sz w:val="24"/>
          <w:szCs w:val="24"/>
        </w:rPr>
      </w:pPr>
      <w:r w:rsidRPr="006A00BC">
        <w:rPr>
          <w:rFonts w:eastAsia="Times New Roman" w:cs="Times New Roman"/>
          <w:color w:val="222222"/>
          <w:sz w:val="24"/>
          <w:szCs w:val="24"/>
        </w:rPr>
        <w:t xml:space="preserve">Completing this form does not transfer property, change title, update a beneficiary designation, or give another person legal authority to access an account. Digital access </w:t>
      </w:r>
      <w:proofErr w:type="gramStart"/>
      <w:r w:rsidRPr="006A00BC">
        <w:rPr>
          <w:rFonts w:eastAsia="Times New Roman" w:cs="Times New Roman"/>
          <w:color w:val="222222"/>
          <w:sz w:val="24"/>
          <w:szCs w:val="24"/>
        </w:rPr>
        <w:t>in particular may</w:t>
      </w:r>
      <w:proofErr w:type="gramEnd"/>
      <w:r w:rsidRPr="006A00BC">
        <w:rPr>
          <w:rFonts w:eastAsia="Times New Roman" w:cs="Times New Roman"/>
          <w:color w:val="222222"/>
          <w:sz w:val="24"/>
          <w:szCs w:val="24"/>
        </w:rPr>
        <w:t xml:space="preserve"> be governed by your estate-planning documents, applicable law, and the provider’s terms of service. Use this organizer as a </w:t>
      </w:r>
      <w:proofErr w:type="gramStart"/>
      <w:r w:rsidRPr="006A00BC">
        <w:rPr>
          <w:rFonts w:eastAsia="Times New Roman" w:cs="Times New Roman"/>
          <w:color w:val="222222"/>
          <w:sz w:val="24"/>
          <w:szCs w:val="24"/>
        </w:rPr>
        <w:t>roadmap, and</w:t>
      </w:r>
      <w:proofErr w:type="gramEnd"/>
      <w:r w:rsidRPr="006A00BC">
        <w:rPr>
          <w:rFonts w:eastAsia="Times New Roman" w:cs="Times New Roman"/>
          <w:color w:val="222222"/>
          <w:sz w:val="24"/>
          <w:szCs w:val="24"/>
        </w:rPr>
        <w:t xml:space="preserve"> make any legal or beneficiary changes separately.</w:t>
      </w:r>
    </w:p>
    <w:p w14:paraId="034461AA"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Sections included</w:t>
      </w:r>
    </w:p>
    <w:p w14:paraId="71635D45"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Estate plan roadmap and key people</w:t>
      </w:r>
    </w:p>
    <w:p w14:paraId="0BFE07D9"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Real estate, mineral interests, and property records</w:t>
      </w:r>
    </w:p>
    <w:p w14:paraId="2B7FC9E7"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Banking, cash, and payment accounts</w:t>
      </w:r>
    </w:p>
    <w:p w14:paraId="607173FD"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Investments, retirement, and employment benefits</w:t>
      </w:r>
    </w:p>
    <w:p w14:paraId="7B7B9F47"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Insurance and annuities</w:t>
      </w:r>
    </w:p>
    <w:p w14:paraId="509A55FC"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 xml:space="preserve">Business interests, intellectual property, </w:t>
      </w:r>
      <w:proofErr w:type="gramStart"/>
      <w:r w:rsidRPr="006A00BC">
        <w:rPr>
          <w:rFonts w:eastAsia="Times New Roman" w:cs="Times New Roman"/>
          <w:sz w:val="24"/>
          <w:szCs w:val="24"/>
        </w:rPr>
        <w:t>trusts</w:t>
      </w:r>
      <w:proofErr w:type="gramEnd"/>
      <w:r w:rsidRPr="006A00BC">
        <w:rPr>
          <w:rFonts w:eastAsia="Times New Roman" w:cs="Times New Roman"/>
          <w:sz w:val="24"/>
          <w:szCs w:val="24"/>
        </w:rPr>
        <w:t>, and money owed to you</w:t>
      </w:r>
    </w:p>
    <w:p w14:paraId="4BE193AA"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Vehicles, valuables, and storage</w:t>
      </w:r>
    </w:p>
    <w:p w14:paraId="27EAC8E9"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Mortgages, credit cards, and other liabilities</w:t>
      </w:r>
    </w:p>
    <w:p w14:paraId="752A588D"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Recurring bills and automatic payments</w:t>
      </w:r>
    </w:p>
    <w:p w14:paraId="7494051E"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Digital accounts, devices, and cryptocurrency</w:t>
      </w:r>
    </w:p>
    <w:p w14:paraId="6D953F50"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Important records and professional contacts</w:t>
      </w:r>
    </w:p>
    <w:p w14:paraId="11AAE42A"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Annual review log and optional Secure Access Appendix</w:t>
      </w:r>
    </w:p>
    <w:p w14:paraId="63FFDBB9" w14:textId="77777777" w:rsidR="00A01BC5" w:rsidRPr="006A00BC" w:rsidRDefault="00000000" w:rsidP="006A00BC">
      <w:pPr>
        <w:spacing w:after="240"/>
        <w:rPr>
          <w:sz w:val="24"/>
          <w:szCs w:val="24"/>
        </w:rPr>
      </w:pPr>
      <w:r w:rsidRPr="006A00BC">
        <w:rPr>
          <w:sz w:val="24"/>
          <w:szCs w:val="24"/>
        </w:rPr>
        <w:lastRenderedPageBreak/>
        <w:br w:type="page"/>
      </w:r>
    </w:p>
    <w:p w14:paraId="699D3873"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1. Estate Plan Roadmap and Key People</w:t>
      </w:r>
    </w:p>
    <w:p w14:paraId="4F8B715D" w14:textId="77777777" w:rsidR="00A01BC5" w:rsidRPr="006A00BC" w:rsidRDefault="00000000" w:rsidP="006A00BC">
      <w:pPr>
        <w:keepNext/>
        <w:spacing w:after="240" w:line="252" w:lineRule="auto"/>
        <w:rPr>
          <w:sz w:val="24"/>
          <w:szCs w:val="24"/>
        </w:rPr>
      </w:pPr>
      <w:r w:rsidRPr="006A00BC">
        <w:rPr>
          <w:rFonts w:eastAsia="Times New Roman" w:cs="Times New Roman"/>
          <w:i/>
          <w:color w:val="444444"/>
          <w:sz w:val="24"/>
          <w:szCs w:val="24"/>
        </w:rPr>
        <w:t xml:space="preserve">This page should help a trusted person quickly find the </w:t>
      </w:r>
      <w:proofErr w:type="gramStart"/>
      <w:r w:rsidRPr="006A00BC">
        <w:rPr>
          <w:rFonts w:eastAsia="Times New Roman" w:cs="Times New Roman"/>
          <w:i/>
          <w:color w:val="444444"/>
          <w:sz w:val="24"/>
          <w:szCs w:val="24"/>
        </w:rPr>
        <w:t>controlling</w:t>
      </w:r>
      <w:proofErr w:type="gramEnd"/>
      <w:r w:rsidRPr="006A00BC">
        <w:rPr>
          <w:rFonts w:eastAsia="Times New Roman" w:cs="Times New Roman"/>
          <w:i/>
          <w:color w:val="444444"/>
          <w:sz w:val="24"/>
          <w:szCs w:val="24"/>
        </w:rPr>
        <w:t xml:space="preserve"> documents and know whom to call first.</w:t>
      </w:r>
    </w:p>
    <w:p w14:paraId="3388D19B"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Estate-planning documents and where the originals are kept</w:t>
      </w:r>
    </w:p>
    <w:tbl>
      <w:tblPr>
        <w:tblStyle w:val="TableGrid"/>
        <w:tblW w:w="0" w:type="auto"/>
        <w:jc w:val="center"/>
        <w:tblLayout w:type="fixed"/>
        <w:tblLook w:val="04A0" w:firstRow="1" w:lastRow="0" w:firstColumn="1" w:lastColumn="0" w:noHBand="0" w:noVBand="1"/>
      </w:tblPr>
      <w:tblGrid>
        <w:gridCol w:w="2520"/>
        <w:gridCol w:w="2376"/>
        <w:gridCol w:w="2376"/>
        <w:gridCol w:w="2376"/>
      </w:tblGrid>
      <w:tr w:rsidR="00A01BC5" w:rsidRPr="006A00BC" w14:paraId="1EA4A467" w14:textId="77777777">
        <w:trPr>
          <w:tblHeader/>
          <w:jc w:val="center"/>
        </w:trPr>
        <w:tc>
          <w:tcPr>
            <w:tcW w:w="2520" w:type="dxa"/>
            <w:shd w:val="clear" w:color="auto" w:fill="E7E6E6"/>
            <w:tcMar>
              <w:top w:w="70" w:type="dxa"/>
              <w:left w:w="70" w:type="dxa"/>
              <w:bottom w:w="70" w:type="dxa"/>
              <w:right w:w="70" w:type="dxa"/>
            </w:tcMar>
            <w:vAlign w:val="center"/>
          </w:tcPr>
          <w:p w14:paraId="22DDF277"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Document</w:t>
            </w:r>
          </w:p>
        </w:tc>
        <w:tc>
          <w:tcPr>
            <w:tcW w:w="2376" w:type="dxa"/>
            <w:shd w:val="clear" w:color="auto" w:fill="E7E6E6"/>
            <w:tcMar>
              <w:top w:w="70" w:type="dxa"/>
              <w:left w:w="70" w:type="dxa"/>
              <w:bottom w:w="70" w:type="dxa"/>
              <w:right w:w="70" w:type="dxa"/>
            </w:tcMar>
            <w:vAlign w:val="center"/>
          </w:tcPr>
          <w:p w14:paraId="37AB79D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Date / Name</w:t>
            </w:r>
          </w:p>
        </w:tc>
        <w:tc>
          <w:tcPr>
            <w:tcW w:w="2376" w:type="dxa"/>
            <w:shd w:val="clear" w:color="auto" w:fill="E7E6E6"/>
            <w:tcMar>
              <w:top w:w="70" w:type="dxa"/>
              <w:left w:w="70" w:type="dxa"/>
              <w:bottom w:w="70" w:type="dxa"/>
              <w:right w:w="70" w:type="dxa"/>
            </w:tcMar>
            <w:vAlign w:val="center"/>
          </w:tcPr>
          <w:p w14:paraId="486D6F24"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Original location</w:t>
            </w:r>
          </w:p>
        </w:tc>
        <w:tc>
          <w:tcPr>
            <w:tcW w:w="2376" w:type="dxa"/>
            <w:shd w:val="clear" w:color="auto" w:fill="E7E6E6"/>
            <w:tcMar>
              <w:top w:w="70" w:type="dxa"/>
              <w:left w:w="70" w:type="dxa"/>
              <w:bottom w:w="70" w:type="dxa"/>
              <w:right w:w="70" w:type="dxa"/>
            </w:tcMar>
            <w:vAlign w:val="center"/>
          </w:tcPr>
          <w:p w14:paraId="294D899A"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Copy / Notes</w:t>
            </w:r>
          </w:p>
        </w:tc>
      </w:tr>
      <w:tr w:rsidR="00A01BC5" w:rsidRPr="006A00BC" w14:paraId="700CE70C" w14:textId="77777777">
        <w:trPr>
          <w:cantSplit/>
          <w:trHeight w:val="475"/>
          <w:jc w:val="center"/>
        </w:trPr>
        <w:tc>
          <w:tcPr>
            <w:tcW w:w="2520" w:type="dxa"/>
            <w:tcMar>
              <w:top w:w="70" w:type="dxa"/>
              <w:left w:w="70" w:type="dxa"/>
              <w:bottom w:w="70" w:type="dxa"/>
              <w:right w:w="70" w:type="dxa"/>
            </w:tcMar>
            <w:vAlign w:val="center"/>
          </w:tcPr>
          <w:p w14:paraId="2D43B386" w14:textId="77777777" w:rsidR="00A01BC5" w:rsidRPr="006A00BC" w:rsidRDefault="00000000" w:rsidP="006A00BC">
            <w:pPr>
              <w:spacing w:after="240"/>
              <w:rPr>
                <w:sz w:val="24"/>
                <w:szCs w:val="24"/>
              </w:rPr>
            </w:pPr>
            <w:r w:rsidRPr="006A00BC">
              <w:rPr>
                <w:rFonts w:eastAsia="Times New Roman" w:cs="Times New Roman"/>
                <w:color w:val="222222"/>
                <w:sz w:val="24"/>
                <w:szCs w:val="24"/>
              </w:rPr>
              <w:t>Will(s)</w:t>
            </w:r>
          </w:p>
        </w:tc>
        <w:tc>
          <w:tcPr>
            <w:tcW w:w="2376" w:type="dxa"/>
            <w:tcMar>
              <w:top w:w="70" w:type="dxa"/>
              <w:left w:w="70" w:type="dxa"/>
              <w:bottom w:w="70" w:type="dxa"/>
              <w:right w:w="70" w:type="dxa"/>
            </w:tcMar>
            <w:vAlign w:val="center"/>
          </w:tcPr>
          <w:p w14:paraId="194AE6B0"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69809A98"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05B79CF4" w14:textId="77777777" w:rsidR="00A01BC5" w:rsidRPr="006A00BC" w:rsidRDefault="00A01BC5" w:rsidP="006A00BC">
            <w:pPr>
              <w:spacing w:after="240"/>
              <w:rPr>
                <w:sz w:val="24"/>
                <w:szCs w:val="24"/>
              </w:rPr>
            </w:pPr>
          </w:p>
        </w:tc>
      </w:tr>
      <w:tr w:rsidR="00A01BC5" w:rsidRPr="006A00BC" w14:paraId="3706F94D" w14:textId="77777777">
        <w:trPr>
          <w:cantSplit/>
          <w:trHeight w:val="475"/>
          <w:jc w:val="center"/>
        </w:trPr>
        <w:tc>
          <w:tcPr>
            <w:tcW w:w="2520" w:type="dxa"/>
            <w:tcMar>
              <w:top w:w="70" w:type="dxa"/>
              <w:left w:w="70" w:type="dxa"/>
              <w:bottom w:w="70" w:type="dxa"/>
              <w:right w:w="70" w:type="dxa"/>
            </w:tcMar>
            <w:vAlign w:val="center"/>
          </w:tcPr>
          <w:p w14:paraId="3A08B038" w14:textId="77777777" w:rsidR="00A01BC5" w:rsidRPr="006A00BC" w:rsidRDefault="00000000" w:rsidP="006A00BC">
            <w:pPr>
              <w:spacing w:after="240"/>
              <w:rPr>
                <w:sz w:val="24"/>
                <w:szCs w:val="24"/>
              </w:rPr>
            </w:pPr>
            <w:r w:rsidRPr="006A00BC">
              <w:rPr>
                <w:rFonts w:eastAsia="Times New Roman" w:cs="Times New Roman"/>
                <w:color w:val="222222"/>
                <w:sz w:val="24"/>
                <w:szCs w:val="24"/>
              </w:rPr>
              <w:t>Revocable or other trust(s)</w:t>
            </w:r>
          </w:p>
        </w:tc>
        <w:tc>
          <w:tcPr>
            <w:tcW w:w="2376" w:type="dxa"/>
            <w:tcMar>
              <w:top w:w="70" w:type="dxa"/>
              <w:left w:w="70" w:type="dxa"/>
              <w:bottom w:w="70" w:type="dxa"/>
              <w:right w:w="70" w:type="dxa"/>
            </w:tcMar>
            <w:vAlign w:val="center"/>
          </w:tcPr>
          <w:p w14:paraId="7A5D2DBB"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63B05385"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7E81076E" w14:textId="77777777" w:rsidR="00A01BC5" w:rsidRPr="006A00BC" w:rsidRDefault="00A01BC5" w:rsidP="006A00BC">
            <w:pPr>
              <w:spacing w:after="240"/>
              <w:rPr>
                <w:sz w:val="24"/>
                <w:szCs w:val="24"/>
              </w:rPr>
            </w:pPr>
          </w:p>
        </w:tc>
      </w:tr>
      <w:tr w:rsidR="00A01BC5" w:rsidRPr="006A00BC" w14:paraId="3C07C3EF" w14:textId="77777777">
        <w:trPr>
          <w:cantSplit/>
          <w:trHeight w:val="475"/>
          <w:jc w:val="center"/>
        </w:trPr>
        <w:tc>
          <w:tcPr>
            <w:tcW w:w="2520" w:type="dxa"/>
            <w:tcMar>
              <w:top w:w="70" w:type="dxa"/>
              <w:left w:w="70" w:type="dxa"/>
              <w:bottom w:w="70" w:type="dxa"/>
              <w:right w:w="70" w:type="dxa"/>
            </w:tcMar>
            <w:vAlign w:val="center"/>
          </w:tcPr>
          <w:p w14:paraId="2196E002" w14:textId="77777777" w:rsidR="00A01BC5" w:rsidRPr="006A00BC" w:rsidRDefault="00000000" w:rsidP="006A00BC">
            <w:pPr>
              <w:spacing w:after="240"/>
              <w:rPr>
                <w:sz w:val="24"/>
                <w:szCs w:val="24"/>
              </w:rPr>
            </w:pPr>
            <w:r w:rsidRPr="006A00BC">
              <w:rPr>
                <w:rFonts w:eastAsia="Times New Roman" w:cs="Times New Roman"/>
                <w:color w:val="222222"/>
                <w:sz w:val="24"/>
                <w:szCs w:val="24"/>
              </w:rPr>
              <w:t>Durable power(s) of attorney</w:t>
            </w:r>
          </w:p>
        </w:tc>
        <w:tc>
          <w:tcPr>
            <w:tcW w:w="2376" w:type="dxa"/>
            <w:tcMar>
              <w:top w:w="70" w:type="dxa"/>
              <w:left w:w="70" w:type="dxa"/>
              <w:bottom w:w="70" w:type="dxa"/>
              <w:right w:w="70" w:type="dxa"/>
            </w:tcMar>
            <w:vAlign w:val="center"/>
          </w:tcPr>
          <w:p w14:paraId="341C68D2"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40EE0DB1"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07900B22" w14:textId="77777777" w:rsidR="00A01BC5" w:rsidRPr="006A00BC" w:rsidRDefault="00A01BC5" w:rsidP="006A00BC">
            <w:pPr>
              <w:spacing w:after="240"/>
              <w:rPr>
                <w:sz w:val="24"/>
                <w:szCs w:val="24"/>
              </w:rPr>
            </w:pPr>
          </w:p>
        </w:tc>
      </w:tr>
      <w:tr w:rsidR="00A01BC5" w:rsidRPr="006A00BC" w14:paraId="54DE5FE0" w14:textId="77777777">
        <w:trPr>
          <w:cantSplit/>
          <w:trHeight w:val="475"/>
          <w:jc w:val="center"/>
        </w:trPr>
        <w:tc>
          <w:tcPr>
            <w:tcW w:w="2520" w:type="dxa"/>
            <w:tcMar>
              <w:top w:w="70" w:type="dxa"/>
              <w:left w:w="70" w:type="dxa"/>
              <w:bottom w:w="70" w:type="dxa"/>
              <w:right w:w="70" w:type="dxa"/>
            </w:tcMar>
            <w:vAlign w:val="center"/>
          </w:tcPr>
          <w:p w14:paraId="10F48497" w14:textId="77777777" w:rsidR="00A01BC5" w:rsidRPr="006A00BC" w:rsidRDefault="00000000" w:rsidP="006A00BC">
            <w:pPr>
              <w:spacing w:after="240"/>
              <w:rPr>
                <w:sz w:val="24"/>
                <w:szCs w:val="24"/>
              </w:rPr>
            </w:pPr>
            <w:r w:rsidRPr="006A00BC">
              <w:rPr>
                <w:rFonts w:eastAsia="Times New Roman" w:cs="Times New Roman"/>
                <w:color w:val="222222"/>
                <w:sz w:val="24"/>
                <w:szCs w:val="24"/>
              </w:rPr>
              <w:t>Medical power(s) of attorney / directives</w:t>
            </w:r>
          </w:p>
        </w:tc>
        <w:tc>
          <w:tcPr>
            <w:tcW w:w="2376" w:type="dxa"/>
            <w:tcMar>
              <w:top w:w="70" w:type="dxa"/>
              <w:left w:w="70" w:type="dxa"/>
              <w:bottom w:w="70" w:type="dxa"/>
              <w:right w:w="70" w:type="dxa"/>
            </w:tcMar>
            <w:vAlign w:val="center"/>
          </w:tcPr>
          <w:p w14:paraId="0F8F4364"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0618FF17"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07FECBD5" w14:textId="77777777" w:rsidR="00A01BC5" w:rsidRPr="006A00BC" w:rsidRDefault="00A01BC5" w:rsidP="006A00BC">
            <w:pPr>
              <w:spacing w:after="240"/>
              <w:rPr>
                <w:sz w:val="24"/>
                <w:szCs w:val="24"/>
              </w:rPr>
            </w:pPr>
          </w:p>
        </w:tc>
      </w:tr>
      <w:tr w:rsidR="00A01BC5" w:rsidRPr="006A00BC" w14:paraId="44C8BB3A" w14:textId="77777777">
        <w:trPr>
          <w:cantSplit/>
          <w:trHeight w:val="475"/>
          <w:jc w:val="center"/>
        </w:trPr>
        <w:tc>
          <w:tcPr>
            <w:tcW w:w="2520" w:type="dxa"/>
            <w:tcMar>
              <w:top w:w="70" w:type="dxa"/>
              <w:left w:w="70" w:type="dxa"/>
              <w:bottom w:w="70" w:type="dxa"/>
              <w:right w:w="70" w:type="dxa"/>
            </w:tcMar>
            <w:vAlign w:val="center"/>
          </w:tcPr>
          <w:p w14:paraId="721108BC" w14:textId="77777777" w:rsidR="00A01BC5" w:rsidRPr="006A00BC" w:rsidRDefault="00000000" w:rsidP="006A00BC">
            <w:pPr>
              <w:spacing w:after="240"/>
              <w:rPr>
                <w:sz w:val="24"/>
                <w:szCs w:val="24"/>
              </w:rPr>
            </w:pPr>
            <w:r w:rsidRPr="006A00BC">
              <w:rPr>
                <w:rFonts w:eastAsia="Times New Roman" w:cs="Times New Roman"/>
                <w:color w:val="222222"/>
                <w:sz w:val="24"/>
                <w:szCs w:val="24"/>
              </w:rPr>
              <w:t>Deeds / transfer-on-death deeds</w:t>
            </w:r>
          </w:p>
        </w:tc>
        <w:tc>
          <w:tcPr>
            <w:tcW w:w="2376" w:type="dxa"/>
            <w:tcMar>
              <w:top w:w="70" w:type="dxa"/>
              <w:left w:w="70" w:type="dxa"/>
              <w:bottom w:w="70" w:type="dxa"/>
              <w:right w:w="70" w:type="dxa"/>
            </w:tcMar>
            <w:vAlign w:val="center"/>
          </w:tcPr>
          <w:p w14:paraId="128917E0"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30659E5A"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4578C274" w14:textId="77777777" w:rsidR="00A01BC5" w:rsidRPr="006A00BC" w:rsidRDefault="00A01BC5" w:rsidP="006A00BC">
            <w:pPr>
              <w:spacing w:after="240"/>
              <w:rPr>
                <w:sz w:val="24"/>
                <w:szCs w:val="24"/>
              </w:rPr>
            </w:pPr>
          </w:p>
        </w:tc>
      </w:tr>
      <w:tr w:rsidR="00A01BC5" w:rsidRPr="006A00BC" w14:paraId="28610DD4" w14:textId="77777777">
        <w:trPr>
          <w:cantSplit/>
          <w:trHeight w:val="475"/>
          <w:jc w:val="center"/>
        </w:trPr>
        <w:tc>
          <w:tcPr>
            <w:tcW w:w="2520" w:type="dxa"/>
            <w:tcMar>
              <w:top w:w="70" w:type="dxa"/>
              <w:left w:w="70" w:type="dxa"/>
              <w:bottom w:w="70" w:type="dxa"/>
              <w:right w:w="70" w:type="dxa"/>
            </w:tcMar>
            <w:vAlign w:val="center"/>
          </w:tcPr>
          <w:p w14:paraId="63C366CD" w14:textId="77777777" w:rsidR="00A01BC5" w:rsidRPr="006A00BC" w:rsidRDefault="00000000" w:rsidP="006A00BC">
            <w:pPr>
              <w:spacing w:after="240"/>
              <w:rPr>
                <w:sz w:val="24"/>
                <w:szCs w:val="24"/>
              </w:rPr>
            </w:pPr>
            <w:r w:rsidRPr="006A00BC">
              <w:rPr>
                <w:rFonts w:eastAsia="Times New Roman" w:cs="Times New Roman"/>
                <w:color w:val="222222"/>
                <w:sz w:val="24"/>
                <w:szCs w:val="24"/>
              </w:rPr>
              <w:t>Premarital / postmarital / property agreement</w:t>
            </w:r>
          </w:p>
        </w:tc>
        <w:tc>
          <w:tcPr>
            <w:tcW w:w="2376" w:type="dxa"/>
            <w:tcMar>
              <w:top w:w="70" w:type="dxa"/>
              <w:left w:w="70" w:type="dxa"/>
              <w:bottom w:w="70" w:type="dxa"/>
              <w:right w:w="70" w:type="dxa"/>
            </w:tcMar>
            <w:vAlign w:val="center"/>
          </w:tcPr>
          <w:p w14:paraId="5A4BB24B"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2503CFB3"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1E43C173" w14:textId="77777777" w:rsidR="00A01BC5" w:rsidRPr="006A00BC" w:rsidRDefault="00A01BC5" w:rsidP="006A00BC">
            <w:pPr>
              <w:spacing w:after="240"/>
              <w:rPr>
                <w:sz w:val="24"/>
                <w:szCs w:val="24"/>
              </w:rPr>
            </w:pPr>
          </w:p>
        </w:tc>
      </w:tr>
      <w:tr w:rsidR="00A01BC5" w:rsidRPr="006A00BC" w14:paraId="49C58637" w14:textId="77777777">
        <w:trPr>
          <w:cantSplit/>
          <w:trHeight w:val="475"/>
          <w:jc w:val="center"/>
        </w:trPr>
        <w:tc>
          <w:tcPr>
            <w:tcW w:w="2520" w:type="dxa"/>
            <w:tcMar>
              <w:top w:w="70" w:type="dxa"/>
              <w:left w:w="70" w:type="dxa"/>
              <w:bottom w:w="70" w:type="dxa"/>
              <w:right w:w="70" w:type="dxa"/>
            </w:tcMar>
            <w:vAlign w:val="center"/>
          </w:tcPr>
          <w:p w14:paraId="2E5C4892" w14:textId="77777777" w:rsidR="00A01BC5" w:rsidRPr="006A00BC" w:rsidRDefault="00000000" w:rsidP="006A00BC">
            <w:pPr>
              <w:spacing w:after="240"/>
              <w:rPr>
                <w:sz w:val="24"/>
                <w:szCs w:val="24"/>
              </w:rPr>
            </w:pPr>
            <w:r w:rsidRPr="006A00BC">
              <w:rPr>
                <w:rFonts w:eastAsia="Times New Roman" w:cs="Times New Roman"/>
                <w:color w:val="222222"/>
                <w:sz w:val="24"/>
                <w:szCs w:val="24"/>
              </w:rPr>
              <w:t>Funeral / burial / cremation instructions or contract</w:t>
            </w:r>
          </w:p>
        </w:tc>
        <w:tc>
          <w:tcPr>
            <w:tcW w:w="2376" w:type="dxa"/>
            <w:tcMar>
              <w:top w:w="70" w:type="dxa"/>
              <w:left w:w="70" w:type="dxa"/>
              <w:bottom w:w="70" w:type="dxa"/>
              <w:right w:w="70" w:type="dxa"/>
            </w:tcMar>
            <w:vAlign w:val="center"/>
          </w:tcPr>
          <w:p w14:paraId="2558D89D"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5C7AD520"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6F4F2183" w14:textId="77777777" w:rsidR="00A01BC5" w:rsidRPr="006A00BC" w:rsidRDefault="00A01BC5" w:rsidP="006A00BC">
            <w:pPr>
              <w:spacing w:after="240"/>
              <w:rPr>
                <w:sz w:val="24"/>
                <w:szCs w:val="24"/>
              </w:rPr>
            </w:pPr>
          </w:p>
        </w:tc>
      </w:tr>
      <w:tr w:rsidR="00A01BC5" w:rsidRPr="006A00BC" w14:paraId="06822900" w14:textId="77777777">
        <w:trPr>
          <w:cantSplit/>
          <w:trHeight w:val="475"/>
          <w:jc w:val="center"/>
        </w:trPr>
        <w:tc>
          <w:tcPr>
            <w:tcW w:w="2520" w:type="dxa"/>
            <w:tcMar>
              <w:top w:w="70" w:type="dxa"/>
              <w:left w:w="70" w:type="dxa"/>
              <w:bottom w:w="70" w:type="dxa"/>
              <w:right w:w="70" w:type="dxa"/>
            </w:tcMar>
            <w:vAlign w:val="center"/>
          </w:tcPr>
          <w:p w14:paraId="39BACDEA" w14:textId="77777777" w:rsidR="00A01BC5" w:rsidRPr="006A00BC" w:rsidRDefault="00000000" w:rsidP="006A00BC">
            <w:pPr>
              <w:spacing w:after="240"/>
              <w:rPr>
                <w:sz w:val="24"/>
                <w:szCs w:val="24"/>
              </w:rPr>
            </w:pPr>
            <w:r w:rsidRPr="006A00BC">
              <w:rPr>
                <w:rFonts w:eastAsia="Times New Roman" w:cs="Times New Roman"/>
                <w:color w:val="222222"/>
                <w:sz w:val="24"/>
                <w:szCs w:val="24"/>
              </w:rPr>
              <w:t>Other important estate document</w:t>
            </w:r>
          </w:p>
        </w:tc>
        <w:tc>
          <w:tcPr>
            <w:tcW w:w="2376" w:type="dxa"/>
            <w:tcMar>
              <w:top w:w="70" w:type="dxa"/>
              <w:left w:w="70" w:type="dxa"/>
              <w:bottom w:w="70" w:type="dxa"/>
              <w:right w:w="70" w:type="dxa"/>
            </w:tcMar>
            <w:vAlign w:val="center"/>
          </w:tcPr>
          <w:p w14:paraId="4E7A4CFE"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44E894F3"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29A6FE9A" w14:textId="77777777" w:rsidR="00A01BC5" w:rsidRPr="006A00BC" w:rsidRDefault="00A01BC5" w:rsidP="006A00BC">
            <w:pPr>
              <w:spacing w:after="240"/>
              <w:rPr>
                <w:sz w:val="24"/>
                <w:szCs w:val="24"/>
              </w:rPr>
            </w:pPr>
          </w:p>
        </w:tc>
      </w:tr>
    </w:tbl>
    <w:p w14:paraId="4A6B8A50" w14:textId="77777777" w:rsidR="00A01BC5" w:rsidRPr="006A00BC" w:rsidRDefault="00A01BC5" w:rsidP="006A00BC">
      <w:pPr>
        <w:spacing w:after="240"/>
        <w:rPr>
          <w:sz w:val="24"/>
          <w:szCs w:val="24"/>
        </w:rPr>
      </w:pPr>
    </w:p>
    <w:p w14:paraId="1AA60A70"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People named to help manage or settle your affairs</w:t>
      </w:r>
    </w:p>
    <w:tbl>
      <w:tblPr>
        <w:tblStyle w:val="TableGrid"/>
        <w:tblW w:w="0" w:type="auto"/>
        <w:jc w:val="center"/>
        <w:tblLayout w:type="fixed"/>
        <w:tblLook w:val="04A0" w:firstRow="1" w:lastRow="0" w:firstColumn="1" w:lastColumn="0" w:noHBand="0" w:noVBand="1"/>
      </w:tblPr>
      <w:tblGrid>
        <w:gridCol w:w="2448"/>
        <w:gridCol w:w="2592"/>
        <w:gridCol w:w="2736"/>
        <w:gridCol w:w="1872"/>
      </w:tblGrid>
      <w:tr w:rsidR="00A01BC5" w:rsidRPr="006A00BC" w14:paraId="5B8E98DB" w14:textId="77777777">
        <w:trPr>
          <w:tblHeader/>
          <w:jc w:val="center"/>
        </w:trPr>
        <w:tc>
          <w:tcPr>
            <w:tcW w:w="2448" w:type="dxa"/>
            <w:shd w:val="clear" w:color="auto" w:fill="E7E6E6"/>
            <w:tcMar>
              <w:top w:w="70" w:type="dxa"/>
              <w:left w:w="70" w:type="dxa"/>
              <w:bottom w:w="70" w:type="dxa"/>
              <w:right w:w="70" w:type="dxa"/>
            </w:tcMar>
            <w:vAlign w:val="center"/>
          </w:tcPr>
          <w:p w14:paraId="6EEB295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Role</w:t>
            </w:r>
          </w:p>
        </w:tc>
        <w:tc>
          <w:tcPr>
            <w:tcW w:w="2592" w:type="dxa"/>
            <w:shd w:val="clear" w:color="auto" w:fill="E7E6E6"/>
            <w:tcMar>
              <w:top w:w="70" w:type="dxa"/>
              <w:left w:w="70" w:type="dxa"/>
              <w:bottom w:w="70" w:type="dxa"/>
              <w:right w:w="70" w:type="dxa"/>
            </w:tcMar>
            <w:vAlign w:val="center"/>
          </w:tcPr>
          <w:p w14:paraId="4E9D4FA9"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Name</w:t>
            </w:r>
          </w:p>
        </w:tc>
        <w:tc>
          <w:tcPr>
            <w:tcW w:w="2736" w:type="dxa"/>
            <w:shd w:val="clear" w:color="auto" w:fill="E7E6E6"/>
            <w:tcMar>
              <w:top w:w="70" w:type="dxa"/>
              <w:left w:w="70" w:type="dxa"/>
              <w:bottom w:w="70" w:type="dxa"/>
              <w:right w:w="70" w:type="dxa"/>
            </w:tcMar>
            <w:vAlign w:val="center"/>
          </w:tcPr>
          <w:p w14:paraId="0405DFA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Phone / Email</w:t>
            </w:r>
          </w:p>
        </w:tc>
        <w:tc>
          <w:tcPr>
            <w:tcW w:w="1872" w:type="dxa"/>
            <w:shd w:val="clear" w:color="auto" w:fill="E7E6E6"/>
            <w:tcMar>
              <w:top w:w="70" w:type="dxa"/>
              <w:left w:w="70" w:type="dxa"/>
              <w:bottom w:w="70" w:type="dxa"/>
              <w:right w:w="70" w:type="dxa"/>
            </w:tcMar>
            <w:vAlign w:val="center"/>
          </w:tcPr>
          <w:p w14:paraId="70613080"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Notes</w:t>
            </w:r>
          </w:p>
        </w:tc>
      </w:tr>
      <w:tr w:rsidR="00A01BC5" w:rsidRPr="006A00BC" w14:paraId="66C1864F" w14:textId="77777777">
        <w:trPr>
          <w:cantSplit/>
          <w:trHeight w:val="475"/>
          <w:jc w:val="center"/>
        </w:trPr>
        <w:tc>
          <w:tcPr>
            <w:tcW w:w="2448" w:type="dxa"/>
            <w:tcMar>
              <w:top w:w="70" w:type="dxa"/>
              <w:left w:w="70" w:type="dxa"/>
              <w:bottom w:w="70" w:type="dxa"/>
              <w:right w:w="70" w:type="dxa"/>
            </w:tcMar>
            <w:vAlign w:val="center"/>
          </w:tcPr>
          <w:p w14:paraId="088AFB3B" w14:textId="77777777" w:rsidR="00A01BC5" w:rsidRPr="006A00BC" w:rsidRDefault="00000000" w:rsidP="006A00BC">
            <w:pPr>
              <w:spacing w:after="240"/>
              <w:rPr>
                <w:sz w:val="24"/>
                <w:szCs w:val="24"/>
              </w:rPr>
            </w:pPr>
            <w:r w:rsidRPr="006A00BC">
              <w:rPr>
                <w:rFonts w:eastAsia="Times New Roman" w:cs="Times New Roman"/>
                <w:color w:val="222222"/>
                <w:sz w:val="24"/>
                <w:szCs w:val="24"/>
              </w:rPr>
              <w:t>Executor</w:t>
            </w:r>
          </w:p>
        </w:tc>
        <w:tc>
          <w:tcPr>
            <w:tcW w:w="2592" w:type="dxa"/>
            <w:tcMar>
              <w:top w:w="70" w:type="dxa"/>
              <w:left w:w="70" w:type="dxa"/>
              <w:bottom w:w="70" w:type="dxa"/>
              <w:right w:w="70" w:type="dxa"/>
            </w:tcMar>
            <w:vAlign w:val="center"/>
          </w:tcPr>
          <w:p w14:paraId="56D4A89A" w14:textId="77777777" w:rsidR="00A01BC5" w:rsidRPr="006A00BC" w:rsidRDefault="00A01BC5" w:rsidP="006A00BC">
            <w:pPr>
              <w:spacing w:after="240"/>
              <w:rPr>
                <w:sz w:val="24"/>
                <w:szCs w:val="24"/>
              </w:rPr>
            </w:pPr>
          </w:p>
        </w:tc>
        <w:tc>
          <w:tcPr>
            <w:tcW w:w="2736" w:type="dxa"/>
            <w:tcMar>
              <w:top w:w="70" w:type="dxa"/>
              <w:left w:w="70" w:type="dxa"/>
              <w:bottom w:w="70" w:type="dxa"/>
              <w:right w:w="70" w:type="dxa"/>
            </w:tcMar>
            <w:vAlign w:val="center"/>
          </w:tcPr>
          <w:p w14:paraId="3754EF31"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5068FD12" w14:textId="77777777" w:rsidR="00A01BC5" w:rsidRPr="006A00BC" w:rsidRDefault="00A01BC5" w:rsidP="006A00BC">
            <w:pPr>
              <w:spacing w:after="240"/>
              <w:rPr>
                <w:sz w:val="24"/>
                <w:szCs w:val="24"/>
              </w:rPr>
            </w:pPr>
          </w:p>
        </w:tc>
      </w:tr>
      <w:tr w:rsidR="00A01BC5" w:rsidRPr="006A00BC" w14:paraId="63DDECA9" w14:textId="77777777">
        <w:trPr>
          <w:cantSplit/>
          <w:trHeight w:val="475"/>
          <w:jc w:val="center"/>
        </w:trPr>
        <w:tc>
          <w:tcPr>
            <w:tcW w:w="2448" w:type="dxa"/>
            <w:tcMar>
              <w:top w:w="70" w:type="dxa"/>
              <w:left w:w="70" w:type="dxa"/>
              <w:bottom w:w="70" w:type="dxa"/>
              <w:right w:w="70" w:type="dxa"/>
            </w:tcMar>
            <w:vAlign w:val="center"/>
          </w:tcPr>
          <w:p w14:paraId="294A7EAF" w14:textId="77777777" w:rsidR="00A01BC5" w:rsidRPr="006A00BC" w:rsidRDefault="00000000" w:rsidP="006A00BC">
            <w:pPr>
              <w:spacing w:after="240"/>
              <w:rPr>
                <w:sz w:val="24"/>
                <w:szCs w:val="24"/>
              </w:rPr>
            </w:pPr>
            <w:r w:rsidRPr="006A00BC">
              <w:rPr>
                <w:rFonts w:eastAsia="Times New Roman" w:cs="Times New Roman"/>
                <w:color w:val="222222"/>
                <w:sz w:val="24"/>
                <w:szCs w:val="24"/>
              </w:rPr>
              <w:t>Alternate executor</w:t>
            </w:r>
          </w:p>
        </w:tc>
        <w:tc>
          <w:tcPr>
            <w:tcW w:w="2592" w:type="dxa"/>
            <w:tcMar>
              <w:top w:w="70" w:type="dxa"/>
              <w:left w:w="70" w:type="dxa"/>
              <w:bottom w:w="70" w:type="dxa"/>
              <w:right w:w="70" w:type="dxa"/>
            </w:tcMar>
            <w:vAlign w:val="center"/>
          </w:tcPr>
          <w:p w14:paraId="29EACE53" w14:textId="77777777" w:rsidR="00A01BC5" w:rsidRPr="006A00BC" w:rsidRDefault="00A01BC5" w:rsidP="006A00BC">
            <w:pPr>
              <w:spacing w:after="240"/>
              <w:rPr>
                <w:sz w:val="24"/>
                <w:szCs w:val="24"/>
              </w:rPr>
            </w:pPr>
          </w:p>
        </w:tc>
        <w:tc>
          <w:tcPr>
            <w:tcW w:w="2736" w:type="dxa"/>
            <w:tcMar>
              <w:top w:w="70" w:type="dxa"/>
              <w:left w:w="70" w:type="dxa"/>
              <w:bottom w:w="70" w:type="dxa"/>
              <w:right w:w="70" w:type="dxa"/>
            </w:tcMar>
            <w:vAlign w:val="center"/>
          </w:tcPr>
          <w:p w14:paraId="2FFA1C52"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291D4B49" w14:textId="77777777" w:rsidR="00A01BC5" w:rsidRPr="006A00BC" w:rsidRDefault="00A01BC5" w:rsidP="006A00BC">
            <w:pPr>
              <w:spacing w:after="240"/>
              <w:rPr>
                <w:sz w:val="24"/>
                <w:szCs w:val="24"/>
              </w:rPr>
            </w:pPr>
          </w:p>
        </w:tc>
      </w:tr>
      <w:tr w:rsidR="00A01BC5" w:rsidRPr="006A00BC" w14:paraId="4856F5E1" w14:textId="77777777">
        <w:trPr>
          <w:cantSplit/>
          <w:trHeight w:val="475"/>
          <w:jc w:val="center"/>
        </w:trPr>
        <w:tc>
          <w:tcPr>
            <w:tcW w:w="2448" w:type="dxa"/>
            <w:tcMar>
              <w:top w:w="70" w:type="dxa"/>
              <w:left w:w="70" w:type="dxa"/>
              <w:bottom w:w="70" w:type="dxa"/>
              <w:right w:w="70" w:type="dxa"/>
            </w:tcMar>
            <w:vAlign w:val="center"/>
          </w:tcPr>
          <w:p w14:paraId="53CCF1A0" w14:textId="77777777" w:rsidR="00A01BC5" w:rsidRPr="006A00BC" w:rsidRDefault="00000000" w:rsidP="006A00BC">
            <w:pPr>
              <w:spacing w:after="240"/>
              <w:rPr>
                <w:sz w:val="24"/>
                <w:szCs w:val="24"/>
              </w:rPr>
            </w:pPr>
            <w:r w:rsidRPr="006A00BC">
              <w:rPr>
                <w:rFonts w:eastAsia="Times New Roman" w:cs="Times New Roman"/>
                <w:color w:val="222222"/>
                <w:sz w:val="24"/>
                <w:szCs w:val="24"/>
              </w:rPr>
              <w:t>Successor trustee</w:t>
            </w:r>
          </w:p>
        </w:tc>
        <w:tc>
          <w:tcPr>
            <w:tcW w:w="2592" w:type="dxa"/>
            <w:tcMar>
              <w:top w:w="70" w:type="dxa"/>
              <w:left w:w="70" w:type="dxa"/>
              <w:bottom w:w="70" w:type="dxa"/>
              <w:right w:w="70" w:type="dxa"/>
            </w:tcMar>
            <w:vAlign w:val="center"/>
          </w:tcPr>
          <w:p w14:paraId="785E65FB" w14:textId="77777777" w:rsidR="00A01BC5" w:rsidRPr="006A00BC" w:rsidRDefault="00A01BC5" w:rsidP="006A00BC">
            <w:pPr>
              <w:spacing w:after="240"/>
              <w:rPr>
                <w:sz w:val="24"/>
                <w:szCs w:val="24"/>
              </w:rPr>
            </w:pPr>
          </w:p>
        </w:tc>
        <w:tc>
          <w:tcPr>
            <w:tcW w:w="2736" w:type="dxa"/>
            <w:tcMar>
              <w:top w:w="70" w:type="dxa"/>
              <w:left w:w="70" w:type="dxa"/>
              <w:bottom w:w="70" w:type="dxa"/>
              <w:right w:w="70" w:type="dxa"/>
            </w:tcMar>
            <w:vAlign w:val="center"/>
          </w:tcPr>
          <w:p w14:paraId="587B4CBC"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0D3BC08F" w14:textId="77777777" w:rsidR="00A01BC5" w:rsidRPr="006A00BC" w:rsidRDefault="00A01BC5" w:rsidP="006A00BC">
            <w:pPr>
              <w:spacing w:after="240"/>
              <w:rPr>
                <w:sz w:val="24"/>
                <w:szCs w:val="24"/>
              </w:rPr>
            </w:pPr>
          </w:p>
        </w:tc>
      </w:tr>
      <w:tr w:rsidR="00A01BC5" w:rsidRPr="006A00BC" w14:paraId="3D7A0C60" w14:textId="77777777">
        <w:trPr>
          <w:cantSplit/>
          <w:trHeight w:val="475"/>
          <w:jc w:val="center"/>
        </w:trPr>
        <w:tc>
          <w:tcPr>
            <w:tcW w:w="2448" w:type="dxa"/>
            <w:tcMar>
              <w:top w:w="70" w:type="dxa"/>
              <w:left w:w="70" w:type="dxa"/>
              <w:bottom w:w="70" w:type="dxa"/>
              <w:right w:w="70" w:type="dxa"/>
            </w:tcMar>
            <w:vAlign w:val="center"/>
          </w:tcPr>
          <w:p w14:paraId="4B23A0F7" w14:textId="77777777" w:rsidR="00A01BC5" w:rsidRPr="006A00BC" w:rsidRDefault="00000000" w:rsidP="006A00BC">
            <w:pPr>
              <w:spacing w:after="240"/>
              <w:rPr>
                <w:sz w:val="24"/>
                <w:szCs w:val="24"/>
              </w:rPr>
            </w:pPr>
            <w:r w:rsidRPr="006A00BC">
              <w:rPr>
                <w:rFonts w:eastAsia="Times New Roman" w:cs="Times New Roman"/>
                <w:color w:val="222222"/>
                <w:sz w:val="24"/>
                <w:szCs w:val="24"/>
              </w:rPr>
              <w:lastRenderedPageBreak/>
              <w:t>Agent under financial power of attorney</w:t>
            </w:r>
          </w:p>
        </w:tc>
        <w:tc>
          <w:tcPr>
            <w:tcW w:w="2592" w:type="dxa"/>
            <w:tcMar>
              <w:top w:w="70" w:type="dxa"/>
              <w:left w:w="70" w:type="dxa"/>
              <w:bottom w:w="70" w:type="dxa"/>
              <w:right w:w="70" w:type="dxa"/>
            </w:tcMar>
            <w:vAlign w:val="center"/>
          </w:tcPr>
          <w:p w14:paraId="30E2F09C" w14:textId="77777777" w:rsidR="00A01BC5" w:rsidRPr="006A00BC" w:rsidRDefault="00A01BC5" w:rsidP="006A00BC">
            <w:pPr>
              <w:spacing w:after="240"/>
              <w:rPr>
                <w:sz w:val="24"/>
                <w:szCs w:val="24"/>
              </w:rPr>
            </w:pPr>
          </w:p>
        </w:tc>
        <w:tc>
          <w:tcPr>
            <w:tcW w:w="2736" w:type="dxa"/>
            <w:tcMar>
              <w:top w:w="70" w:type="dxa"/>
              <w:left w:w="70" w:type="dxa"/>
              <w:bottom w:w="70" w:type="dxa"/>
              <w:right w:w="70" w:type="dxa"/>
            </w:tcMar>
            <w:vAlign w:val="center"/>
          </w:tcPr>
          <w:p w14:paraId="0D355216"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519ADF6C" w14:textId="77777777" w:rsidR="00A01BC5" w:rsidRPr="006A00BC" w:rsidRDefault="00A01BC5" w:rsidP="006A00BC">
            <w:pPr>
              <w:spacing w:after="240"/>
              <w:rPr>
                <w:sz w:val="24"/>
                <w:szCs w:val="24"/>
              </w:rPr>
            </w:pPr>
          </w:p>
        </w:tc>
      </w:tr>
      <w:tr w:rsidR="00A01BC5" w:rsidRPr="006A00BC" w14:paraId="11BA2239" w14:textId="77777777">
        <w:trPr>
          <w:cantSplit/>
          <w:trHeight w:val="475"/>
          <w:jc w:val="center"/>
        </w:trPr>
        <w:tc>
          <w:tcPr>
            <w:tcW w:w="2448" w:type="dxa"/>
            <w:tcMar>
              <w:top w:w="70" w:type="dxa"/>
              <w:left w:w="70" w:type="dxa"/>
              <w:bottom w:w="70" w:type="dxa"/>
              <w:right w:w="70" w:type="dxa"/>
            </w:tcMar>
            <w:vAlign w:val="center"/>
          </w:tcPr>
          <w:p w14:paraId="0E39860F" w14:textId="77777777" w:rsidR="00A01BC5" w:rsidRPr="006A00BC" w:rsidRDefault="00000000" w:rsidP="006A00BC">
            <w:pPr>
              <w:spacing w:after="240"/>
              <w:rPr>
                <w:sz w:val="24"/>
                <w:szCs w:val="24"/>
              </w:rPr>
            </w:pPr>
            <w:r w:rsidRPr="006A00BC">
              <w:rPr>
                <w:rFonts w:eastAsia="Times New Roman" w:cs="Times New Roman"/>
                <w:color w:val="222222"/>
                <w:sz w:val="24"/>
                <w:szCs w:val="24"/>
              </w:rPr>
              <w:t>Medical agent</w:t>
            </w:r>
          </w:p>
        </w:tc>
        <w:tc>
          <w:tcPr>
            <w:tcW w:w="2592" w:type="dxa"/>
            <w:tcMar>
              <w:top w:w="70" w:type="dxa"/>
              <w:left w:w="70" w:type="dxa"/>
              <w:bottom w:w="70" w:type="dxa"/>
              <w:right w:w="70" w:type="dxa"/>
            </w:tcMar>
            <w:vAlign w:val="center"/>
          </w:tcPr>
          <w:p w14:paraId="4FD8B65B" w14:textId="77777777" w:rsidR="00A01BC5" w:rsidRPr="006A00BC" w:rsidRDefault="00A01BC5" w:rsidP="006A00BC">
            <w:pPr>
              <w:spacing w:after="240"/>
              <w:rPr>
                <w:sz w:val="24"/>
                <w:szCs w:val="24"/>
              </w:rPr>
            </w:pPr>
          </w:p>
        </w:tc>
        <w:tc>
          <w:tcPr>
            <w:tcW w:w="2736" w:type="dxa"/>
            <w:tcMar>
              <w:top w:w="70" w:type="dxa"/>
              <w:left w:w="70" w:type="dxa"/>
              <w:bottom w:w="70" w:type="dxa"/>
              <w:right w:w="70" w:type="dxa"/>
            </w:tcMar>
            <w:vAlign w:val="center"/>
          </w:tcPr>
          <w:p w14:paraId="47D890C8"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5A372CAF" w14:textId="77777777" w:rsidR="00A01BC5" w:rsidRPr="006A00BC" w:rsidRDefault="00A01BC5" w:rsidP="006A00BC">
            <w:pPr>
              <w:spacing w:after="240"/>
              <w:rPr>
                <w:sz w:val="24"/>
                <w:szCs w:val="24"/>
              </w:rPr>
            </w:pPr>
          </w:p>
        </w:tc>
      </w:tr>
      <w:tr w:rsidR="00A01BC5" w:rsidRPr="006A00BC" w14:paraId="4A3DABCE" w14:textId="77777777">
        <w:trPr>
          <w:cantSplit/>
          <w:trHeight w:val="475"/>
          <w:jc w:val="center"/>
        </w:trPr>
        <w:tc>
          <w:tcPr>
            <w:tcW w:w="2448" w:type="dxa"/>
            <w:tcMar>
              <w:top w:w="70" w:type="dxa"/>
              <w:left w:w="70" w:type="dxa"/>
              <w:bottom w:w="70" w:type="dxa"/>
              <w:right w:w="70" w:type="dxa"/>
            </w:tcMar>
            <w:vAlign w:val="center"/>
          </w:tcPr>
          <w:p w14:paraId="2CBFA6B8" w14:textId="77777777" w:rsidR="00A01BC5" w:rsidRPr="006A00BC" w:rsidRDefault="00000000" w:rsidP="006A00BC">
            <w:pPr>
              <w:spacing w:after="240"/>
              <w:rPr>
                <w:sz w:val="24"/>
                <w:szCs w:val="24"/>
              </w:rPr>
            </w:pPr>
            <w:r w:rsidRPr="006A00BC">
              <w:rPr>
                <w:rFonts w:eastAsia="Times New Roman" w:cs="Times New Roman"/>
                <w:color w:val="222222"/>
                <w:sz w:val="24"/>
                <w:szCs w:val="24"/>
              </w:rPr>
              <w:t>Other trusted person / family contact</w:t>
            </w:r>
          </w:p>
        </w:tc>
        <w:tc>
          <w:tcPr>
            <w:tcW w:w="2592" w:type="dxa"/>
            <w:tcMar>
              <w:top w:w="70" w:type="dxa"/>
              <w:left w:w="70" w:type="dxa"/>
              <w:bottom w:w="70" w:type="dxa"/>
              <w:right w:w="70" w:type="dxa"/>
            </w:tcMar>
            <w:vAlign w:val="center"/>
          </w:tcPr>
          <w:p w14:paraId="4F6BBBA8" w14:textId="77777777" w:rsidR="00A01BC5" w:rsidRPr="006A00BC" w:rsidRDefault="00A01BC5" w:rsidP="006A00BC">
            <w:pPr>
              <w:spacing w:after="240"/>
              <w:rPr>
                <w:sz w:val="24"/>
                <w:szCs w:val="24"/>
              </w:rPr>
            </w:pPr>
          </w:p>
        </w:tc>
        <w:tc>
          <w:tcPr>
            <w:tcW w:w="2736" w:type="dxa"/>
            <w:tcMar>
              <w:top w:w="70" w:type="dxa"/>
              <w:left w:w="70" w:type="dxa"/>
              <w:bottom w:w="70" w:type="dxa"/>
              <w:right w:w="70" w:type="dxa"/>
            </w:tcMar>
            <w:vAlign w:val="center"/>
          </w:tcPr>
          <w:p w14:paraId="730AFB90"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0761B3DC" w14:textId="77777777" w:rsidR="00A01BC5" w:rsidRPr="006A00BC" w:rsidRDefault="00A01BC5" w:rsidP="006A00BC">
            <w:pPr>
              <w:spacing w:after="240"/>
              <w:rPr>
                <w:sz w:val="24"/>
                <w:szCs w:val="24"/>
              </w:rPr>
            </w:pPr>
          </w:p>
        </w:tc>
      </w:tr>
    </w:tbl>
    <w:p w14:paraId="3AF4D01C" w14:textId="77777777" w:rsidR="00A01BC5" w:rsidRPr="006A00BC" w:rsidRDefault="00A01BC5" w:rsidP="006A00BC">
      <w:pPr>
        <w:spacing w:after="240"/>
        <w:rPr>
          <w:sz w:val="24"/>
          <w:szCs w:val="24"/>
        </w:rPr>
      </w:pPr>
    </w:p>
    <w:p w14:paraId="5CE08694" w14:textId="77777777" w:rsidR="00A01BC5" w:rsidRPr="006A00BC" w:rsidRDefault="00000000" w:rsidP="006A00BC">
      <w:pPr>
        <w:spacing w:after="240" w:line="252" w:lineRule="auto"/>
        <w:rPr>
          <w:sz w:val="24"/>
          <w:szCs w:val="24"/>
        </w:rPr>
      </w:pPr>
      <w:r w:rsidRPr="006A00BC">
        <w:rPr>
          <w:rFonts w:eastAsia="Times New Roman" w:cs="Times New Roman"/>
          <w:i/>
          <w:color w:val="555555"/>
          <w:sz w:val="24"/>
          <w:szCs w:val="24"/>
        </w:rPr>
        <w:t>Tip: The person serving in one of these roles should at least know that the estate plan exists and where the original documents and this organizer can be found.</w:t>
      </w:r>
    </w:p>
    <w:p w14:paraId="2C97D5C0" w14:textId="77777777" w:rsidR="00A01BC5" w:rsidRPr="006A00BC" w:rsidRDefault="00000000" w:rsidP="006A00BC">
      <w:pPr>
        <w:spacing w:after="240"/>
        <w:rPr>
          <w:sz w:val="24"/>
          <w:szCs w:val="24"/>
        </w:rPr>
      </w:pPr>
      <w:r w:rsidRPr="006A00BC">
        <w:rPr>
          <w:sz w:val="24"/>
          <w:szCs w:val="24"/>
        </w:rPr>
        <w:br w:type="page"/>
      </w:r>
    </w:p>
    <w:p w14:paraId="57EFF580"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2. Real Estate, Mineral Interests, and Property Records</w:t>
      </w:r>
    </w:p>
    <w:p w14:paraId="2BAA05AB" w14:textId="77777777" w:rsidR="00A01BC5" w:rsidRPr="006A00BC" w:rsidRDefault="00000000" w:rsidP="006A00BC">
      <w:pPr>
        <w:spacing w:after="240" w:line="252" w:lineRule="auto"/>
        <w:rPr>
          <w:sz w:val="24"/>
          <w:szCs w:val="24"/>
        </w:rPr>
      </w:pPr>
      <w:r w:rsidRPr="006A00BC">
        <w:rPr>
          <w:rFonts w:eastAsia="Times New Roman" w:cs="Times New Roman"/>
          <w:color w:val="222222"/>
          <w:sz w:val="24"/>
          <w:szCs w:val="24"/>
        </w:rPr>
        <w:t>List homes, rental property, land, timeshares, and real estate located in another state or country. Use the notes column for inherited/separate property, co-owners, property managers, or unusual ownership arrangements.</w:t>
      </w:r>
    </w:p>
    <w:tbl>
      <w:tblPr>
        <w:tblStyle w:val="TableGrid"/>
        <w:tblW w:w="0" w:type="auto"/>
        <w:jc w:val="center"/>
        <w:tblLayout w:type="fixed"/>
        <w:tblLook w:val="04A0" w:firstRow="1" w:lastRow="0" w:firstColumn="1" w:lastColumn="0" w:noHBand="0" w:noVBand="1"/>
      </w:tblPr>
      <w:tblGrid>
        <w:gridCol w:w="2448"/>
        <w:gridCol w:w="1944"/>
        <w:gridCol w:w="1800"/>
        <w:gridCol w:w="1440"/>
        <w:gridCol w:w="2015"/>
      </w:tblGrid>
      <w:tr w:rsidR="00A01BC5" w:rsidRPr="006A00BC" w14:paraId="363EDA2D" w14:textId="77777777">
        <w:trPr>
          <w:tblHeader/>
          <w:jc w:val="center"/>
        </w:trPr>
        <w:tc>
          <w:tcPr>
            <w:tcW w:w="2448" w:type="dxa"/>
            <w:shd w:val="clear" w:color="auto" w:fill="E7E6E6"/>
            <w:tcMar>
              <w:top w:w="70" w:type="dxa"/>
              <w:left w:w="70" w:type="dxa"/>
              <w:bottom w:w="70" w:type="dxa"/>
              <w:right w:w="70" w:type="dxa"/>
            </w:tcMar>
            <w:vAlign w:val="center"/>
          </w:tcPr>
          <w:p w14:paraId="34A8469E"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Property / Address</w:t>
            </w:r>
          </w:p>
        </w:tc>
        <w:tc>
          <w:tcPr>
            <w:tcW w:w="1944" w:type="dxa"/>
            <w:shd w:val="clear" w:color="auto" w:fill="E7E6E6"/>
            <w:tcMar>
              <w:top w:w="70" w:type="dxa"/>
              <w:left w:w="70" w:type="dxa"/>
              <w:bottom w:w="70" w:type="dxa"/>
              <w:right w:w="70" w:type="dxa"/>
            </w:tcMar>
            <w:vAlign w:val="center"/>
          </w:tcPr>
          <w:p w14:paraId="36A9D88A"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Owner / How Titled</w:t>
            </w:r>
          </w:p>
        </w:tc>
        <w:tc>
          <w:tcPr>
            <w:tcW w:w="1800" w:type="dxa"/>
            <w:shd w:val="clear" w:color="auto" w:fill="E7E6E6"/>
            <w:tcMar>
              <w:top w:w="70" w:type="dxa"/>
              <w:left w:w="70" w:type="dxa"/>
              <w:bottom w:w="70" w:type="dxa"/>
              <w:right w:w="70" w:type="dxa"/>
            </w:tcMar>
            <w:vAlign w:val="center"/>
          </w:tcPr>
          <w:p w14:paraId="2CE5085E"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Mortgage / Lender</w:t>
            </w:r>
          </w:p>
        </w:tc>
        <w:tc>
          <w:tcPr>
            <w:tcW w:w="1440" w:type="dxa"/>
            <w:shd w:val="clear" w:color="auto" w:fill="E7E6E6"/>
            <w:tcMar>
              <w:top w:w="70" w:type="dxa"/>
              <w:left w:w="70" w:type="dxa"/>
              <w:bottom w:w="70" w:type="dxa"/>
              <w:right w:w="70" w:type="dxa"/>
            </w:tcMar>
            <w:vAlign w:val="center"/>
          </w:tcPr>
          <w:p w14:paraId="697EB6A4"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Approx. Value (optional)</w:t>
            </w:r>
          </w:p>
        </w:tc>
        <w:tc>
          <w:tcPr>
            <w:tcW w:w="2015" w:type="dxa"/>
            <w:shd w:val="clear" w:color="auto" w:fill="E7E6E6"/>
            <w:tcMar>
              <w:top w:w="70" w:type="dxa"/>
              <w:left w:w="70" w:type="dxa"/>
              <w:bottom w:w="70" w:type="dxa"/>
              <w:right w:w="70" w:type="dxa"/>
            </w:tcMar>
            <w:vAlign w:val="center"/>
          </w:tcPr>
          <w:p w14:paraId="3D31B022"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Deed, Tax &amp; Insurance Records / Notes</w:t>
            </w:r>
          </w:p>
        </w:tc>
      </w:tr>
      <w:tr w:rsidR="00A01BC5" w:rsidRPr="006A00BC" w14:paraId="1BCE0866" w14:textId="77777777">
        <w:trPr>
          <w:cantSplit/>
          <w:trHeight w:val="605"/>
          <w:jc w:val="center"/>
        </w:trPr>
        <w:tc>
          <w:tcPr>
            <w:tcW w:w="2448" w:type="dxa"/>
            <w:tcMar>
              <w:top w:w="70" w:type="dxa"/>
              <w:left w:w="70" w:type="dxa"/>
              <w:bottom w:w="70" w:type="dxa"/>
              <w:right w:w="70" w:type="dxa"/>
            </w:tcMar>
            <w:vAlign w:val="center"/>
          </w:tcPr>
          <w:p w14:paraId="2444B150"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7A53100B"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F9B68DC"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812AB4B"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2F424140" w14:textId="77777777" w:rsidR="00A01BC5" w:rsidRPr="006A00BC" w:rsidRDefault="00A01BC5" w:rsidP="006A00BC">
            <w:pPr>
              <w:spacing w:after="240"/>
              <w:rPr>
                <w:sz w:val="24"/>
                <w:szCs w:val="24"/>
              </w:rPr>
            </w:pPr>
          </w:p>
        </w:tc>
      </w:tr>
      <w:tr w:rsidR="00A01BC5" w:rsidRPr="006A00BC" w14:paraId="6A2F0CC0" w14:textId="77777777">
        <w:trPr>
          <w:cantSplit/>
          <w:trHeight w:val="605"/>
          <w:jc w:val="center"/>
        </w:trPr>
        <w:tc>
          <w:tcPr>
            <w:tcW w:w="2448" w:type="dxa"/>
            <w:tcMar>
              <w:top w:w="70" w:type="dxa"/>
              <w:left w:w="70" w:type="dxa"/>
              <w:bottom w:w="70" w:type="dxa"/>
              <w:right w:w="70" w:type="dxa"/>
            </w:tcMar>
            <w:vAlign w:val="center"/>
          </w:tcPr>
          <w:p w14:paraId="4A24E3DB"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0446283F"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1282AAA4"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39D9206F"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59BE0768" w14:textId="77777777" w:rsidR="00A01BC5" w:rsidRPr="006A00BC" w:rsidRDefault="00A01BC5" w:rsidP="006A00BC">
            <w:pPr>
              <w:spacing w:after="240"/>
              <w:rPr>
                <w:sz w:val="24"/>
                <w:szCs w:val="24"/>
              </w:rPr>
            </w:pPr>
          </w:p>
        </w:tc>
      </w:tr>
      <w:tr w:rsidR="00A01BC5" w:rsidRPr="006A00BC" w14:paraId="78435726" w14:textId="77777777">
        <w:trPr>
          <w:cantSplit/>
          <w:trHeight w:val="605"/>
          <w:jc w:val="center"/>
        </w:trPr>
        <w:tc>
          <w:tcPr>
            <w:tcW w:w="2448" w:type="dxa"/>
            <w:tcMar>
              <w:top w:w="70" w:type="dxa"/>
              <w:left w:w="70" w:type="dxa"/>
              <w:bottom w:w="70" w:type="dxa"/>
              <w:right w:w="70" w:type="dxa"/>
            </w:tcMar>
            <w:vAlign w:val="center"/>
          </w:tcPr>
          <w:p w14:paraId="2A091823"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39EFD041"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401529C7"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06F07ACF"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52A3FD90" w14:textId="77777777" w:rsidR="00A01BC5" w:rsidRPr="006A00BC" w:rsidRDefault="00A01BC5" w:rsidP="006A00BC">
            <w:pPr>
              <w:spacing w:after="240"/>
              <w:rPr>
                <w:sz w:val="24"/>
                <w:szCs w:val="24"/>
              </w:rPr>
            </w:pPr>
          </w:p>
        </w:tc>
      </w:tr>
      <w:tr w:rsidR="00A01BC5" w:rsidRPr="006A00BC" w14:paraId="09BDC9AB" w14:textId="77777777">
        <w:trPr>
          <w:cantSplit/>
          <w:trHeight w:val="605"/>
          <w:jc w:val="center"/>
        </w:trPr>
        <w:tc>
          <w:tcPr>
            <w:tcW w:w="2448" w:type="dxa"/>
            <w:tcMar>
              <w:top w:w="70" w:type="dxa"/>
              <w:left w:w="70" w:type="dxa"/>
              <w:bottom w:w="70" w:type="dxa"/>
              <w:right w:w="70" w:type="dxa"/>
            </w:tcMar>
            <w:vAlign w:val="center"/>
          </w:tcPr>
          <w:p w14:paraId="4A7344D7"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4324C5A5"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74BF271A"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44BFA51"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51CEE897" w14:textId="77777777" w:rsidR="00A01BC5" w:rsidRPr="006A00BC" w:rsidRDefault="00A01BC5" w:rsidP="006A00BC">
            <w:pPr>
              <w:spacing w:after="240"/>
              <w:rPr>
                <w:sz w:val="24"/>
                <w:szCs w:val="24"/>
              </w:rPr>
            </w:pPr>
          </w:p>
        </w:tc>
      </w:tr>
      <w:tr w:rsidR="00A01BC5" w:rsidRPr="006A00BC" w14:paraId="028F79FF" w14:textId="77777777">
        <w:trPr>
          <w:cantSplit/>
          <w:trHeight w:val="605"/>
          <w:jc w:val="center"/>
        </w:trPr>
        <w:tc>
          <w:tcPr>
            <w:tcW w:w="2448" w:type="dxa"/>
            <w:tcMar>
              <w:top w:w="70" w:type="dxa"/>
              <w:left w:w="70" w:type="dxa"/>
              <w:bottom w:w="70" w:type="dxa"/>
              <w:right w:w="70" w:type="dxa"/>
            </w:tcMar>
            <w:vAlign w:val="center"/>
          </w:tcPr>
          <w:p w14:paraId="50EE4C4F"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60F24C76"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4A6C3BEF"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35441D56"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11263A19" w14:textId="77777777" w:rsidR="00A01BC5" w:rsidRPr="006A00BC" w:rsidRDefault="00A01BC5" w:rsidP="006A00BC">
            <w:pPr>
              <w:spacing w:after="240"/>
              <w:rPr>
                <w:sz w:val="24"/>
                <w:szCs w:val="24"/>
              </w:rPr>
            </w:pPr>
          </w:p>
        </w:tc>
      </w:tr>
    </w:tbl>
    <w:p w14:paraId="5547E5DB" w14:textId="77777777" w:rsidR="00A01BC5" w:rsidRPr="006A00BC" w:rsidRDefault="00A01BC5" w:rsidP="006A00BC">
      <w:pPr>
        <w:spacing w:after="240"/>
        <w:rPr>
          <w:sz w:val="24"/>
          <w:szCs w:val="24"/>
        </w:rPr>
      </w:pPr>
    </w:p>
    <w:p w14:paraId="4249E192"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 xml:space="preserve">Oil, gas, mineral, royalty, </w:t>
      </w:r>
      <w:proofErr w:type="gramStart"/>
      <w:r w:rsidRPr="006A00BC">
        <w:rPr>
          <w:rFonts w:eastAsia="Times New Roman" w:cs="Times New Roman"/>
          <w:b/>
          <w:color w:val="20364A"/>
          <w:sz w:val="24"/>
          <w:szCs w:val="24"/>
        </w:rPr>
        <w:t>timeshare</w:t>
      </w:r>
      <w:proofErr w:type="gramEnd"/>
      <w:r w:rsidRPr="006A00BC">
        <w:rPr>
          <w:rFonts w:eastAsia="Times New Roman" w:cs="Times New Roman"/>
          <w:b/>
          <w:color w:val="20364A"/>
          <w:sz w:val="24"/>
          <w:szCs w:val="24"/>
        </w:rPr>
        <w:t>, or other real-property interests</w:t>
      </w:r>
    </w:p>
    <w:tbl>
      <w:tblPr>
        <w:tblStyle w:val="TableGrid"/>
        <w:tblW w:w="0" w:type="auto"/>
        <w:jc w:val="center"/>
        <w:tblLayout w:type="fixed"/>
        <w:tblLook w:val="04A0" w:firstRow="1" w:lastRow="0" w:firstColumn="1" w:lastColumn="0" w:noHBand="0" w:noVBand="1"/>
      </w:tblPr>
      <w:tblGrid>
        <w:gridCol w:w="2304"/>
        <w:gridCol w:w="1584"/>
        <w:gridCol w:w="2304"/>
        <w:gridCol w:w="1584"/>
        <w:gridCol w:w="1872"/>
      </w:tblGrid>
      <w:tr w:rsidR="00A01BC5" w:rsidRPr="006A00BC" w14:paraId="70547524" w14:textId="77777777">
        <w:trPr>
          <w:tblHeader/>
          <w:jc w:val="center"/>
        </w:trPr>
        <w:tc>
          <w:tcPr>
            <w:tcW w:w="2304" w:type="dxa"/>
            <w:shd w:val="clear" w:color="auto" w:fill="E7E6E6"/>
            <w:tcMar>
              <w:top w:w="70" w:type="dxa"/>
              <w:left w:w="70" w:type="dxa"/>
              <w:bottom w:w="70" w:type="dxa"/>
              <w:right w:w="70" w:type="dxa"/>
            </w:tcMar>
            <w:vAlign w:val="center"/>
          </w:tcPr>
          <w:p w14:paraId="275F74CF"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Interest / Location</w:t>
            </w:r>
          </w:p>
        </w:tc>
        <w:tc>
          <w:tcPr>
            <w:tcW w:w="1584" w:type="dxa"/>
            <w:shd w:val="clear" w:color="auto" w:fill="E7E6E6"/>
            <w:tcMar>
              <w:top w:w="70" w:type="dxa"/>
              <w:left w:w="70" w:type="dxa"/>
              <w:bottom w:w="70" w:type="dxa"/>
              <w:right w:w="70" w:type="dxa"/>
            </w:tcMar>
            <w:vAlign w:val="center"/>
          </w:tcPr>
          <w:p w14:paraId="1410E9B7"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Owner</w:t>
            </w:r>
          </w:p>
        </w:tc>
        <w:tc>
          <w:tcPr>
            <w:tcW w:w="2304" w:type="dxa"/>
            <w:shd w:val="clear" w:color="auto" w:fill="E7E6E6"/>
            <w:tcMar>
              <w:top w:w="70" w:type="dxa"/>
              <w:left w:w="70" w:type="dxa"/>
              <w:bottom w:w="70" w:type="dxa"/>
              <w:right w:w="70" w:type="dxa"/>
            </w:tcMar>
            <w:vAlign w:val="center"/>
          </w:tcPr>
          <w:p w14:paraId="67E2D404"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Operator / Payor / Account</w:t>
            </w:r>
          </w:p>
        </w:tc>
        <w:tc>
          <w:tcPr>
            <w:tcW w:w="1584" w:type="dxa"/>
            <w:shd w:val="clear" w:color="auto" w:fill="E7E6E6"/>
            <w:tcMar>
              <w:top w:w="70" w:type="dxa"/>
              <w:left w:w="70" w:type="dxa"/>
              <w:bottom w:w="70" w:type="dxa"/>
              <w:right w:w="70" w:type="dxa"/>
            </w:tcMar>
            <w:vAlign w:val="center"/>
          </w:tcPr>
          <w:p w14:paraId="03EC82AF"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Approx. Value or Income</w:t>
            </w:r>
          </w:p>
        </w:tc>
        <w:tc>
          <w:tcPr>
            <w:tcW w:w="1872" w:type="dxa"/>
            <w:shd w:val="clear" w:color="auto" w:fill="E7E6E6"/>
            <w:tcMar>
              <w:top w:w="70" w:type="dxa"/>
              <w:left w:w="70" w:type="dxa"/>
              <w:bottom w:w="70" w:type="dxa"/>
              <w:right w:w="70" w:type="dxa"/>
            </w:tcMar>
            <w:vAlign w:val="center"/>
          </w:tcPr>
          <w:p w14:paraId="235E364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Records / Notes</w:t>
            </w:r>
          </w:p>
        </w:tc>
      </w:tr>
      <w:tr w:rsidR="00A01BC5" w:rsidRPr="006A00BC" w14:paraId="61373DF5" w14:textId="77777777">
        <w:trPr>
          <w:cantSplit/>
          <w:trHeight w:val="518"/>
          <w:jc w:val="center"/>
        </w:trPr>
        <w:tc>
          <w:tcPr>
            <w:tcW w:w="2304" w:type="dxa"/>
            <w:tcMar>
              <w:top w:w="70" w:type="dxa"/>
              <w:left w:w="70" w:type="dxa"/>
              <w:bottom w:w="70" w:type="dxa"/>
              <w:right w:w="70" w:type="dxa"/>
            </w:tcMar>
            <w:vAlign w:val="center"/>
          </w:tcPr>
          <w:p w14:paraId="731EC6E2"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7EC0C003"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4393334B"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12395FF"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4D3E11A1" w14:textId="77777777" w:rsidR="00A01BC5" w:rsidRPr="006A00BC" w:rsidRDefault="00A01BC5" w:rsidP="006A00BC">
            <w:pPr>
              <w:spacing w:after="240"/>
              <w:rPr>
                <w:sz w:val="24"/>
                <w:szCs w:val="24"/>
              </w:rPr>
            </w:pPr>
          </w:p>
        </w:tc>
      </w:tr>
      <w:tr w:rsidR="00A01BC5" w:rsidRPr="006A00BC" w14:paraId="3EB0149E" w14:textId="77777777">
        <w:trPr>
          <w:cantSplit/>
          <w:trHeight w:val="518"/>
          <w:jc w:val="center"/>
        </w:trPr>
        <w:tc>
          <w:tcPr>
            <w:tcW w:w="2304" w:type="dxa"/>
            <w:tcMar>
              <w:top w:w="70" w:type="dxa"/>
              <w:left w:w="70" w:type="dxa"/>
              <w:bottom w:w="70" w:type="dxa"/>
              <w:right w:w="70" w:type="dxa"/>
            </w:tcMar>
            <w:vAlign w:val="center"/>
          </w:tcPr>
          <w:p w14:paraId="1F50B799"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76A02904"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795286BF"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6E0836CF"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4C2B92EB" w14:textId="77777777" w:rsidR="00A01BC5" w:rsidRPr="006A00BC" w:rsidRDefault="00A01BC5" w:rsidP="006A00BC">
            <w:pPr>
              <w:spacing w:after="240"/>
              <w:rPr>
                <w:sz w:val="24"/>
                <w:szCs w:val="24"/>
              </w:rPr>
            </w:pPr>
          </w:p>
        </w:tc>
      </w:tr>
      <w:tr w:rsidR="00A01BC5" w:rsidRPr="006A00BC" w14:paraId="3D1062DF" w14:textId="77777777">
        <w:trPr>
          <w:cantSplit/>
          <w:trHeight w:val="518"/>
          <w:jc w:val="center"/>
        </w:trPr>
        <w:tc>
          <w:tcPr>
            <w:tcW w:w="2304" w:type="dxa"/>
            <w:tcMar>
              <w:top w:w="70" w:type="dxa"/>
              <w:left w:w="70" w:type="dxa"/>
              <w:bottom w:w="70" w:type="dxa"/>
              <w:right w:w="70" w:type="dxa"/>
            </w:tcMar>
            <w:vAlign w:val="center"/>
          </w:tcPr>
          <w:p w14:paraId="0413C3AC"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54661E6"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782661CF"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7383374F"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0BEDCE4F" w14:textId="77777777" w:rsidR="00A01BC5" w:rsidRPr="006A00BC" w:rsidRDefault="00A01BC5" w:rsidP="006A00BC">
            <w:pPr>
              <w:spacing w:after="240"/>
              <w:rPr>
                <w:sz w:val="24"/>
                <w:szCs w:val="24"/>
              </w:rPr>
            </w:pPr>
          </w:p>
        </w:tc>
      </w:tr>
      <w:tr w:rsidR="00A01BC5" w:rsidRPr="006A00BC" w14:paraId="164F7A80" w14:textId="77777777">
        <w:trPr>
          <w:cantSplit/>
          <w:trHeight w:val="518"/>
          <w:jc w:val="center"/>
        </w:trPr>
        <w:tc>
          <w:tcPr>
            <w:tcW w:w="2304" w:type="dxa"/>
            <w:tcMar>
              <w:top w:w="70" w:type="dxa"/>
              <w:left w:w="70" w:type="dxa"/>
              <w:bottom w:w="70" w:type="dxa"/>
              <w:right w:w="70" w:type="dxa"/>
            </w:tcMar>
            <w:vAlign w:val="center"/>
          </w:tcPr>
          <w:p w14:paraId="38ADEB5D"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32B2D46"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2A748BC8"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542337B9"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661D8A4C" w14:textId="77777777" w:rsidR="00A01BC5" w:rsidRPr="006A00BC" w:rsidRDefault="00A01BC5" w:rsidP="006A00BC">
            <w:pPr>
              <w:spacing w:after="240"/>
              <w:rPr>
                <w:sz w:val="24"/>
                <w:szCs w:val="24"/>
              </w:rPr>
            </w:pPr>
          </w:p>
        </w:tc>
      </w:tr>
    </w:tbl>
    <w:p w14:paraId="021B41C4" w14:textId="77777777" w:rsidR="00A01BC5" w:rsidRPr="006A00BC" w:rsidRDefault="00A01BC5" w:rsidP="006A00BC">
      <w:pPr>
        <w:spacing w:after="240"/>
        <w:rPr>
          <w:sz w:val="24"/>
          <w:szCs w:val="24"/>
        </w:rPr>
      </w:pPr>
    </w:p>
    <w:p w14:paraId="6AB6B7B2"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lastRenderedPageBreak/>
        <w:t>Property-related contacts</w:t>
      </w:r>
    </w:p>
    <w:tbl>
      <w:tblPr>
        <w:tblStyle w:val="TableGrid"/>
        <w:tblW w:w="0" w:type="auto"/>
        <w:jc w:val="center"/>
        <w:tblLayout w:type="fixed"/>
        <w:tblLook w:val="04A0" w:firstRow="1" w:lastRow="0" w:firstColumn="1" w:lastColumn="0" w:noHBand="0" w:noVBand="1"/>
      </w:tblPr>
      <w:tblGrid>
        <w:gridCol w:w="1944"/>
        <w:gridCol w:w="2376"/>
        <w:gridCol w:w="1944"/>
        <w:gridCol w:w="2088"/>
        <w:gridCol w:w="1296"/>
      </w:tblGrid>
      <w:tr w:rsidR="00A01BC5" w:rsidRPr="006A00BC" w14:paraId="5BAE36FD" w14:textId="77777777">
        <w:trPr>
          <w:tblHeader/>
          <w:jc w:val="center"/>
        </w:trPr>
        <w:tc>
          <w:tcPr>
            <w:tcW w:w="1944" w:type="dxa"/>
            <w:shd w:val="clear" w:color="auto" w:fill="E7E6E6"/>
            <w:tcMar>
              <w:top w:w="70" w:type="dxa"/>
              <w:left w:w="70" w:type="dxa"/>
              <w:bottom w:w="70" w:type="dxa"/>
              <w:right w:w="70" w:type="dxa"/>
            </w:tcMar>
            <w:vAlign w:val="center"/>
          </w:tcPr>
          <w:p w14:paraId="7EB20A0B"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Property</w:t>
            </w:r>
          </w:p>
        </w:tc>
        <w:tc>
          <w:tcPr>
            <w:tcW w:w="2376" w:type="dxa"/>
            <w:shd w:val="clear" w:color="auto" w:fill="E7E6E6"/>
            <w:tcMar>
              <w:top w:w="70" w:type="dxa"/>
              <w:left w:w="70" w:type="dxa"/>
              <w:bottom w:w="70" w:type="dxa"/>
              <w:right w:w="70" w:type="dxa"/>
            </w:tcMar>
            <w:vAlign w:val="center"/>
          </w:tcPr>
          <w:p w14:paraId="0F384BCC"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Property manager / HOA / Agent</w:t>
            </w:r>
          </w:p>
        </w:tc>
        <w:tc>
          <w:tcPr>
            <w:tcW w:w="1944" w:type="dxa"/>
            <w:shd w:val="clear" w:color="auto" w:fill="E7E6E6"/>
            <w:tcMar>
              <w:top w:w="70" w:type="dxa"/>
              <w:left w:w="70" w:type="dxa"/>
              <w:bottom w:w="70" w:type="dxa"/>
              <w:right w:w="70" w:type="dxa"/>
            </w:tcMar>
            <w:vAlign w:val="center"/>
          </w:tcPr>
          <w:p w14:paraId="7DC09810"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Phone / Email</w:t>
            </w:r>
          </w:p>
        </w:tc>
        <w:tc>
          <w:tcPr>
            <w:tcW w:w="2088" w:type="dxa"/>
            <w:shd w:val="clear" w:color="auto" w:fill="E7E6E6"/>
            <w:tcMar>
              <w:top w:w="70" w:type="dxa"/>
              <w:left w:w="70" w:type="dxa"/>
              <w:bottom w:w="70" w:type="dxa"/>
              <w:right w:w="70" w:type="dxa"/>
            </w:tcMar>
            <w:vAlign w:val="center"/>
          </w:tcPr>
          <w:p w14:paraId="60969E8A"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Insurance carrier / policy</w:t>
            </w:r>
          </w:p>
        </w:tc>
        <w:tc>
          <w:tcPr>
            <w:tcW w:w="1296" w:type="dxa"/>
            <w:shd w:val="clear" w:color="auto" w:fill="E7E6E6"/>
            <w:tcMar>
              <w:top w:w="70" w:type="dxa"/>
              <w:left w:w="70" w:type="dxa"/>
              <w:bottom w:w="70" w:type="dxa"/>
              <w:right w:w="70" w:type="dxa"/>
            </w:tcMar>
            <w:vAlign w:val="center"/>
          </w:tcPr>
          <w:p w14:paraId="0D4CF05F"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Notes</w:t>
            </w:r>
          </w:p>
        </w:tc>
      </w:tr>
      <w:tr w:rsidR="00A01BC5" w:rsidRPr="006A00BC" w14:paraId="5C6B9143" w14:textId="77777777">
        <w:trPr>
          <w:cantSplit/>
          <w:trHeight w:val="490"/>
          <w:jc w:val="center"/>
        </w:trPr>
        <w:tc>
          <w:tcPr>
            <w:tcW w:w="1944" w:type="dxa"/>
            <w:tcMar>
              <w:top w:w="70" w:type="dxa"/>
              <w:left w:w="70" w:type="dxa"/>
              <w:bottom w:w="70" w:type="dxa"/>
              <w:right w:w="70" w:type="dxa"/>
            </w:tcMar>
            <w:vAlign w:val="center"/>
          </w:tcPr>
          <w:p w14:paraId="458076E1"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6C5D6FF3"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579CB1CA"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315D7D9B"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6AA87A5F" w14:textId="77777777" w:rsidR="00A01BC5" w:rsidRPr="006A00BC" w:rsidRDefault="00A01BC5" w:rsidP="006A00BC">
            <w:pPr>
              <w:spacing w:after="240"/>
              <w:rPr>
                <w:sz w:val="24"/>
                <w:szCs w:val="24"/>
              </w:rPr>
            </w:pPr>
          </w:p>
        </w:tc>
      </w:tr>
      <w:tr w:rsidR="00A01BC5" w:rsidRPr="006A00BC" w14:paraId="69D4F994" w14:textId="77777777">
        <w:trPr>
          <w:cantSplit/>
          <w:trHeight w:val="490"/>
          <w:jc w:val="center"/>
        </w:trPr>
        <w:tc>
          <w:tcPr>
            <w:tcW w:w="1944" w:type="dxa"/>
            <w:tcMar>
              <w:top w:w="70" w:type="dxa"/>
              <w:left w:w="70" w:type="dxa"/>
              <w:bottom w:w="70" w:type="dxa"/>
              <w:right w:w="70" w:type="dxa"/>
            </w:tcMar>
            <w:vAlign w:val="center"/>
          </w:tcPr>
          <w:p w14:paraId="25B08FC2"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0187C5D8"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50BDA411"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164C0DA6"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7EB466B4" w14:textId="77777777" w:rsidR="00A01BC5" w:rsidRPr="006A00BC" w:rsidRDefault="00A01BC5" w:rsidP="006A00BC">
            <w:pPr>
              <w:spacing w:after="240"/>
              <w:rPr>
                <w:sz w:val="24"/>
                <w:szCs w:val="24"/>
              </w:rPr>
            </w:pPr>
          </w:p>
        </w:tc>
      </w:tr>
      <w:tr w:rsidR="00A01BC5" w:rsidRPr="006A00BC" w14:paraId="419BE935" w14:textId="77777777">
        <w:trPr>
          <w:cantSplit/>
          <w:trHeight w:val="490"/>
          <w:jc w:val="center"/>
        </w:trPr>
        <w:tc>
          <w:tcPr>
            <w:tcW w:w="1944" w:type="dxa"/>
            <w:tcMar>
              <w:top w:w="70" w:type="dxa"/>
              <w:left w:w="70" w:type="dxa"/>
              <w:bottom w:w="70" w:type="dxa"/>
              <w:right w:w="70" w:type="dxa"/>
            </w:tcMar>
            <w:vAlign w:val="center"/>
          </w:tcPr>
          <w:p w14:paraId="2A779C13"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49AB61AA"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4ECE8BA7"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64D057CA"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27C4BD39" w14:textId="77777777" w:rsidR="00A01BC5" w:rsidRPr="006A00BC" w:rsidRDefault="00A01BC5" w:rsidP="006A00BC">
            <w:pPr>
              <w:spacing w:after="240"/>
              <w:rPr>
                <w:sz w:val="24"/>
                <w:szCs w:val="24"/>
              </w:rPr>
            </w:pPr>
          </w:p>
        </w:tc>
      </w:tr>
    </w:tbl>
    <w:p w14:paraId="154E6442" w14:textId="77777777" w:rsidR="00A01BC5" w:rsidRPr="006A00BC" w:rsidRDefault="00A01BC5" w:rsidP="006A00BC">
      <w:pPr>
        <w:spacing w:after="240"/>
        <w:rPr>
          <w:sz w:val="24"/>
          <w:szCs w:val="24"/>
        </w:rPr>
      </w:pPr>
    </w:p>
    <w:p w14:paraId="7B68EED2" w14:textId="77777777" w:rsidR="00A01BC5" w:rsidRPr="006A00BC" w:rsidRDefault="00000000" w:rsidP="006A00BC">
      <w:pPr>
        <w:spacing w:after="240"/>
        <w:rPr>
          <w:sz w:val="24"/>
          <w:szCs w:val="24"/>
        </w:rPr>
      </w:pPr>
      <w:r w:rsidRPr="006A00BC">
        <w:rPr>
          <w:sz w:val="24"/>
          <w:szCs w:val="24"/>
        </w:rPr>
        <w:br w:type="page"/>
      </w:r>
    </w:p>
    <w:p w14:paraId="039EECFF"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3. Banking, Cash, and Payment Accounts</w:t>
      </w:r>
    </w:p>
    <w:p w14:paraId="02F6AC1C" w14:textId="77777777" w:rsidR="00A01BC5" w:rsidRPr="006A00BC" w:rsidRDefault="00000000" w:rsidP="006A00BC">
      <w:pPr>
        <w:spacing w:after="240" w:line="252" w:lineRule="auto"/>
        <w:rPr>
          <w:sz w:val="24"/>
          <w:szCs w:val="24"/>
        </w:rPr>
      </w:pPr>
      <w:r w:rsidRPr="006A00BC">
        <w:rPr>
          <w:rFonts w:eastAsia="Times New Roman" w:cs="Times New Roman"/>
          <w:color w:val="222222"/>
          <w:sz w:val="24"/>
          <w:szCs w:val="24"/>
        </w:rPr>
        <w:t>Include checking, savings, money-market accounts, certificates of deposit, credit-union accounts, and significant cash accounts. If an account has a POD beneficiary, note it if known.</w:t>
      </w:r>
    </w:p>
    <w:tbl>
      <w:tblPr>
        <w:tblStyle w:val="TableGrid"/>
        <w:tblW w:w="0" w:type="auto"/>
        <w:jc w:val="center"/>
        <w:tblLayout w:type="fixed"/>
        <w:tblLook w:val="04A0" w:firstRow="1" w:lastRow="0" w:firstColumn="1" w:lastColumn="0" w:noHBand="0" w:noVBand="1"/>
      </w:tblPr>
      <w:tblGrid>
        <w:gridCol w:w="1872"/>
        <w:gridCol w:w="1512"/>
        <w:gridCol w:w="1800"/>
        <w:gridCol w:w="1152"/>
        <w:gridCol w:w="1800"/>
        <w:gridCol w:w="1800"/>
      </w:tblGrid>
      <w:tr w:rsidR="00A01BC5" w:rsidRPr="006A00BC" w14:paraId="50B710EA" w14:textId="77777777">
        <w:trPr>
          <w:tblHeader/>
          <w:jc w:val="center"/>
        </w:trPr>
        <w:tc>
          <w:tcPr>
            <w:tcW w:w="1872" w:type="dxa"/>
            <w:shd w:val="clear" w:color="auto" w:fill="E7E6E6"/>
            <w:tcMar>
              <w:top w:w="70" w:type="dxa"/>
              <w:left w:w="70" w:type="dxa"/>
              <w:bottom w:w="70" w:type="dxa"/>
              <w:right w:w="70" w:type="dxa"/>
            </w:tcMar>
            <w:vAlign w:val="center"/>
          </w:tcPr>
          <w:p w14:paraId="4C356DDC"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Institution</w:t>
            </w:r>
          </w:p>
        </w:tc>
        <w:tc>
          <w:tcPr>
            <w:tcW w:w="1512" w:type="dxa"/>
            <w:shd w:val="clear" w:color="auto" w:fill="E7E6E6"/>
            <w:tcMar>
              <w:top w:w="70" w:type="dxa"/>
              <w:left w:w="70" w:type="dxa"/>
              <w:bottom w:w="70" w:type="dxa"/>
              <w:right w:w="70" w:type="dxa"/>
            </w:tcMar>
            <w:vAlign w:val="center"/>
          </w:tcPr>
          <w:p w14:paraId="38C479E6"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Account Type</w:t>
            </w:r>
          </w:p>
        </w:tc>
        <w:tc>
          <w:tcPr>
            <w:tcW w:w="1800" w:type="dxa"/>
            <w:shd w:val="clear" w:color="auto" w:fill="E7E6E6"/>
            <w:tcMar>
              <w:top w:w="70" w:type="dxa"/>
              <w:left w:w="70" w:type="dxa"/>
              <w:bottom w:w="70" w:type="dxa"/>
              <w:right w:w="70" w:type="dxa"/>
            </w:tcMar>
            <w:vAlign w:val="center"/>
          </w:tcPr>
          <w:p w14:paraId="64854964"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Owner / Title</w:t>
            </w:r>
          </w:p>
        </w:tc>
        <w:tc>
          <w:tcPr>
            <w:tcW w:w="1152" w:type="dxa"/>
            <w:shd w:val="clear" w:color="auto" w:fill="E7E6E6"/>
            <w:tcMar>
              <w:top w:w="70" w:type="dxa"/>
              <w:left w:w="70" w:type="dxa"/>
              <w:bottom w:w="70" w:type="dxa"/>
              <w:right w:w="70" w:type="dxa"/>
            </w:tcMar>
            <w:vAlign w:val="center"/>
          </w:tcPr>
          <w:p w14:paraId="685D5D30"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Last 4 Digits</w:t>
            </w:r>
          </w:p>
        </w:tc>
        <w:tc>
          <w:tcPr>
            <w:tcW w:w="1800" w:type="dxa"/>
            <w:shd w:val="clear" w:color="auto" w:fill="E7E6E6"/>
            <w:tcMar>
              <w:top w:w="70" w:type="dxa"/>
              <w:left w:w="70" w:type="dxa"/>
              <w:bottom w:w="70" w:type="dxa"/>
              <w:right w:w="70" w:type="dxa"/>
            </w:tcMar>
            <w:vAlign w:val="center"/>
          </w:tcPr>
          <w:p w14:paraId="60CCEECD"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POD / Beneficiary (if any)</w:t>
            </w:r>
          </w:p>
        </w:tc>
        <w:tc>
          <w:tcPr>
            <w:tcW w:w="1800" w:type="dxa"/>
            <w:shd w:val="clear" w:color="auto" w:fill="E7E6E6"/>
            <w:tcMar>
              <w:top w:w="70" w:type="dxa"/>
              <w:left w:w="70" w:type="dxa"/>
              <w:bottom w:w="70" w:type="dxa"/>
              <w:right w:w="70" w:type="dxa"/>
            </w:tcMar>
            <w:vAlign w:val="center"/>
          </w:tcPr>
          <w:p w14:paraId="30F20BAF"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Statements / Access Notes</w:t>
            </w:r>
          </w:p>
        </w:tc>
      </w:tr>
      <w:tr w:rsidR="00A01BC5" w:rsidRPr="006A00BC" w14:paraId="4969E3A4" w14:textId="77777777">
        <w:trPr>
          <w:cantSplit/>
          <w:trHeight w:val="490"/>
          <w:jc w:val="center"/>
        </w:trPr>
        <w:tc>
          <w:tcPr>
            <w:tcW w:w="1872" w:type="dxa"/>
            <w:tcMar>
              <w:top w:w="70" w:type="dxa"/>
              <w:left w:w="70" w:type="dxa"/>
              <w:bottom w:w="70" w:type="dxa"/>
              <w:right w:w="70" w:type="dxa"/>
            </w:tcMar>
            <w:vAlign w:val="center"/>
          </w:tcPr>
          <w:p w14:paraId="1A10C0C5"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0FBFFE4A"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38B239D"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1BE229DC"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4E6C9F02"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381CF182" w14:textId="77777777" w:rsidR="00A01BC5" w:rsidRPr="006A00BC" w:rsidRDefault="00A01BC5" w:rsidP="006A00BC">
            <w:pPr>
              <w:spacing w:after="240"/>
              <w:rPr>
                <w:sz w:val="24"/>
                <w:szCs w:val="24"/>
              </w:rPr>
            </w:pPr>
          </w:p>
        </w:tc>
      </w:tr>
      <w:tr w:rsidR="00A01BC5" w:rsidRPr="006A00BC" w14:paraId="036DD5ED" w14:textId="77777777">
        <w:trPr>
          <w:cantSplit/>
          <w:trHeight w:val="490"/>
          <w:jc w:val="center"/>
        </w:trPr>
        <w:tc>
          <w:tcPr>
            <w:tcW w:w="1872" w:type="dxa"/>
            <w:tcMar>
              <w:top w:w="70" w:type="dxa"/>
              <w:left w:w="70" w:type="dxa"/>
              <w:bottom w:w="70" w:type="dxa"/>
              <w:right w:w="70" w:type="dxa"/>
            </w:tcMar>
            <w:vAlign w:val="center"/>
          </w:tcPr>
          <w:p w14:paraId="7E4ED521"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315348ED"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63218257"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17922012"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BE50B8F"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7CF94F8D" w14:textId="77777777" w:rsidR="00A01BC5" w:rsidRPr="006A00BC" w:rsidRDefault="00A01BC5" w:rsidP="006A00BC">
            <w:pPr>
              <w:spacing w:after="240"/>
              <w:rPr>
                <w:sz w:val="24"/>
                <w:szCs w:val="24"/>
              </w:rPr>
            </w:pPr>
          </w:p>
        </w:tc>
      </w:tr>
      <w:tr w:rsidR="00A01BC5" w:rsidRPr="006A00BC" w14:paraId="0A4E801E" w14:textId="77777777">
        <w:trPr>
          <w:cantSplit/>
          <w:trHeight w:val="490"/>
          <w:jc w:val="center"/>
        </w:trPr>
        <w:tc>
          <w:tcPr>
            <w:tcW w:w="1872" w:type="dxa"/>
            <w:tcMar>
              <w:top w:w="70" w:type="dxa"/>
              <w:left w:w="70" w:type="dxa"/>
              <w:bottom w:w="70" w:type="dxa"/>
              <w:right w:w="70" w:type="dxa"/>
            </w:tcMar>
            <w:vAlign w:val="center"/>
          </w:tcPr>
          <w:p w14:paraId="27B4A8C2"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58BAF523"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175B37AE"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2173BA45"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6FBDBB69"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CCB9CE2" w14:textId="77777777" w:rsidR="00A01BC5" w:rsidRPr="006A00BC" w:rsidRDefault="00A01BC5" w:rsidP="006A00BC">
            <w:pPr>
              <w:spacing w:after="240"/>
              <w:rPr>
                <w:sz w:val="24"/>
                <w:szCs w:val="24"/>
              </w:rPr>
            </w:pPr>
          </w:p>
        </w:tc>
      </w:tr>
      <w:tr w:rsidR="00A01BC5" w:rsidRPr="006A00BC" w14:paraId="25210669" w14:textId="77777777">
        <w:trPr>
          <w:cantSplit/>
          <w:trHeight w:val="490"/>
          <w:jc w:val="center"/>
        </w:trPr>
        <w:tc>
          <w:tcPr>
            <w:tcW w:w="1872" w:type="dxa"/>
            <w:tcMar>
              <w:top w:w="70" w:type="dxa"/>
              <w:left w:w="70" w:type="dxa"/>
              <w:bottom w:w="70" w:type="dxa"/>
              <w:right w:w="70" w:type="dxa"/>
            </w:tcMar>
            <w:vAlign w:val="center"/>
          </w:tcPr>
          <w:p w14:paraId="0095B59A"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0A6478FD"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4B82438C"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5F663BB2"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700CF81F"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3C97C302" w14:textId="77777777" w:rsidR="00A01BC5" w:rsidRPr="006A00BC" w:rsidRDefault="00A01BC5" w:rsidP="006A00BC">
            <w:pPr>
              <w:spacing w:after="240"/>
              <w:rPr>
                <w:sz w:val="24"/>
                <w:szCs w:val="24"/>
              </w:rPr>
            </w:pPr>
          </w:p>
        </w:tc>
      </w:tr>
      <w:tr w:rsidR="00A01BC5" w:rsidRPr="006A00BC" w14:paraId="353F4599" w14:textId="77777777">
        <w:trPr>
          <w:cantSplit/>
          <w:trHeight w:val="490"/>
          <w:jc w:val="center"/>
        </w:trPr>
        <w:tc>
          <w:tcPr>
            <w:tcW w:w="1872" w:type="dxa"/>
            <w:tcMar>
              <w:top w:w="70" w:type="dxa"/>
              <w:left w:w="70" w:type="dxa"/>
              <w:bottom w:w="70" w:type="dxa"/>
              <w:right w:w="70" w:type="dxa"/>
            </w:tcMar>
            <w:vAlign w:val="center"/>
          </w:tcPr>
          <w:p w14:paraId="7EFFA615"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30937FD2"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259B6F6F"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570ECE7D"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6E147117"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21437DD6" w14:textId="77777777" w:rsidR="00A01BC5" w:rsidRPr="006A00BC" w:rsidRDefault="00A01BC5" w:rsidP="006A00BC">
            <w:pPr>
              <w:spacing w:after="240"/>
              <w:rPr>
                <w:sz w:val="24"/>
                <w:szCs w:val="24"/>
              </w:rPr>
            </w:pPr>
          </w:p>
        </w:tc>
      </w:tr>
      <w:tr w:rsidR="00A01BC5" w:rsidRPr="006A00BC" w14:paraId="34C36A0D" w14:textId="77777777">
        <w:trPr>
          <w:cantSplit/>
          <w:trHeight w:val="490"/>
          <w:jc w:val="center"/>
        </w:trPr>
        <w:tc>
          <w:tcPr>
            <w:tcW w:w="1872" w:type="dxa"/>
            <w:tcMar>
              <w:top w:w="70" w:type="dxa"/>
              <w:left w:w="70" w:type="dxa"/>
              <w:bottom w:w="70" w:type="dxa"/>
              <w:right w:w="70" w:type="dxa"/>
            </w:tcMar>
            <w:vAlign w:val="center"/>
          </w:tcPr>
          <w:p w14:paraId="575DC3AA"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43283CBB"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79AEA1F4"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3B880D8B"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6D7C69BB"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8F11BC6" w14:textId="77777777" w:rsidR="00A01BC5" w:rsidRPr="006A00BC" w:rsidRDefault="00A01BC5" w:rsidP="006A00BC">
            <w:pPr>
              <w:spacing w:after="240"/>
              <w:rPr>
                <w:sz w:val="24"/>
                <w:szCs w:val="24"/>
              </w:rPr>
            </w:pPr>
          </w:p>
        </w:tc>
      </w:tr>
      <w:tr w:rsidR="00A01BC5" w:rsidRPr="006A00BC" w14:paraId="2A02C2BB" w14:textId="77777777">
        <w:trPr>
          <w:cantSplit/>
          <w:trHeight w:val="490"/>
          <w:jc w:val="center"/>
        </w:trPr>
        <w:tc>
          <w:tcPr>
            <w:tcW w:w="1872" w:type="dxa"/>
            <w:tcMar>
              <w:top w:w="70" w:type="dxa"/>
              <w:left w:w="70" w:type="dxa"/>
              <w:bottom w:w="70" w:type="dxa"/>
              <w:right w:w="70" w:type="dxa"/>
            </w:tcMar>
            <w:vAlign w:val="center"/>
          </w:tcPr>
          <w:p w14:paraId="47C83682"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66E0057F"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3B3FC509"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1876B354"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1CCA54D1"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19248B5A" w14:textId="77777777" w:rsidR="00A01BC5" w:rsidRPr="006A00BC" w:rsidRDefault="00A01BC5" w:rsidP="006A00BC">
            <w:pPr>
              <w:spacing w:after="240"/>
              <w:rPr>
                <w:sz w:val="24"/>
                <w:szCs w:val="24"/>
              </w:rPr>
            </w:pPr>
          </w:p>
        </w:tc>
      </w:tr>
      <w:tr w:rsidR="00A01BC5" w:rsidRPr="006A00BC" w14:paraId="49326CF2" w14:textId="77777777">
        <w:trPr>
          <w:cantSplit/>
          <w:trHeight w:val="490"/>
          <w:jc w:val="center"/>
        </w:trPr>
        <w:tc>
          <w:tcPr>
            <w:tcW w:w="1872" w:type="dxa"/>
            <w:tcMar>
              <w:top w:w="70" w:type="dxa"/>
              <w:left w:w="70" w:type="dxa"/>
              <w:bottom w:w="70" w:type="dxa"/>
              <w:right w:w="70" w:type="dxa"/>
            </w:tcMar>
            <w:vAlign w:val="center"/>
          </w:tcPr>
          <w:p w14:paraId="46F53AE7"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48E187E2"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0F26CC63"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5E7B98ED"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46A6A752"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026DCBDC" w14:textId="77777777" w:rsidR="00A01BC5" w:rsidRPr="006A00BC" w:rsidRDefault="00A01BC5" w:rsidP="006A00BC">
            <w:pPr>
              <w:spacing w:after="240"/>
              <w:rPr>
                <w:sz w:val="24"/>
                <w:szCs w:val="24"/>
              </w:rPr>
            </w:pPr>
          </w:p>
        </w:tc>
      </w:tr>
    </w:tbl>
    <w:p w14:paraId="2E8A5855" w14:textId="77777777" w:rsidR="00A01BC5" w:rsidRPr="006A00BC" w:rsidRDefault="00A01BC5" w:rsidP="006A00BC">
      <w:pPr>
        <w:spacing w:after="240"/>
        <w:rPr>
          <w:sz w:val="24"/>
          <w:szCs w:val="24"/>
        </w:rPr>
      </w:pPr>
    </w:p>
    <w:p w14:paraId="0C6B8C40"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Cash-management and payment accounts</w:t>
      </w:r>
    </w:p>
    <w:p w14:paraId="14F01EC9" w14:textId="77777777" w:rsidR="00A01BC5" w:rsidRPr="006A00BC" w:rsidRDefault="00000000" w:rsidP="006A00BC">
      <w:pPr>
        <w:spacing w:after="240" w:line="252" w:lineRule="auto"/>
        <w:rPr>
          <w:sz w:val="24"/>
          <w:szCs w:val="24"/>
        </w:rPr>
      </w:pPr>
      <w:r w:rsidRPr="006A00BC">
        <w:rPr>
          <w:rFonts w:eastAsia="Times New Roman" w:cs="Times New Roman"/>
          <w:i/>
          <w:color w:val="555555"/>
          <w:sz w:val="24"/>
          <w:szCs w:val="24"/>
        </w:rPr>
        <w:t>Examples: PayPal, Venmo, Cash App, prepaid cards, online savings platforms, or other accounts that may hold a meaningful balance.</w:t>
      </w:r>
    </w:p>
    <w:tbl>
      <w:tblPr>
        <w:tblStyle w:val="TableGrid"/>
        <w:tblW w:w="0" w:type="auto"/>
        <w:jc w:val="center"/>
        <w:tblLayout w:type="fixed"/>
        <w:tblLook w:val="04A0" w:firstRow="1" w:lastRow="0" w:firstColumn="1" w:lastColumn="0" w:noHBand="0" w:noVBand="1"/>
      </w:tblPr>
      <w:tblGrid>
        <w:gridCol w:w="2160"/>
        <w:gridCol w:w="1584"/>
        <w:gridCol w:w="2448"/>
        <w:gridCol w:w="1440"/>
        <w:gridCol w:w="2304"/>
      </w:tblGrid>
      <w:tr w:rsidR="00A01BC5" w:rsidRPr="006A00BC" w14:paraId="135533D2" w14:textId="77777777">
        <w:trPr>
          <w:tblHeader/>
          <w:jc w:val="center"/>
        </w:trPr>
        <w:tc>
          <w:tcPr>
            <w:tcW w:w="2160" w:type="dxa"/>
            <w:shd w:val="clear" w:color="auto" w:fill="E7E6E6"/>
            <w:tcMar>
              <w:top w:w="70" w:type="dxa"/>
              <w:left w:w="70" w:type="dxa"/>
              <w:bottom w:w="70" w:type="dxa"/>
              <w:right w:w="70" w:type="dxa"/>
            </w:tcMar>
            <w:vAlign w:val="center"/>
          </w:tcPr>
          <w:p w14:paraId="5AD9CCF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Service / Institution</w:t>
            </w:r>
          </w:p>
        </w:tc>
        <w:tc>
          <w:tcPr>
            <w:tcW w:w="1584" w:type="dxa"/>
            <w:shd w:val="clear" w:color="auto" w:fill="E7E6E6"/>
            <w:tcMar>
              <w:top w:w="70" w:type="dxa"/>
              <w:left w:w="70" w:type="dxa"/>
              <w:bottom w:w="70" w:type="dxa"/>
              <w:right w:w="70" w:type="dxa"/>
            </w:tcMar>
            <w:vAlign w:val="center"/>
          </w:tcPr>
          <w:p w14:paraId="70986E80"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Owner</w:t>
            </w:r>
          </w:p>
        </w:tc>
        <w:tc>
          <w:tcPr>
            <w:tcW w:w="2448" w:type="dxa"/>
            <w:shd w:val="clear" w:color="auto" w:fill="E7E6E6"/>
            <w:tcMar>
              <w:top w:w="70" w:type="dxa"/>
              <w:left w:w="70" w:type="dxa"/>
              <w:bottom w:w="70" w:type="dxa"/>
              <w:right w:w="70" w:type="dxa"/>
            </w:tcMar>
            <w:vAlign w:val="center"/>
          </w:tcPr>
          <w:p w14:paraId="22D417BE"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Username / Email</w:t>
            </w:r>
          </w:p>
        </w:tc>
        <w:tc>
          <w:tcPr>
            <w:tcW w:w="1440" w:type="dxa"/>
            <w:shd w:val="clear" w:color="auto" w:fill="E7E6E6"/>
            <w:tcMar>
              <w:top w:w="70" w:type="dxa"/>
              <w:left w:w="70" w:type="dxa"/>
              <w:bottom w:w="70" w:type="dxa"/>
              <w:right w:w="70" w:type="dxa"/>
            </w:tcMar>
            <w:vAlign w:val="center"/>
          </w:tcPr>
          <w:p w14:paraId="3D9F9596"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Balance (optional)</w:t>
            </w:r>
          </w:p>
        </w:tc>
        <w:tc>
          <w:tcPr>
            <w:tcW w:w="2304" w:type="dxa"/>
            <w:shd w:val="clear" w:color="auto" w:fill="E7E6E6"/>
            <w:tcMar>
              <w:top w:w="70" w:type="dxa"/>
              <w:left w:w="70" w:type="dxa"/>
              <w:bottom w:w="70" w:type="dxa"/>
              <w:right w:w="70" w:type="dxa"/>
            </w:tcMar>
            <w:vAlign w:val="center"/>
          </w:tcPr>
          <w:p w14:paraId="2E3A72DC"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Credential Location / Notes</w:t>
            </w:r>
          </w:p>
        </w:tc>
      </w:tr>
      <w:tr w:rsidR="00A01BC5" w:rsidRPr="006A00BC" w14:paraId="496BBDEA" w14:textId="77777777">
        <w:trPr>
          <w:cantSplit/>
          <w:trHeight w:val="490"/>
          <w:jc w:val="center"/>
        </w:trPr>
        <w:tc>
          <w:tcPr>
            <w:tcW w:w="2160" w:type="dxa"/>
            <w:tcMar>
              <w:top w:w="70" w:type="dxa"/>
              <w:left w:w="70" w:type="dxa"/>
              <w:bottom w:w="70" w:type="dxa"/>
              <w:right w:w="70" w:type="dxa"/>
            </w:tcMar>
            <w:vAlign w:val="center"/>
          </w:tcPr>
          <w:p w14:paraId="46B1C738"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2D349792" w14:textId="77777777" w:rsidR="00A01BC5" w:rsidRPr="006A00BC" w:rsidRDefault="00A01BC5" w:rsidP="006A00BC">
            <w:pPr>
              <w:spacing w:after="240"/>
              <w:rPr>
                <w:sz w:val="24"/>
                <w:szCs w:val="24"/>
              </w:rPr>
            </w:pPr>
          </w:p>
        </w:tc>
        <w:tc>
          <w:tcPr>
            <w:tcW w:w="2448" w:type="dxa"/>
            <w:tcMar>
              <w:top w:w="70" w:type="dxa"/>
              <w:left w:w="70" w:type="dxa"/>
              <w:bottom w:w="70" w:type="dxa"/>
              <w:right w:w="70" w:type="dxa"/>
            </w:tcMar>
            <w:vAlign w:val="center"/>
          </w:tcPr>
          <w:p w14:paraId="55A788EA"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73C60C9"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0259C874" w14:textId="77777777" w:rsidR="00A01BC5" w:rsidRPr="006A00BC" w:rsidRDefault="00A01BC5" w:rsidP="006A00BC">
            <w:pPr>
              <w:spacing w:after="240"/>
              <w:rPr>
                <w:sz w:val="24"/>
                <w:szCs w:val="24"/>
              </w:rPr>
            </w:pPr>
          </w:p>
        </w:tc>
      </w:tr>
      <w:tr w:rsidR="00A01BC5" w:rsidRPr="006A00BC" w14:paraId="2BB43394" w14:textId="77777777">
        <w:trPr>
          <w:cantSplit/>
          <w:trHeight w:val="490"/>
          <w:jc w:val="center"/>
        </w:trPr>
        <w:tc>
          <w:tcPr>
            <w:tcW w:w="2160" w:type="dxa"/>
            <w:tcMar>
              <w:top w:w="70" w:type="dxa"/>
              <w:left w:w="70" w:type="dxa"/>
              <w:bottom w:w="70" w:type="dxa"/>
              <w:right w:w="70" w:type="dxa"/>
            </w:tcMar>
            <w:vAlign w:val="center"/>
          </w:tcPr>
          <w:p w14:paraId="4561A78E"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4E65D27E" w14:textId="77777777" w:rsidR="00A01BC5" w:rsidRPr="006A00BC" w:rsidRDefault="00A01BC5" w:rsidP="006A00BC">
            <w:pPr>
              <w:spacing w:after="240"/>
              <w:rPr>
                <w:sz w:val="24"/>
                <w:szCs w:val="24"/>
              </w:rPr>
            </w:pPr>
          </w:p>
        </w:tc>
        <w:tc>
          <w:tcPr>
            <w:tcW w:w="2448" w:type="dxa"/>
            <w:tcMar>
              <w:top w:w="70" w:type="dxa"/>
              <w:left w:w="70" w:type="dxa"/>
              <w:bottom w:w="70" w:type="dxa"/>
              <w:right w:w="70" w:type="dxa"/>
            </w:tcMar>
            <w:vAlign w:val="center"/>
          </w:tcPr>
          <w:p w14:paraId="334918CC"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649089A"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0ADBC228" w14:textId="77777777" w:rsidR="00A01BC5" w:rsidRPr="006A00BC" w:rsidRDefault="00A01BC5" w:rsidP="006A00BC">
            <w:pPr>
              <w:spacing w:after="240"/>
              <w:rPr>
                <w:sz w:val="24"/>
                <w:szCs w:val="24"/>
              </w:rPr>
            </w:pPr>
          </w:p>
        </w:tc>
      </w:tr>
      <w:tr w:rsidR="00A01BC5" w:rsidRPr="006A00BC" w14:paraId="5866C40A" w14:textId="77777777">
        <w:trPr>
          <w:cantSplit/>
          <w:trHeight w:val="490"/>
          <w:jc w:val="center"/>
        </w:trPr>
        <w:tc>
          <w:tcPr>
            <w:tcW w:w="2160" w:type="dxa"/>
            <w:tcMar>
              <w:top w:w="70" w:type="dxa"/>
              <w:left w:w="70" w:type="dxa"/>
              <w:bottom w:w="70" w:type="dxa"/>
              <w:right w:w="70" w:type="dxa"/>
            </w:tcMar>
            <w:vAlign w:val="center"/>
          </w:tcPr>
          <w:p w14:paraId="3B2B6D56"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C0E5B68" w14:textId="77777777" w:rsidR="00A01BC5" w:rsidRPr="006A00BC" w:rsidRDefault="00A01BC5" w:rsidP="006A00BC">
            <w:pPr>
              <w:spacing w:after="240"/>
              <w:rPr>
                <w:sz w:val="24"/>
                <w:szCs w:val="24"/>
              </w:rPr>
            </w:pPr>
          </w:p>
        </w:tc>
        <w:tc>
          <w:tcPr>
            <w:tcW w:w="2448" w:type="dxa"/>
            <w:tcMar>
              <w:top w:w="70" w:type="dxa"/>
              <w:left w:w="70" w:type="dxa"/>
              <w:bottom w:w="70" w:type="dxa"/>
              <w:right w:w="70" w:type="dxa"/>
            </w:tcMar>
            <w:vAlign w:val="center"/>
          </w:tcPr>
          <w:p w14:paraId="1DD54C1F"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AD6029A"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1F2E9069" w14:textId="77777777" w:rsidR="00A01BC5" w:rsidRPr="006A00BC" w:rsidRDefault="00A01BC5" w:rsidP="006A00BC">
            <w:pPr>
              <w:spacing w:after="240"/>
              <w:rPr>
                <w:sz w:val="24"/>
                <w:szCs w:val="24"/>
              </w:rPr>
            </w:pPr>
          </w:p>
        </w:tc>
      </w:tr>
      <w:tr w:rsidR="00A01BC5" w:rsidRPr="006A00BC" w14:paraId="68F5F7A0" w14:textId="77777777">
        <w:trPr>
          <w:cantSplit/>
          <w:trHeight w:val="490"/>
          <w:jc w:val="center"/>
        </w:trPr>
        <w:tc>
          <w:tcPr>
            <w:tcW w:w="2160" w:type="dxa"/>
            <w:tcMar>
              <w:top w:w="70" w:type="dxa"/>
              <w:left w:w="70" w:type="dxa"/>
              <w:bottom w:w="70" w:type="dxa"/>
              <w:right w:w="70" w:type="dxa"/>
            </w:tcMar>
            <w:vAlign w:val="center"/>
          </w:tcPr>
          <w:p w14:paraId="797BA0CD"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16D4CB44" w14:textId="77777777" w:rsidR="00A01BC5" w:rsidRPr="006A00BC" w:rsidRDefault="00A01BC5" w:rsidP="006A00BC">
            <w:pPr>
              <w:spacing w:after="240"/>
              <w:rPr>
                <w:sz w:val="24"/>
                <w:szCs w:val="24"/>
              </w:rPr>
            </w:pPr>
          </w:p>
        </w:tc>
        <w:tc>
          <w:tcPr>
            <w:tcW w:w="2448" w:type="dxa"/>
            <w:tcMar>
              <w:top w:w="70" w:type="dxa"/>
              <w:left w:w="70" w:type="dxa"/>
              <w:bottom w:w="70" w:type="dxa"/>
              <w:right w:w="70" w:type="dxa"/>
            </w:tcMar>
            <w:vAlign w:val="center"/>
          </w:tcPr>
          <w:p w14:paraId="7C86ADAA"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55C15B47"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75D78AD5" w14:textId="77777777" w:rsidR="00A01BC5" w:rsidRPr="006A00BC" w:rsidRDefault="00A01BC5" w:rsidP="006A00BC">
            <w:pPr>
              <w:spacing w:after="240"/>
              <w:rPr>
                <w:sz w:val="24"/>
                <w:szCs w:val="24"/>
              </w:rPr>
            </w:pPr>
          </w:p>
        </w:tc>
      </w:tr>
      <w:tr w:rsidR="00A01BC5" w:rsidRPr="006A00BC" w14:paraId="5359045A" w14:textId="77777777">
        <w:trPr>
          <w:cantSplit/>
          <w:trHeight w:val="490"/>
          <w:jc w:val="center"/>
        </w:trPr>
        <w:tc>
          <w:tcPr>
            <w:tcW w:w="2160" w:type="dxa"/>
            <w:tcMar>
              <w:top w:w="70" w:type="dxa"/>
              <w:left w:w="70" w:type="dxa"/>
              <w:bottom w:w="70" w:type="dxa"/>
              <w:right w:w="70" w:type="dxa"/>
            </w:tcMar>
            <w:vAlign w:val="center"/>
          </w:tcPr>
          <w:p w14:paraId="3F29A4D8"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3BA5C5A4" w14:textId="77777777" w:rsidR="00A01BC5" w:rsidRPr="006A00BC" w:rsidRDefault="00A01BC5" w:rsidP="006A00BC">
            <w:pPr>
              <w:spacing w:after="240"/>
              <w:rPr>
                <w:sz w:val="24"/>
                <w:szCs w:val="24"/>
              </w:rPr>
            </w:pPr>
          </w:p>
        </w:tc>
        <w:tc>
          <w:tcPr>
            <w:tcW w:w="2448" w:type="dxa"/>
            <w:tcMar>
              <w:top w:w="70" w:type="dxa"/>
              <w:left w:w="70" w:type="dxa"/>
              <w:bottom w:w="70" w:type="dxa"/>
              <w:right w:w="70" w:type="dxa"/>
            </w:tcMar>
            <w:vAlign w:val="center"/>
          </w:tcPr>
          <w:p w14:paraId="619BEFE1"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364E79A2"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7B9D0F18" w14:textId="77777777" w:rsidR="00A01BC5" w:rsidRPr="006A00BC" w:rsidRDefault="00A01BC5" w:rsidP="006A00BC">
            <w:pPr>
              <w:spacing w:after="240"/>
              <w:rPr>
                <w:sz w:val="24"/>
                <w:szCs w:val="24"/>
              </w:rPr>
            </w:pPr>
          </w:p>
        </w:tc>
      </w:tr>
    </w:tbl>
    <w:p w14:paraId="1908DB9F" w14:textId="77777777" w:rsidR="00A01BC5" w:rsidRPr="006A00BC" w:rsidRDefault="00A01BC5" w:rsidP="006A00BC">
      <w:pPr>
        <w:spacing w:after="240"/>
        <w:rPr>
          <w:sz w:val="24"/>
          <w:szCs w:val="24"/>
        </w:rPr>
      </w:pPr>
    </w:p>
    <w:p w14:paraId="03DE1DF6" w14:textId="77777777" w:rsidR="00A01BC5" w:rsidRPr="006A00BC" w:rsidRDefault="00000000" w:rsidP="006A00BC">
      <w:pPr>
        <w:spacing w:after="240"/>
        <w:rPr>
          <w:sz w:val="24"/>
          <w:szCs w:val="24"/>
        </w:rPr>
      </w:pPr>
      <w:r w:rsidRPr="006A00BC">
        <w:rPr>
          <w:sz w:val="24"/>
          <w:szCs w:val="24"/>
        </w:rPr>
        <w:br w:type="page"/>
      </w:r>
    </w:p>
    <w:p w14:paraId="7B300682"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4. Investments, Retirement, and Employment Benefits</w:t>
      </w:r>
    </w:p>
    <w:p w14:paraId="7C76A681"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 xml:space="preserve">Brokerage, mutual </w:t>
      </w:r>
      <w:proofErr w:type="gramStart"/>
      <w:r w:rsidRPr="006A00BC">
        <w:rPr>
          <w:rFonts w:eastAsia="Times New Roman" w:cs="Times New Roman"/>
          <w:b/>
          <w:color w:val="20364A"/>
          <w:sz w:val="24"/>
          <w:szCs w:val="24"/>
        </w:rPr>
        <w:t>fund</w:t>
      </w:r>
      <w:proofErr w:type="gramEnd"/>
      <w:r w:rsidRPr="006A00BC">
        <w:rPr>
          <w:rFonts w:eastAsia="Times New Roman" w:cs="Times New Roman"/>
          <w:b/>
          <w:color w:val="20364A"/>
          <w:sz w:val="24"/>
          <w:szCs w:val="24"/>
        </w:rPr>
        <w:t>, securities, and investment accounts</w:t>
      </w:r>
    </w:p>
    <w:tbl>
      <w:tblPr>
        <w:tblStyle w:val="TableGrid"/>
        <w:tblW w:w="0" w:type="auto"/>
        <w:jc w:val="center"/>
        <w:tblLayout w:type="fixed"/>
        <w:tblLook w:val="04A0" w:firstRow="1" w:lastRow="0" w:firstColumn="1" w:lastColumn="0" w:noHBand="0" w:noVBand="1"/>
      </w:tblPr>
      <w:tblGrid>
        <w:gridCol w:w="1584"/>
        <w:gridCol w:w="1368"/>
        <w:gridCol w:w="1584"/>
        <w:gridCol w:w="1007"/>
        <w:gridCol w:w="1440"/>
        <w:gridCol w:w="1296"/>
        <w:gridCol w:w="1440"/>
      </w:tblGrid>
      <w:tr w:rsidR="00A01BC5" w:rsidRPr="006A00BC" w14:paraId="20D2FAEC" w14:textId="77777777">
        <w:trPr>
          <w:tblHeader/>
          <w:jc w:val="center"/>
        </w:trPr>
        <w:tc>
          <w:tcPr>
            <w:tcW w:w="1584" w:type="dxa"/>
            <w:shd w:val="clear" w:color="auto" w:fill="E7E6E6"/>
            <w:tcMar>
              <w:top w:w="70" w:type="dxa"/>
              <w:left w:w="70" w:type="dxa"/>
              <w:bottom w:w="70" w:type="dxa"/>
              <w:right w:w="70" w:type="dxa"/>
            </w:tcMar>
            <w:vAlign w:val="center"/>
          </w:tcPr>
          <w:p w14:paraId="6EDE97AD"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Institution</w:t>
            </w:r>
          </w:p>
        </w:tc>
        <w:tc>
          <w:tcPr>
            <w:tcW w:w="1368" w:type="dxa"/>
            <w:shd w:val="clear" w:color="auto" w:fill="E7E6E6"/>
            <w:tcMar>
              <w:top w:w="70" w:type="dxa"/>
              <w:left w:w="70" w:type="dxa"/>
              <w:bottom w:w="70" w:type="dxa"/>
              <w:right w:w="70" w:type="dxa"/>
            </w:tcMar>
            <w:vAlign w:val="center"/>
          </w:tcPr>
          <w:p w14:paraId="6C6DA894"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Account Type</w:t>
            </w:r>
          </w:p>
        </w:tc>
        <w:tc>
          <w:tcPr>
            <w:tcW w:w="1584" w:type="dxa"/>
            <w:shd w:val="clear" w:color="auto" w:fill="E7E6E6"/>
            <w:tcMar>
              <w:top w:w="70" w:type="dxa"/>
              <w:left w:w="70" w:type="dxa"/>
              <w:bottom w:w="70" w:type="dxa"/>
              <w:right w:w="70" w:type="dxa"/>
            </w:tcMar>
            <w:vAlign w:val="center"/>
          </w:tcPr>
          <w:p w14:paraId="45E922C9"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Owner / Title</w:t>
            </w:r>
          </w:p>
        </w:tc>
        <w:tc>
          <w:tcPr>
            <w:tcW w:w="1007" w:type="dxa"/>
            <w:shd w:val="clear" w:color="auto" w:fill="E7E6E6"/>
            <w:tcMar>
              <w:top w:w="70" w:type="dxa"/>
              <w:left w:w="70" w:type="dxa"/>
              <w:bottom w:w="70" w:type="dxa"/>
              <w:right w:w="70" w:type="dxa"/>
            </w:tcMar>
            <w:vAlign w:val="center"/>
          </w:tcPr>
          <w:p w14:paraId="1BE85DF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Last 4 Digits</w:t>
            </w:r>
          </w:p>
        </w:tc>
        <w:tc>
          <w:tcPr>
            <w:tcW w:w="1440" w:type="dxa"/>
            <w:shd w:val="clear" w:color="auto" w:fill="E7E6E6"/>
            <w:tcMar>
              <w:top w:w="70" w:type="dxa"/>
              <w:left w:w="70" w:type="dxa"/>
              <w:bottom w:w="70" w:type="dxa"/>
              <w:right w:w="70" w:type="dxa"/>
            </w:tcMar>
            <w:vAlign w:val="center"/>
          </w:tcPr>
          <w:p w14:paraId="3C690074"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TOD / Beneficiary</w:t>
            </w:r>
          </w:p>
        </w:tc>
        <w:tc>
          <w:tcPr>
            <w:tcW w:w="1296" w:type="dxa"/>
            <w:shd w:val="clear" w:color="auto" w:fill="E7E6E6"/>
            <w:tcMar>
              <w:top w:w="70" w:type="dxa"/>
              <w:left w:w="70" w:type="dxa"/>
              <w:bottom w:w="70" w:type="dxa"/>
              <w:right w:w="70" w:type="dxa"/>
            </w:tcMar>
            <w:vAlign w:val="center"/>
          </w:tcPr>
          <w:p w14:paraId="23433F6E"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Approx. Value</w:t>
            </w:r>
          </w:p>
        </w:tc>
        <w:tc>
          <w:tcPr>
            <w:tcW w:w="1440" w:type="dxa"/>
            <w:shd w:val="clear" w:color="auto" w:fill="E7E6E6"/>
            <w:tcMar>
              <w:top w:w="70" w:type="dxa"/>
              <w:left w:w="70" w:type="dxa"/>
              <w:bottom w:w="70" w:type="dxa"/>
              <w:right w:w="70" w:type="dxa"/>
            </w:tcMar>
            <w:vAlign w:val="center"/>
          </w:tcPr>
          <w:p w14:paraId="65E517E8"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Statements / Notes</w:t>
            </w:r>
          </w:p>
        </w:tc>
      </w:tr>
      <w:tr w:rsidR="00A01BC5" w:rsidRPr="006A00BC" w14:paraId="3A682412" w14:textId="77777777">
        <w:trPr>
          <w:cantSplit/>
          <w:trHeight w:val="490"/>
          <w:jc w:val="center"/>
        </w:trPr>
        <w:tc>
          <w:tcPr>
            <w:tcW w:w="1584" w:type="dxa"/>
            <w:tcMar>
              <w:top w:w="70" w:type="dxa"/>
              <w:left w:w="70" w:type="dxa"/>
              <w:bottom w:w="70" w:type="dxa"/>
              <w:right w:w="70" w:type="dxa"/>
            </w:tcMar>
            <w:vAlign w:val="center"/>
          </w:tcPr>
          <w:p w14:paraId="58F0E8D4"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2D20F697"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64A0D612"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09415ADE"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2B47A076"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75E38FFA"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3617641B" w14:textId="77777777" w:rsidR="00A01BC5" w:rsidRPr="006A00BC" w:rsidRDefault="00A01BC5" w:rsidP="006A00BC">
            <w:pPr>
              <w:spacing w:after="240"/>
              <w:rPr>
                <w:sz w:val="24"/>
                <w:szCs w:val="24"/>
              </w:rPr>
            </w:pPr>
          </w:p>
        </w:tc>
      </w:tr>
      <w:tr w:rsidR="00A01BC5" w:rsidRPr="006A00BC" w14:paraId="59BAE040" w14:textId="77777777">
        <w:trPr>
          <w:cantSplit/>
          <w:trHeight w:val="490"/>
          <w:jc w:val="center"/>
        </w:trPr>
        <w:tc>
          <w:tcPr>
            <w:tcW w:w="1584" w:type="dxa"/>
            <w:tcMar>
              <w:top w:w="70" w:type="dxa"/>
              <w:left w:w="70" w:type="dxa"/>
              <w:bottom w:w="70" w:type="dxa"/>
              <w:right w:w="70" w:type="dxa"/>
            </w:tcMar>
            <w:vAlign w:val="center"/>
          </w:tcPr>
          <w:p w14:paraId="483C8C39"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55DC3DB3"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7D37D171"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616ADEF3"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5BF7F6B4"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52C03CD8"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33EB0210" w14:textId="77777777" w:rsidR="00A01BC5" w:rsidRPr="006A00BC" w:rsidRDefault="00A01BC5" w:rsidP="006A00BC">
            <w:pPr>
              <w:spacing w:after="240"/>
              <w:rPr>
                <w:sz w:val="24"/>
                <w:szCs w:val="24"/>
              </w:rPr>
            </w:pPr>
          </w:p>
        </w:tc>
      </w:tr>
      <w:tr w:rsidR="00A01BC5" w:rsidRPr="006A00BC" w14:paraId="711DE6CC" w14:textId="77777777">
        <w:trPr>
          <w:cantSplit/>
          <w:trHeight w:val="490"/>
          <w:jc w:val="center"/>
        </w:trPr>
        <w:tc>
          <w:tcPr>
            <w:tcW w:w="1584" w:type="dxa"/>
            <w:tcMar>
              <w:top w:w="70" w:type="dxa"/>
              <w:left w:w="70" w:type="dxa"/>
              <w:bottom w:w="70" w:type="dxa"/>
              <w:right w:w="70" w:type="dxa"/>
            </w:tcMar>
            <w:vAlign w:val="center"/>
          </w:tcPr>
          <w:p w14:paraId="7139D92E"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534DA30F"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64755F46"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05D4DEB1"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526FF31B"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2BCE459A"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2350E2EA" w14:textId="77777777" w:rsidR="00A01BC5" w:rsidRPr="006A00BC" w:rsidRDefault="00A01BC5" w:rsidP="006A00BC">
            <w:pPr>
              <w:spacing w:after="240"/>
              <w:rPr>
                <w:sz w:val="24"/>
                <w:szCs w:val="24"/>
              </w:rPr>
            </w:pPr>
          </w:p>
        </w:tc>
      </w:tr>
      <w:tr w:rsidR="00A01BC5" w:rsidRPr="006A00BC" w14:paraId="1F976E38" w14:textId="77777777">
        <w:trPr>
          <w:cantSplit/>
          <w:trHeight w:val="490"/>
          <w:jc w:val="center"/>
        </w:trPr>
        <w:tc>
          <w:tcPr>
            <w:tcW w:w="1584" w:type="dxa"/>
            <w:tcMar>
              <w:top w:w="70" w:type="dxa"/>
              <w:left w:w="70" w:type="dxa"/>
              <w:bottom w:w="70" w:type="dxa"/>
              <w:right w:w="70" w:type="dxa"/>
            </w:tcMar>
            <w:vAlign w:val="center"/>
          </w:tcPr>
          <w:p w14:paraId="232C1E5E"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6E95B22B"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7FE11A65"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79BEA1C7"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215150B2"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47918AD0"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358738B6" w14:textId="77777777" w:rsidR="00A01BC5" w:rsidRPr="006A00BC" w:rsidRDefault="00A01BC5" w:rsidP="006A00BC">
            <w:pPr>
              <w:spacing w:after="240"/>
              <w:rPr>
                <w:sz w:val="24"/>
                <w:szCs w:val="24"/>
              </w:rPr>
            </w:pPr>
          </w:p>
        </w:tc>
      </w:tr>
      <w:tr w:rsidR="00A01BC5" w:rsidRPr="006A00BC" w14:paraId="0B16F5E3" w14:textId="77777777">
        <w:trPr>
          <w:cantSplit/>
          <w:trHeight w:val="490"/>
          <w:jc w:val="center"/>
        </w:trPr>
        <w:tc>
          <w:tcPr>
            <w:tcW w:w="1584" w:type="dxa"/>
            <w:tcMar>
              <w:top w:w="70" w:type="dxa"/>
              <w:left w:w="70" w:type="dxa"/>
              <w:bottom w:w="70" w:type="dxa"/>
              <w:right w:w="70" w:type="dxa"/>
            </w:tcMar>
            <w:vAlign w:val="center"/>
          </w:tcPr>
          <w:p w14:paraId="0F6C147E"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405AD774"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78084106"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6FB372BF"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5245F50F"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60D71B09"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37351943" w14:textId="77777777" w:rsidR="00A01BC5" w:rsidRPr="006A00BC" w:rsidRDefault="00A01BC5" w:rsidP="006A00BC">
            <w:pPr>
              <w:spacing w:after="240"/>
              <w:rPr>
                <w:sz w:val="24"/>
                <w:szCs w:val="24"/>
              </w:rPr>
            </w:pPr>
          </w:p>
        </w:tc>
      </w:tr>
      <w:tr w:rsidR="00A01BC5" w:rsidRPr="006A00BC" w14:paraId="500F1B74" w14:textId="77777777">
        <w:trPr>
          <w:cantSplit/>
          <w:trHeight w:val="490"/>
          <w:jc w:val="center"/>
        </w:trPr>
        <w:tc>
          <w:tcPr>
            <w:tcW w:w="1584" w:type="dxa"/>
            <w:tcMar>
              <w:top w:w="70" w:type="dxa"/>
              <w:left w:w="70" w:type="dxa"/>
              <w:bottom w:w="70" w:type="dxa"/>
              <w:right w:w="70" w:type="dxa"/>
            </w:tcMar>
            <w:vAlign w:val="center"/>
          </w:tcPr>
          <w:p w14:paraId="0AE3B114"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5C0CF4CD"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78184093"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55723B04"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A4EECC9"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60DE96D0"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564C8174" w14:textId="77777777" w:rsidR="00A01BC5" w:rsidRPr="006A00BC" w:rsidRDefault="00A01BC5" w:rsidP="006A00BC">
            <w:pPr>
              <w:spacing w:after="240"/>
              <w:rPr>
                <w:sz w:val="24"/>
                <w:szCs w:val="24"/>
              </w:rPr>
            </w:pPr>
          </w:p>
        </w:tc>
      </w:tr>
    </w:tbl>
    <w:p w14:paraId="6E9D0296" w14:textId="77777777" w:rsidR="00A01BC5" w:rsidRPr="006A00BC" w:rsidRDefault="00A01BC5" w:rsidP="006A00BC">
      <w:pPr>
        <w:spacing w:after="240"/>
        <w:rPr>
          <w:sz w:val="24"/>
          <w:szCs w:val="24"/>
        </w:rPr>
      </w:pPr>
    </w:p>
    <w:p w14:paraId="18791F58"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Retirement and employment benefits</w:t>
      </w:r>
    </w:p>
    <w:tbl>
      <w:tblPr>
        <w:tblStyle w:val="TableGrid"/>
        <w:tblW w:w="0" w:type="auto"/>
        <w:jc w:val="center"/>
        <w:tblLayout w:type="fixed"/>
        <w:tblLook w:val="04A0" w:firstRow="1" w:lastRow="0" w:firstColumn="1" w:lastColumn="0" w:noHBand="0" w:noVBand="1"/>
      </w:tblPr>
      <w:tblGrid>
        <w:gridCol w:w="1440"/>
        <w:gridCol w:w="1224"/>
        <w:gridCol w:w="1224"/>
        <w:gridCol w:w="936"/>
        <w:gridCol w:w="1800"/>
        <w:gridCol w:w="1440"/>
        <w:gridCol w:w="1655"/>
      </w:tblGrid>
      <w:tr w:rsidR="00A01BC5" w:rsidRPr="006A00BC" w14:paraId="04B5C40F" w14:textId="77777777">
        <w:trPr>
          <w:tblHeader/>
          <w:jc w:val="center"/>
        </w:trPr>
        <w:tc>
          <w:tcPr>
            <w:tcW w:w="1440" w:type="dxa"/>
            <w:shd w:val="clear" w:color="auto" w:fill="E7E6E6"/>
            <w:tcMar>
              <w:top w:w="70" w:type="dxa"/>
              <w:left w:w="70" w:type="dxa"/>
              <w:bottom w:w="70" w:type="dxa"/>
              <w:right w:w="70" w:type="dxa"/>
            </w:tcMar>
            <w:vAlign w:val="center"/>
          </w:tcPr>
          <w:p w14:paraId="79B42757"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Employer / Institution</w:t>
            </w:r>
          </w:p>
        </w:tc>
        <w:tc>
          <w:tcPr>
            <w:tcW w:w="1224" w:type="dxa"/>
            <w:shd w:val="clear" w:color="auto" w:fill="E7E6E6"/>
            <w:tcMar>
              <w:top w:w="70" w:type="dxa"/>
              <w:left w:w="70" w:type="dxa"/>
              <w:bottom w:w="70" w:type="dxa"/>
              <w:right w:w="70" w:type="dxa"/>
            </w:tcMar>
            <w:vAlign w:val="center"/>
          </w:tcPr>
          <w:p w14:paraId="0F56338A"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Plan Type</w:t>
            </w:r>
          </w:p>
        </w:tc>
        <w:tc>
          <w:tcPr>
            <w:tcW w:w="1224" w:type="dxa"/>
            <w:shd w:val="clear" w:color="auto" w:fill="E7E6E6"/>
            <w:tcMar>
              <w:top w:w="70" w:type="dxa"/>
              <w:left w:w="70" w:type="dxa"/>
              <w:bottom w:w="70" w:type="dxa"/>
              <w:right w:w="70" w:type="dxa"/>
            </w:tcMar>
            <w:vAlign w:val="center"/>
          </w:tcPr>
          <w:p w14:paraId="7903DD37"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Participant</w:t>
            </w:r>
          </w:p>
        </w:tc>
        <w:tc>
          <w:tcPr>
            <w:tcW w:w="936" w:type="dxa"/>
            <w:shd w:val="clear" w:color="auto" w:fill="E7E6E6"/>
            <w:tcMar>
              <w:top w:w="70" w:type="dxa"/>
              <w:left w:w="70" w:type="dxa"/>
              <w:bottom w:w="70" w:type="dxa"/>
              <w:right w:w="70" w:type="dxa"/>
            </w:tcMar>
            <w:vAlign w:val="center"/>
          </w:tcPr>
          <w:p w14:paraId="244A8E01"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Last 4 / ID</w:t>
            </w:r>
          </w:p>
        </w:tc>
        <w:tc>
          <w:tcPr>
            <w:tcW w:w="1800" w:type="dxa"/>
            <w:shd w:val="clear" w:color="auto" w:fill="E7E6E6"/>
            <w:tcMar>
              <w:top w:w="70" w:type="dxa"/>
              <w:left w:w="70" w:type="dxa"/>
              <w:bottom w:w="70" w:type="dxa"/>
              <w:right w:w="70" w:type="dxa"/>
            </w:tcMar>
            <w:vAlign w:val="center"/>
          </w:tcPr>
          <w:p w14:paraId="5B367C20"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Primary / Contingent Beneficiary</w:t>
            </w:r>
          </w:p>
        </w:tc>
        <w:tc>
          <w:tcPr>
            <w:tcW w:w="1440" w:type="dxa"/>
            <w:shd w:val="clear" w:color="auto" w:fill="E7E6E6"/>
            <w:tcMar>
              <w:top w:w="70" w:type="dxa"/>
              <w:left w:w="70" w:type="dxa"/>
              <w:bottom w:w="70" w:type="dxa"/>
              <w:right w:w="70" w:type="dxa"/>
            </w:tcMar>
            <w:vAlign w:val="center"/>
          </w:tcPr>
          <w:p w14:paraId="5444C791"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Approx. Value / Benefit</w:t>
            </w:r>
          </w:p>
        </w:tc>
        <w:tc>
          <w:tcPr>
            <w:tcW w:w="1655" w:type="dxa"/>
            <w:shd w:val="clear" w:color="auto" w:fill="E7E6E6"/>
            <w:tcMar>
              <w:top w:w="70" w:type="dxa"/>
              <w:left w:w="70" w:type="dxa"/>
              <w:bottom w:w="70" w:type="dxa"/>
              <w:right w:w="70" w:type="dxa"/>
            </w:tcMar>
            <w:vAlign w:val="center"/>
          </w:tcPr>
          <w:p w14:paraId="6DA8EDC0"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Records / HR Contact</w:t>
            </w:r>
          </w:p>
        </w:tc>
      </w:tr>
      <w:tr w:rsidR="00A01BC5" w:rsidRPr="006A00BC" w14:paraId="3D179A75" w14:textId="77777777">
        <w:trPr>
          <w:cantSplit/>
          <w:trHeight w:val="490"/>
          <w:jc w:val="center"/>
        </w:trPr>
        <w:tc>
          <w:tcPr>
            <w:tcW w:w="1440" w:type="dxa"/>
            <w:tcMar>
              <w:top w:w="70" w:type="dxa"/>
              <w:left w:w="70" w:type="dxa"/>
              <w:bottom w:w="70" w:type="dxa"/>
              <w:right w:w="70" w:type="dxa"/>
            </w:tcMar>
            <w:vAlign w:val="center"/>
          </w:tcPr>
          <w:p w14:paraId="4C2F16BD"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45883FB4"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1700BD93" w14:textId="77777777" w:rsidR="00A01BC5" w:rsidRPr="006A00BC" w:rsidRDefault="00A01BC5" w:rsidP="006A00BC">
            <w:pPr>
              <w:spacing w:after="240"/>
              <w:rPr>
                <w:sz w:val="24"/>
                <w:szCs w:val="24"/>
              </w:rPr>
            </w:pPr>
          </w:p>
        </w:tc>
        <w:tc>
          <w:tcPr>
            <w:tcW w:w="936" w:type="dxa"/>
            <w:tcMar>
              <w:top w:w="70" w:type="dxa"/>
              <w:left w:w="70" w:type="dxa"/>
              <w:bottom w:w="70" w:type="dxa"/>
              <w:right w:w="70" w:type="dxa"/>
            </w:tcMar>
            <w:vAlign w:val="center"/>
          </w:tcPr>
          <w:p w14:paraId="12757A6F"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3FE6B97C"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16696A0"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27AD4407" w14:textId="77777777" w:rsidR="00A01BC5" w:rsidRPr="006A00BC" w:rsidRDefault="00A01BC5" w:rsidP="006A00BC">
            <w:pPr>
              <w:spacing w:after="240"/>
              <w:rPr>
                <w:sz w:val="24"/>
                <w:szCs w:val="24"/>
              </w:rPr>
            </w:pPr>
          </w:p>
        </w:tc>
      </w:tr>
      <w:tr w:rsidR="00A01BC5" w:rsidRPr="006A00BC" w14:paraId="669471DA" w14:textId="77777777">
        <w:trPr>
          <w:cantSplit/>
          <w:trHeight w:val="490"/>
          <w:jc w:val="center"/>
        </w:trPr>
        <w:tc>
          <w:tcPr>
            <w:tcW w:w="1440" w:type="dxa"/>
            <w:tcMar>
              <w:top w:w="70" w:type="dxa"/>
              <w:left w:w="70" w:type="dxa"/>
              <w:bottom w:w="70" w:type="dxa"/>
              <w:right w:w="70" w:type="dxa"/>
            </w:tcMar>
            <w:vAlign w:val="center"/>
          </w:tcPr>
          <w:p w14:paraId="4D8D5325"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41BB87B6"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52521FB7" w14:textId="77777777" w:rsidR="00A01BC5" w:rsidRPr="006A00BC" w:rsidRDefault="00A01BC5" w:rsidP="006A00BC">
            <w:pPr>
              <w:spacing w:after="240"/>
              <w:rPr>
                <w:sz w:val="24"/>
                <w:szCs w:val="24"/>
              </w:rPr>
            </w:pPr>
          </w:p>
        </w:tc>
        <w:tc>
          <w:tcPr>
            <w:tcW w:w="936" w:type="dxa"/>
            <w:tcMar>
              <w:top w:w="70" w:type="dxa"/>
              <w:left w:w="70" w:type="dxa"/>
              <w:bottom w:w="70" w:type="dxa"/>
              <w:right w:w="70" w:type="dxa"/>
            </w:tcMar>
            <w:vAlign w:val="center"/>
          </w:tcPr>
          <w:p w14:paraId="33979E13"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A981CA3"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88F7BF9"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5393C25E" w14:textId="77777777" w:rsidR="00A01BC5" w:rsidRPr="006A00BC" w:rsidRDefault="00A01BC5" w:rsidP="006A00BC">
            <w:pPr>
              <w:spacing w:after="240"/>
              <w:rPr>
                <w:sz w:val="24"/>
                <w:szCs w:val="24"/>
              </w:rPr>
            </w:pPr>
          </w:p>
        </w:tc>
      </w:tr>
      <w:tr w:rsidR="00A01BC5" w:rsidRPr="006A00BC" w14:paraId="24DE2563" w14:textId="77777777">
        <w:trPr>
          <w:cantSplit/>
          <w:trHeight w:val="490"/>
          <w:jc w:val="center"/>
        </w:trPr>
        <w:tc>
          <w:tcPr>
            <w:tcW w:w="1440" w:type="dxa"/>
            <w:tcMar>
              <w:top w:w="70" w:type="dxa"/>
              <w:left w:w="70" w:type="dxa"/>
              <w:bottom w:w="70" w:type="dxa"/>
              <w:right w:w="70" w:type="dxa"/>
            </w:tcMar>
            <w:vAlign w:val="center"/>
          </w:tcPr>
          <w:p w14:paraId="67E0B300"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323FFC0A"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5BB4DAD5" w14:textId="77777777" w:rsidR="00A01BC5" w:rsidRPr="006A00BC" w:rsidRDefault="00A01BC5" w:rsidP="006A00BC">
            <w:pPr>
              <w:spacing w:after="240"/>
              <w:rPr>
                <w:sz w:val="24"/>
                <w:szCs w:val="24"/>
              </w:rPr>
            </w:pPr>
          </w:p>
        </w:tc>
        <w:tc>
          <w:tcPr>
            <w:tcW w:w="936" w:type="dxa"/>
            <w:tcMar>
              <w:top w:w="70" w:type="dxa"/>
              <w:left w:w="70" w:type="dxa"/>
              <w:bottom w:w="70" w:type="dxa"/>
              <w:right w:w="70" w:type="dxa"/>
            </w:tcMar>
            <w:vAlign w:val="center"/>
          </w:tcPr>
          <w:p w14:paraId="443BF6FE"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4B7F5167"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E62C22B"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5DBFDF16" w14:textId="77777777" w:rsidR="00A01BC5" w:rsidRPr="006A00BC" w:rsidRDefault="00A01BC5" w:rsidP="006A00BC">
            <w:pPr>
              <w:spacing w:after="240"/>
              <w:rPr>
                <w:sz w:val="24"/>
                <w:szCs w:val="24"/>
              </w:rPr>
            </w:pPr>
          </w:p>
        </w:tc>
      </w:tr>
      <w:tr w:rsidR="00A01BC5" w:rsidRPr="006A00BC" w14:paraId="74F82296" w14:textId="77777777">
        <w:trPr>
          <w:cantSplit/>
          <w:trHeight w:val="490"/>
          <w:jc w:val="center"/>
        </w:trPr>
        <w:tc>
          <w:tcPr>
            <w:tcW w:w="1440" w:type="dxa"/>
            <w:tcMar>
              <w:top w:w="70" w:type="dxa"/>
              <w:left w:w="70" w:type="dxa"/>
              <w:bottom w:w="70" w:type="dxa"/>
              <w:right w:w="70" w:type="dxa"/>
            </w:tcMar>
            <w:vAlign w:val="center"/>
          </w:tcPr>
          <w:p w14:paraId="794D0AFF"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1BABD625"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2A430682" w14:textId="77777777" w:rsidR="00A01BC5" w:rsidRPr="006A00BC" w:rsidRDefault="00A01BC5" w:rsidP="006A00BC">
            <w:pPr>
              <w:spacing w:after="240"/>
              <w:rPr>
                <w:sz w:val="24"/>
                <w:szCs w:val="24"/>
              </w:rPr>
            </w:pPr>
          </w:p>
        </w:tc>
        <w:tc>
          <w:tcPr>
            <w:tcW w:w="936" w:type="dxa"/>
            <w:tcMar>
              <w:top w:w="70" w:type="dxa"/>
              <w:left w:w="70" w:type="dxa"/>
              <w:bottom w:w="70" w:type="dxa"/>
              <w:right w:w="70" w:type="dxa"/>
            </w:tcMar>
            <w:vAlign w:val="center"/>
          </w:tcPr>
          <w:p w14:paraId="685D847D"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66B09263"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EECDE25"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001306CA" w14:textId="77777777" w:rsidR="00A01BC5" w:rsidRPr="006A00BC" w:rsidRDefault="00A01BC5" w:rsidP="006A00BC">
            <w:pPr>
              <w:spacing w:after="240"/>
              <w:rPr>
                <w:sz w:val="24"/>
                <w:szCs w:val="24"/>
              </w:rPr>
            </w:pPr>
          </w:p>
        </w:tc>
      </w:tr>
      <w:tr w:rsidR="00A01BC5" w:rsidRPr="006A00BC" w14:paraId="5CED497A" w14:textId="77777777">
        <w:trPr>
          <w:cantSplit/>
          <w:trHeight w:val="490"/>
          <w:jc w:val="center"/>
        </w:trPr>
        <w:tc>
          <w:tcPr>
            <w:tcW w:w="1440" w:type="dxa"/>
            <w:tcMar>
              <w:top w:w="70" w:type="dxa"/>
              <w:left w:w="70" w:type="dxa"/>
              <w:bottom w:w="70" w:type="dxa"/>
              <w:right w:w="70" w:type="dxa"/>
            </w:tcMar>
            <w:vAlign w:val="center"/>
          </w:tcPr>
          <w:p w14:paraId="6E53BEF7"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1DD1F58E"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1AC60AC0" w14:textId="77777777" w:rsidR="00A01BC5" w:rsidRPr="006A00BC" w:rsidRDefault="00A01BC5" w:rsidP="006A00BC">
            <w:pPr>
              <w:spacing w:after="240"/>
              <w:rPr>
                <w:sz w:val="24"/>
                <w:szCs w:val="24"/>
              </w:rPr>
            </w:pPr>
          </w:p>
        </w:tc>
        <w:tc>
          <w:tcPr>
            <w:tcW w:w="936" w:type="dxa"/>
            <w:tcMar>
              <w:top w:w="70" w:type="dxa"/>
              <w:left w:w="70" w:type="dxa"/>
              <w:bottom w:w="70" w:type="dxa"/>
              <w:right w:w="70" w:type="dxa"/>
            </w:tcMar>
            <w:vAlign w:val="center"/>
          </w:tcPr>
          <w:p w14:paraId="3A972A23"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4385801"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0950FA8"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41866C15" w14:textId="77777777" w:rsidR="00A01BC5" w:rsidRPr="006A00BC" w:rsidRDefault="00A01BC5" w:rsidP="006A00BC">
            <w:pPr>
              <w:spacing w:after="240"/>
              <w:rPr>
                <w:sz w:val="24"/>
                <w:szCs w:val="24"/>
              </w:rPr>
            </w:pPr>
          </w:p>
        </w:tc>
      </w:tr>
      <w:tr w:rsidR="00A01BC5" w:rsidRPr="006A00BC" w14:paraId="09FE472A" w14:textId="77777777">
        <w:trPr>
          <w:cantSplit/>
          <w:trHeight w:val="490"/>
          <w:jc w:val="center"/>
        </w:trPr>
        <w:tc>
          <w:tcPr>
            <w:tcW w:w="1440" w:type="dxa"/>
            <w:tcMar>
              <w:top w:w="70" w:type="dxa"/>
              <w:left w:w="70" w:type="dxa"/>
              <w:bottom w:w="70" w:type="dxa"/>
              <w:right w:w="70" w:type="dxa"/>
            </w:tcMar>
            <w:vAlign w:val="center"/>
          </w:tcPr>
          <w:p w14:paraId="1628C416"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34F72FA6"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09EBBADD" w14:textId="77777777" w:rsidR="00A01BC5" w:rsidRPr="006A00BC" w:rsidRDefault="00A01BC5" w:rsidP="006A00BC">
            <w:pPr>
              <w:spacing w:after="240"/>
              <w:rPr>
                <w:sz w:val="24"/>
                <w:szCs w:val="24"/>
              </w:rPr>
            </w:pPr>
          </w:p>
        </w:tc>
        <w:tc>
          <w:tcPr>
            <w:tcW w:w="936" w:type="dxa"/>
            <w:tcMar>
              <w:top w:w="70" w:type="dxa"/>
              <w:left w:w="70" w:type="dxa"/>
              <w:bottom w:w="70" w:type="dxa"/>
              <w:right w:w="70" w:type="dxa"/>
            </w:tcMar>
            <w:vAlign w:val="center"/>
          </w:tcPr>
          <w:p w14:paraId="336C75AB"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62EB029A"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CCFB3D8"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773366DE" w14:textId="77777777" w:rsidR="00A01BC5" w:rsidRPr="006A00BC" w:rsidRDefault="00A01BC5" w:rsidP="006A00BC">
            <w:pPr>
              <w:spacing w:after="240"/>
              <w:rPr>
                <w:sz w:val="24"/>
                <w:szCs w:val="24"/>
              </w:rPr>
            </w:pPr>
          </w:p>
        </w:tc>
      </w:tr>
      <w:tr w:rsidR="00A01BC5" w:rsidRPr="006A00BC" w14:paraId="03EEF9CE" w14:textId="77777777">
        <w:trPr>
          <w:cantSplit/>
          <w:trHeight w:val="490"/>
          <w:jc w:val="center"/>
        </w:trPr>
        <w:tc>
          <w:tcPr>
            <w:tcW w:w="1440" w:type="dxa"/>
            <w:tcMar>
              <w:top w:w="70" w:type="dxa"/>
              <w:left w:w="70" w:type="dxa"/>
              <w:bottom w:w="70" w:type="dxa"/>
              <w:right w:w="70" w:type="dxa"/>
            </w:tcMar>
            <w:vAlign w:val="center"/>
          </w:tcPr>
          <w:p w14:paraId="7AFCDB1D"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516EE4F7"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2652B445" w14:textId="77777777" w:rsidR="00A01BC5" w:rsidRPr="006A00BC" w:rsidRDefault="00A01BC5" w:rsidP="006A00BC">
            <w:pPr>
              <w:spacing w:after="240"/>
              <w:rPr>
                <w:sz w:val="24"/>
                <w:szCs w:val="24"/>
              </w:rPr>
            </w:pPr>
          </w:p>
        </w:tc>
        <w:tc>
          <w:tcPr>
            <w:tcW w:w="936" w:type="dxa"/>
            <w:tcMar>
              <w:top w:w="70" w:type="dxa"/>
              <w:left w:w="70" w:type="dxa"/>
              <w:bottom w:w="70" w:type="dxa"/>
              <w:right w:w="70" w:type="dxa"/>
            </w:tcMar>
            <w:vAlign w:val="center"/>
          </w:tcPr>
          <w:p w14:paraId="4DDA7B0E"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1AFA692"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5A960AC0"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49274E2D" w14:textId="77777777" w:rsidR="00A01BC5" w:rsidRPr="006A00BC" w:rsidRDefault="00A01BC5" w:rsidP="006A00BC">
            <w:pPr>
              <w:spacing w:after="240"/>
              <w:rPr>
                <w:sz w:val="24"/>
                <w:szCs w:val="24"/>
              </w:rPr>
            </w:pPr>
          </w:p>
        </w:tc>
      </w:tr>
    </w:tbl>
    <w:p w14:paraId="01F20511" w14:textId="77777777" w:rsidR="00A01BC5" w:rsidRPr="006A00BC" w:rsidRDefault="00A01BC5" w:rsidP="006A00BC">
      <w:pPr>
        <w:spacing w:after="240"/>
        <w:rPr>
          <w:sz w:val="24"/>
          <w:szCs w:val="24"/>
        </w:rPr>
      </w:pPr>
    </w:p>
    <w:p w14:paraId="3CB91D9D" w14:textId="77777777" w:rsidR="00A01BC5" w:rsidRPr="006A00BC" w:rsidRDefault="00000000" w:rsidP="006A00BC">
      <w:pPr>
        <w:spacing w:after="240" w:line="252" w:lineRule="auto"/>
        <w:rPr>
          <w:sz w:val="24"/>
          <w:szCs w:val="24"/>
        </w:rPr>
      </w:pPr>
      <w:r w:rsidRPr="006A00BC">
        <w:rPr>
          <w:rFonts w:eastAsia="Times New Roman" w:cs="Times New Roman"/>
          <w:i/>
          <w:color w:val="555555"/>
          <w:sz w:val="24"/>
          <w:szCs w:val="24"/>
        </w:rPr>
        <w:lastRenderedPageBreak/>
        <w:t>Examples include 401(k), 403(b), 457, IRA/Roth IRA, pension, deferred compensation, employee stock plans, stock options, HSA, and similar benefits. Do not change retirement beneficiaries without considering possible tax consequences.</w:t>
      </w:r>
    </w:p>
    <w:p w14:paraId="24B1F1F9" w14:textId="77777777" w:rsidR="00A01BC5" w:rsidRPr="006A00BC" w:rsidRDefault="00000000" w:rsidP="006A00BC">
      <w:pPr>
        <w:spacing w:after="240"/>
        <w:rPr>
          <w:sz w:val="24"/>
          <w:szCs w:val="24"/>
        </w:rPr>
      </w:pPr>
      <w:r w:rsidRPr="006A00BC">
        <w:rPr>
          <w:sz w:val="24"/>
          <w:szCs w:val="24"/>
        </w:rPr>
        <w:br w:type="page"/>
      </w:r>
    </w:p>
    <w:p w14:paraId="599C9115"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5. Insurance and Annuities</w:t>
      </w:r>
    </w:p>
    <w:p w14:paraId="6676B23C"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Life insurance and annuities</w:t>
      </w:r>
    </w:p>
    <w:tbl>
      <w:tblPr>
        <w:tblStyle w:val="TableGrid"/>
        <w:tblW w:w="0" w:type="auto"/>
        <w:jc w:val="center"/>
        <w:tblLayout w:type="fixed"/>
        <w:tblLook w:val="04A0" w:firstRow="1" w:lastRow="0" w:firstColumn="1" w:lastColumn="0" w:noHBand="0" w:noVBand="1"/>
      </w:tblPr>
      <w:tblGrid>
        <w:gridCol w:w="1440"/>
        <w:gridCol w:w="1296"/>
        <w:gridCol w:w="1440"/>
        <w:gridCol w:w="1224"/>
        <w:gridCol w:w="1872"/>
        <w:gridCol w:w="1655"/>
        <w:gridCol w:w="1152"/>
      </w:tblGrid>
      <w:tr w:rsidR="00A01BC5" w:rsidRPr="006A00BC" w14:paraId="62A82023" w14:textId="77777777">
        <w:trPr>
          <w:tblHeader/>
          <w:jc w:val="center"/>
        </w:trPr>
        <w:tc>
          <w:tcPr>
            <w:tcW w:w="1440" w:type="dxa"/>
            <w:shd w:val="clear" w:color="auto" w:fill="E7E6E6"/>
            <w:tcMar>
              <w:top w:w="70" w:type="dxa"/>
              <w:left w:w="70" w:type="dxa"/>
              <w:bottom w:w="70" w:type="dxa"/>
              <w:right w:w="70" w:type="dxa"/>
            </w:tcMar>
            <w:vAlign w:val="center"/>
          </w:tcPr>
          <w:p w14:paraId="72A09F4E"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Carrier</w:t>
            </w:r>
          </w:p>
        </w:tc>
        <w:tc>
          <w:tcPr>
            <w:tcW w:w="1296" w:type="dxa"/>
            <w:shd w:val="clear" w:color="auto" w:fill="E7E6E6"/>
            <w:tcMar>
              <w:top w:w="70" w:type="dxa"/>
              <w:left w:w="70" w:type="dxa"/>
              <w:bottom w:w="70" w:type="dxa"/>
              <w:right w:w="70" w:type="dxa"/>
            </w:tcMar>
            <w:vAlign w:val="center"/>
          </w:tcPr>
          <w:p w14:paraId="170C68AD"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Policy / Contract (last 4)</w:t>
            </w:r>
          </w:p>
        </w:tc>
        <w:tc>
          <w:tcPr>
            <w:tcW w:w="1440" w:type="dxa"/>
            <w:shd w:val="clear" w:color="auto" w:fill="E7E6E6"/>
            <w:tcMar>
              <w:top w:w="70" w:type="dxa"/>
              <w:left w:w="70" w:type="dxa"/>
              <w:bottom w:w="70" w:type="dxa"/>
              <w:right w:w="70" w:type="dxa"/>
            </w:tcMar>
            <w:vAlign w:val="center"/>
          </w:tcPr>
          <w:p w14:paraId="521879B5"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Insured / Owner</w:t>
            </w:r>
          </w:p>
        </w:tc>
        <w:tc>
          <w:tcPr>
            <w:tcW w:w="1224" w:type="dxa"/>
            <w:shd w:val="clear" w:color="auto" w:fill="E7E6E6"/>
            <w:tcMar>
              <w:top w:w="70" w:type="dxa"/>
              <w:left w:w="70" w:type="dxa"/>
              <w:bottom w:w="70" w:type="dxa"/>
              <w:right w:w="70" w:type="dxa"/>
            </w:tcMar>
            <w:vAlign w:val="center"/>
          </w:tcPr>
          <w:p w14:paraId="1001EBD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Benefit / Value</w:t>
            </w:r>
          </w:p>
        </w:tc>
        <w:tc>
          <w:tcPr>
            <w:tcW w:w="1872" w:type="dxa"/>
            <w:shd w:val="clear" w:color="auto" w:fill="E7E6E6"/>
            <w:tcMar>
              <w:top w:w="70" w:type="dxa"/>
              <w:left w:w="70" w:type="dxa"/>
              <w:bottom w:w="70" w:type="dxa"/>
              <w:right w:w="70" w:type="dxa"/>
            </w:tcMar>
            <w:vAlign w:val="center"/>
          </w:tcPr>
          <w:p w14:paraId="34C0B3AD"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Primary / Contingent Beneficiary</w:t>
            </w:r>
          </w:p>
        </w:tc>
        <w:tc>
          <w:tcPr>
            <w:tcW w:w="1655" w:type="dxa"/>
            <w:shd w:val="clear" w:color="auto" w:fill="E7E6E6"/>
            <w:tcMar>
              <w:top w:w="70" w:type="dxa"/>
              <w:left w:w="70" w:type="dxa"/>
              <w:bottom w:w="70" w:type="dxa"/>
              <w:right w:w="70" w:type="dxa"/>
            </w:tcMar>
            <w:vAlign w:val="center"/>
          </w:tcPr>
          <w:p w14:paraId="5FB9CC4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Agent / Premium Method</w:t>
            </w:r>
          </w:p>
        </w:tc>
        <w:tc>
          <w:tcPr>
            <w:tcW w:w="1152" w:type="dxa"/>
            <w:shd w:val="clear" w:color="auto" w:fill="E7E6E6"/>
            <w:tcMar>
              <w:top w:w="70" w:type="dxa"/>
              <w:left w:w="70" w:type="dxa"/>
              <w:bottom w:w="70" w:type="dxa"/>
              <w:right w:w="70" w:type="dxa"/>
            </w:tcMar>
            <w:vAlign w:val="center"/>
          </w:tcPr>
          <w:p w14:paraId="75DE0D10"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Policy Records</w:t>
            </w:r>
          </w:p>
        </w:tc>
      </w:tr>
      <w:tr w:rsidR="00A01BC5" w:rsidRPr="006A00BC" w14:paraId="0A2CE0CC" w14:textId="77777777">
        <w:trPr>
          <w:cantSplit/>
          <w:trHeight w:val="533"/>
          <w:jc w:val="center"/>
        </w:trPr>
        <w:tc>
          <w:tcPr>
            <w:tcW w:w="1440" w:type="dxa"/>
            <w:tcMar>
              <w:top w:w="70" w:type="dxa"/>
              <w:left w:w="70" w:type="dxa"/>
              <w:bottom w:w="70" w:type="dxa"/>
              <w:right w:w="70" w:type="dxa"/>
            </w:tcMar>
            <w:vAlign w:val="center"/>
          </w:tcPr>
          <w:p w14:paraId="66E5CC55"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18DCCF1E"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A027D80"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7C957BE7"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0DBF360C"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7B8917D6"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556476C2" w14:textId="77777777" w:rsidR="00A01BC5" w:rsidRPr="006A00BC" w:rsidRDefault="00A01BC5" w:rsidP="006A00BC">
            <w:pPr>
              <w:spacing w:after="240"/>
              <w:rPr>
                <w:sz w:val="24"/>
                <w:szCs w:val="24"/>
              </w:rPr>
            </w:pPr>
          </w:p>
        </w:tc>
      </w:tr>
      <w:tr w:rsidR="00A01BC5" w:rsidRPr="006A00BC" w14:paraId="1956E7B3" w14:textId="77777777">
        <w:trPr>
          <w:cantSplit/>
          <w:trHeight w:val="533"/>
          <w:jc w:val="center"/>
        </w:trPr>
        <w:tc>
          <w:tcPr>
            <w:tcW w:w="1440" w:type="dxa"/>
            <w:tcMar>
              <w:top w:w="70" w:type="dxa"/>
              <w:left w:w="70" w:type="dxa"/>
              <w:bottom w:w="70" w:type="dxa"/>
              <w:right w:w="70" w:type="dxa"/>
            </w:tcMar>
            <w:vAlign w:val="center"/>
          </w:tcPr>
          <w:p w14:paraId="76B8B04C"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26504AAC"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714D7416"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436B5465"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07918FD2"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764718B1"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208B415A" w14:textId="77777777" w:rsidR="00A01BC5" w:rsidRPr="006A00BC" w:rsidRDefault="00A01BC5" w:rsidP="006A00BC">
            <w:pPr>
              <w:spacing w:after="240"/>
              <w:rPr>
                <w:sz w:val="24"/>
                <w:szCs w:val="24"/>
              </w:rPr>
            </w:pPr>
          </w:p>
        </w:tc>
      </w:tr>
      <w:tr w:rsidR="00A01BC5" w:rsidRPr="006A00BC" w14:paraId="7380B186" w14:textId="77777777">
        <w:trPr>
          <w:cantSplit/>
          <w:trHeight w:val="533"/>
          <w:jc w:val="center"/>
        </w:trPr>
        <w:tc>
          <w:tcPr>
            <w:tcW w:w="1440" w:type="dxa"/>
            <w:tcMar>
              <w:top w:w="70" w:type="dxa"/>
              <w:left w:w="70" w:type="dxa"/>
              <w:bottom w:w="70" w:type="dxa"/>
              <w:right w:w="70" w:type="dxa"/>
            </w:tcMar>
            <w:vAlign w:val="center"/>
          </w:tcPr>
          <w:p w14:paraId="360374E0"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3DA78DB7"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5FF4853D"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42A8543F"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4EB4BB9E"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068E8839"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250CB4CC" w14:textId="77777777" w:rsidR="00A01BC5" w:rsidRPr="006A00BC" w:rsidRDefault="00A01BC5" w:rsidP="006A00BC">
            <w:pPr>
              <w:spacing w:after="240"/>
              <w:rPr>
                <w:sz w:val="24"/>
                <w:szCs w:val="24"/>
              </w:rPr>
            </w:pPr>
          </w:p>
        </w:tc>
      </w:tr>
      <w:tr w:rsidR="00A01BC5" w:rsidRPr="006A00BC" w14:paraId="56A92254" w14:textId="77777777">
        <w:trPr>
          <w:cantSplit/>
          <w:trHeight w:val="533"/>
          <w:jc w:val="center"/>
        </w:trPr>
        <w:tc>
          <w:tcPr>
            <w:tcW w:w="1440" w:type="dxa"/>
            <w:tcMar>
              <w:top w:w="70" w:type="dxa"/>
              <w:left w:w="70" w:type="dxa"/>
              <w:bottom w:w="70" w:type="dxa"/>
              <w:right w:w="70" w:type="dxa"/>
            </w:tcMar>
            <w:vAlign w:val="center"/>
          </w:tcPr>
          <w:p w14:paraId="2B276375"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211F4A0F"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4868F106"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7CF34945"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1C4ED0F5"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16B30845"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6D50FA8F" w14:textId="77777777" w:rsidR="00A01BC5" w:rsidRPr="006A00BC" w:rsidRDefault="00A01BC5" w:rsidP="006A00BC">
            <w:pPr>
              <w:spacing w:after="240"/>
              <w:rPr>
                <w:sz w:val="24"/>
                <w:szCs w:val="24"/>
              </w:rPr>
            </w:pPr>
          </w:p>
        </w:tc>
      </w:tr>
      <w:tr w:rsidR="00A01BC5" w:rsidRPr="006A00BC" w14:paraId="1C14D83B" w14:textId="77777777">
        <w:trPr>
          <w:cantSplit/>
          <w:trHeight w:val="533"/>
          <w:jc w:val="center"/>
        </w:trPr>
        <w:tc>
          <w:tcPr>
            <w:tcW w:w="1440" w:type="dxa"/>
            <w:tcMar>
              <w:top w:w="70" w:type="dxa"/>
              <w:left w:w="70" w:type="dxa"/>
              <w:bottom w:w="70" w:type="dxa"/>
              <w:right w:w="70" w:type="dxa"/>
            </w:tcMar>
            <w:vAlign w:val="center"/>
          </w:tcPr>
          <w:p w14:paraId="3196DD63"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03B7F5E3"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4360AD8D"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6EEEDAE1"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5C4FCFB7"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7CE0818F"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4BD7423C" w14:textId="77777777" w:rsidR="00A01BC5" w:rsidRPr="006A00BC" w:rsidRDefault="00A01BC5" w:rsidP="006A00BC">
            <w:pPr>
              <w:spacing w:after="240"/>
              <w:rPr>
                <w:sz w:val="24"/>
                <w:szCs w:val="24"/>
              </w:rPr>
            </w:pPr>
          </w:p>
        </w:tc>
      </w:tr>
      <w:tr w:rsidR="00A01BC5" w:rsidRPr="006A00BC" w14:paraId="2A109A85" w14:textId="77777777">
        <w:trPr>
          <w:cantSplit/>
          <w:trHeight w:val="533"/>
          <w:jc w:val="center"/>
        </w:trPr>
        <w:tc>
          <w:tcPr>
            <w:tcW w:w="1440" w:type="dxa"/>
            <w:tcMar>
              <w:top w:w="70" w:type="dxa"/>
              <w:left w:w="70" w:type="dxa"/>
              <w:bottom w:w="70" w:type="dxa"/>
              <w:right w:w="70" w:type="dxa"/>
            </w:tcMar>
            <w:vAlign w:val="center"/>
          </w:tcPr>
          <w:p w14:paraId="66B82081"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40C3E33C"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35F13DA1"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02D6123F"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6986BCAC"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7100FEC1"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4E3A3503" w14:textId="77777777" w:rsidR="00A01BC5" w:rsidRPr="006A00BC" w:rsidRDefault="00A01BC5" w:rsidP="006A00BC">
            <w:pPr>
              <w:spacing w:after="240"/>
              <w:rPr>
                <w:sz w:val="24"/>
                <w:szCs w:val="24"/>
              </w:rPr>
            </w:pPr>
          </w:p>
        </w:tc>
      </w:tr>
    </w:tbl>
    <w:p w14:paraId="5A049F68" w14:textId="77777777" w:rsidR="00A01BC5" w:rsidRPr="006A00BC" w:rsidRDefault="00A01BC5" w:rsidP="006A00BC">
      <w:pPr>
        <w:spacing w:after="240"/>
        <w:rPr>
          <w:sz w:val="24"/>
          <w:szCs w:val="24"/>
        </w:rPr>
      </w:pPr>
    </w:p>
    <w:p w14:paraId="7E64305E"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Other insurance that may need attention during incapacity or estate administration</w:t>
      </w:r>
    </w:p>
    <w:tbl>
      <w:tblPr>
        <w:tblStyle w:val="TableGrid"/>
        <w:tblW w:w="0" w:type="auto"/>
        <w:jc w:val="center"/>
        <w:tblLayout w:type="fixed"/>
        <w:tblLook w:val="04A0" w:firstRow="1" w:lastRow="0" w:firstColumn="1" w:lastColumn="0" w:noHBand="0" w:noVBand="1"/>
      </w:tblPr>
      <w:tblGrid>
        <w:gridCol w:w="1944"/>
        <w:gridCol w:w="1655"/>
        <w:gridCol w:w="1800"/>
        <w:gridCol w:w="1512"/>
        <w:gridCol w:w="1440"/>
        <w:gridCol w:w="1368"/>
      </w:tblGrid>
      <w:tr w:rsidR="00A01BC5" w:rsidRPr="006A00BC" w14:paraId="2509C22A" w14:textId="77777777">
        <w:trPr>
          <w:tblHeader/>
          <w:jc w:val="center"/>
        </w:trPr>
        <w:tc>
          <w:tcPr>
            <w:tcW w:w="1944" w:type="dxa"/>
            <w:shd w:val="clear" w:color="auto" w:fill="E7E6E6"/>
            <w:tcMar>
              <w:top w:w="70" w:type="dxa"/>
              <w:left w:w="70" w:type="dxa"/>
              <w:bottom w:w="70" w:type="dxa"/>
              <w:right w:w="70" w:type="dxa"/>
            </w:tcMar>
            <w:vAlign w:val="center"/>
          </w:tcPr>
          <w:p w14:paraId="64A09350"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Type (home, auto, umbrella, LTC, etc.)</w:t>
            </w:r>
          </w:p>
        </w:tc>
        <w:tc>
          <w:tcPr>
            <w:tcW w:w="1655" w:type="dxa"/>
            <w:shd w:val="clear" w:color="auto" w:fill="E7E6E6"/>
            <w:tcMar>
              <w:top w:w="70" w:type="dxa"/>
              <w:left w:w="70" w:type="dxa"/>
              <w:bottom w:w="70" w:type="dxa"/>
              <w:right w:w="70" w:type="dxa"/>
            </w:tcMar>
            <w:vAlign w:val="center"/>
          </w:tcPr>
          <w:p w14:paraId="7F4045FE"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Carrier / Policy</w:t>
            </w:r>
          </w:p>
        </w:tc>
        <w:tc>
          <w:tcPr>
            <w:tcW w:w="1800" w:type="dxa"/>
            <w:shd w:val="clear" w:color="auto" w:fill="E7E6E6"/>
            <w:tcMar>
              <w:top w:w="70" w:type="dxa"/>
              <w:left w:w="70" w:type="dxa"/>
              <w:bottom w:w="70" w:type="dxa"/>
              <w:right w:w="70" w:type="dxa"/>
            </w:tcMar>
            <w:vAlign w:val="center"/>
          </w:tcPr>
          <w:p w14:paraId="5FCA0A9F"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Property / Person Covered</w:t>
            </w:r>
          </w:p>
        </w:tc>
        <w:tc>
          <w:tcPr>
            <w:tcW w:w="1512" w:type="dxa"/>
            <w:shd w:val="clear" w:color="auto" w:fill="E7E6E6"/>
            <w:tcMar>
              <w:top w:w="70" w:type="dxa"/>
              <w:left w:w="70" w:type="dxa"/>
              <w:bottom w:w="70" w:type="dxa"/>
              <w:right w:w="70" w:type="dxa"/>
            </w:tcMar>
            <w:vAlign w:val="center"/>
          </w:tcPr>
          <w:p w14:paraId="65065E96"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Agent / Phone</w:t>
            </w:r>
          </w:p>
        </w:tc>
        <w:tc>
          <w:tcPr>
            <w:tcW w:w="1440" w:type="dxa"/>
            <w:shd w:val="clear" w:color="auto" w:fill="E7E6E6"/>
            <w:tcMar>
              <w:top w:w="70" w:type="dxa"/>
              <w:left w:w="70" w:type="dxa"/>
              <w:bottom w:w="70" w:type="dxa"/>
              <w:right w:w="70" w:type="dxa"/>
            </w:tcMar>
            <w:vAlign w:val="center"/>
          </w:tcPr>
          <w:p w14:paraId="40677EC1"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Premium / Autopay</w:t>
            </w:r>
          </w:p>
        </w:tc>
        <w:tc>
          <w:tcPr>
            <w:tcW w:w="1368" w:type="dxa"/>
            <w:shd w:val="clear" w:color="auto" w:fill="E7E6E6"/>
            <w:tcMar>
              <w:top w:w="70" w:type="dxa"/>
              <w:left w:w="70" w:type="dxa"/>
              <w:bottom w:w="70" w:type="dxa"/>
              <w:right w:w="70" w:type="dxa"/>
            </w:tcMar>
            <w:vAlign w:val="center"/>
          </w:tcPr>
          <w:p w14:paraId="5D7678EB"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Records / Notes</w:t>
            </w:r>
          </w:p>
        </w:tc>
      </w:tr>
      <w:tr w:rsidR="00A01BC5" w:rsidRPr="006A00BC" w14:paraId="37DAD67B" w14:textId="77777777">
        <w:trPr>
          <w:cantSplit/>
          <w:trHeight w:val="490"/>
          <w:jc w:val="center"/>
        </w:trPr>
        <w:tc>
          <w:tcPr>
            <w:tcW w:w="1944" w:type="dxa"/>
            <w:tcMar>
              <w:top w:w="70" w:type="dxa"/>
              <w:left w:w="70" w:type="dxa"/>
              <w:bottom w:w="70" w:type="dxa"/>
              <w:right w:w="70" w:type="dxa"/>
            </w:tcMar>
            <w:vAlign w:val="center"/>
          </w:tcPr>
          <w:p w14:paraId="026A833A"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4B3903DD"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65560D2D"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31446AAA"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28BCC424"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6CBD5E62" w14:textId="77777777" w:rsidR="00A01BC5" w:rsidRPr="006A00BC" w:rsidRDefault="00A01BC5" w:rsidP="006A00BC">
            <w:pPr>
              <w:spacing w:after="240"/>
              <w:rPr>
                <w:sz w:val="24"/>
                <w:szCs w:val="24"/>
              </w:rPr>
            </w:pPr>
          </w:p>
        </w:tc>
      </w:tr>
      <w:tr w:rsidR="00A01BC5" w:rsidRPr="006A00BC" w14:paraId="7F6E3D8E" w14:textId="77777777">
        <w:trPr>
          <w:cantSplit/>
          <w:trHeight w:val="490"/>
          <w:jc w:val="center"/>
        </w:trPr>
        <w:tc>
          <w:tcPr>
            <w:tcW w:w="1944" w:type="dxa"/>
            <w:tcMar>
              <w:top w:w="70" w:type="dxa"/>
              <w:left w:w="70" w:type="dxa"/>
              <w:bottom w:w="70" w:type="dxa"/>
              <w:right w:w="70" w:type="dxa"/>
            </w:tcMar>
            <w:vAlign w:val="center"/>
          </w:tcPr>
          <w:p w14:paraId="6162F058"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2BAB3AA2"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62F52A72"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726A5032"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739386DF"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7DAA0AD3" w14:textId="77777777" w:rsidR="00A01BC5" w:rsidRPr="006A00BC" w:rsidRDefault="00A01BC5" w:rsidP="006A00BC">
            <w:pPr>
              <w:spacing w:after="240"/>
              <w:rPr>
                <w:sz w:val="24"/>
                <w:szCs w:val="24"/>
              </w:rPr>
            </w:pPr>
          </w:p>
        </w:tc>
      </w:tr>
      <w:tr w:rsidR="00A01BC5" w:rsidRPr="006A00BC" w14:paraId="37E0FF39" w14:textId="77777777">
        <w:trPr>
          <w:cantSplit/>
          <w:trHeight w:val="490"/>
          <w:jc w:val="center"/>
        </w:trPr>
        <w:tc>
          <w:tcPr>
            <w:tcW w:w="1944" w:type="dxa"/>
            <w:tcMar>
              <w:top w:w="70" w:type="dxa"/>
              <w:left w:w="70" w:type="dxa"/>
              <w:bottom w:w="70" w:type="dxa"/>
              <w:right w:w="70" w:type="dxa"/>
            </w:tcMar>
            <w:vAlign w:val="center"/>
          </w:tcPr>
          <w:p w14:paraId="433C68FF"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7F94D493"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0BAC18B8"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643D147F"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6483B2F"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6C1334E4" w14:textId="77777777" w:rsidR="00A01BC5" w:rsidRPr="006A00BC" w:rsidRDefault="00A01BC5" w:rsidP="006A00BC">
            <w:pPr>
              <w:spacing w:after="240"/>
              <w:rPr>
                <w:sz w:val="24"/>
                <w:szCs w:val="24"/>
              </w:rPr>
            </w:pPr>
          </w:p>
        </w:tc>
      </w:tr>
      <w:tr w:rsidR="00A01BC5" w:rsidRPr="006A00BC" w14:paraId="51213A3B" w14:textId="77777777">
        <w:trPr>
          <w:cantSplit/>
          <w:trHeight w:val="490"/>
          <w:jc w:val="center"/>
        </w:trPr>
        <w:tc>
          <w:tcPr>
            <w:tcW w:w="1944" w:type="dxa"/>
            <w:tcMar>
              <w:top w:w="70" w:type="dxa"/>
              <w:left w:w="70" w:type="dxa"/>
              <w:bottom w:w="70" w:type="dxa"/>
              <w:right w:w="70" w:type="dxa"/>
            </w:tcMar>
            <w:vAlign w:val="center"/>
          </w:tcPr>
          <w:p w14:paraId="4DABF2DE"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5890FB39"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4D02ABF9"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7A8C495E"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72E79A26"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3A119F83" w14:textId="77777777" w:rsidR="00A01BC5" w:rsidRPr="006A00BC" w:rsidRDefault="00A01BC5" w:rsidP="006A00BC">
            <w:pPr>
              <w:spacing w:after="240"/>
              <w:rPr>
                <w:sz w:val="24"/>
                <w:szCs w:val="24"/>
              </w:rPr>
            </w:pPr>
          </w:p>
        </w:tc>
      </w:tr>
      <w:tr w:rsidR="00A01BC5" w:rsidRPr="006A00BC" w14:paraId="220498FD" w14:textId="77777777">
        <w:trPr>
          <w:cantSplit/>
          <w:trHeight w:val="490"/>
          <w:jc w:val="center"/>
        </w:trPr>
        <w:tc>
          <w:tcPr>
            <w:tcW w:w="1944" w:type="dxa"/>
            <w:tcMar>
              <w:top w:w="70" w:type="dxa"/>
              <w:left w:w="70" w:type="dxa"/>
              <w:bottom w:w="70" w:type="dxa"/>
              <w:right w:w="70" w:type="dxa"/>
            </w:tcMar>
            <w:vAlign w:val="center"/>
          </w:tcPr>
          <w:p w14:paraId="02C3DAE1"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2EB09D5E"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4891D865"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1E2782D8"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CD35E60"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03D874C7" w14:textId="77777777" w:rsidR="00A01BC5" w:rsidRPr="006A00BC" w:rsidRDefault="00A01BC5" w:rsidP="006A00BC">
            <w:pPr>
              <w:spacing w:after="240"/>
              <w:rPr>
                <w:sz w:val="24"/>
                <w:szCs w:val="24"/>
              </w:rPr>
            </w:pPr>
          </w:p>
        </w:tc>
      </w:tr>
    </w:tbl>
    <w:p w14:paraId="256DD936" w14:textId="77777777" w:rsidR="00A01BC5" w:rsidRPr="006A00BC" w:rsidRDefault="00A01BC5" w:rsidP="006A00BC">
      <w:pPr>
        <w:spacing w:after="240"/>
        <w:rPr>
          <w:sz w:val="24"/>
          <w:szCs w:val="24"/>
        </w:rPr>
      </w:pPr>
    </w:p>
    <w:p w14:paraId="0232A20C" w14:textId="77777777" w:rsidR="00A01BC5" w:rsidRPr="006A00BC" w:rsidRDefault="00000000" w:rsidP="006A00BC">
      <w:pPr>
        <w:spacing w:after="240" w:line="252" w:lineRule="auto"/>
        <w:rPr>
          <w:sz w:val="24"/>
          <w:szCs w:val="24"/>
        </w:rPr>
      </w:pPr>
      <w:r w:rsidRPr="006A00BC">
        <w:rPr>
          <w:rFonts w:eastAsia="Times New Roman" w:cs="Times New Roman"/>
          <w:i/>
          <w:color w:val="555555"/>
          <w:sz w:val="24"/>
          <w:szCs w:val="24"/>
        </w:rPr>
        <w:t>Property and liability coverage can be important while an executor or trustee is maintaining a home, vehicle, or other asset before it is sold or distributed.</w:t>
      </w:r>
    </w:p>
    <w:p w14:paraId="6B7F4707" w14:textId="77777777" w:rsidR="00A01BC5" w:rsidRPr="006A00BC" w:rsidRDefault="00000000" w:rsidP="006A00BC">
      <w:pPr>
        <w:spacing w:after="240"/>
        <w:rPr>
          <w:sz w:val="24"/>
          <w:szCs w:val="24"/>
        </w:rPr>
      </w:pPr>
      <w:r w:rsidRPr="006A00BC">
        <w:rPr>
          <w:sz w:val="24"/>
          <w:szCs w:val="24"/>
        </w:rPr>
        <w:br w:type="page"/>
      </w:r>
    </w:p>
    <w:p w14:paraId="0CD4B8E1"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6. Business Interests, Intellectual Property, Trust Interests, and Money Owed to You</w:t>
      </w:r>
    </w:p>
    <w:p w14:paraId="57C55858"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Businesses, LLCs, corporations, partnerships, and sole proprietorships</w:t>
      </w:r>
    </w:p>
    <w:tbl>
      <w:tblPr>
        <w:tblStyle w:val="TableGrid"/>
        <w:tblW w:w="0" w:type="auto"/>
        <w:jc w:val="center"/>
        <w:tblLayout w:type="fixed"/>
        <w:tblLook w:val="04A0" w:firstRow="1" w:lastRow="0" w:firstColumn="1" w:lastColumn="0" w:noHBand="0" w:noVBand="1"/>
      </w:tblPr>
      <w:tblGrid>
        <w:gridCol w:w="1872"/>
        <w:gridCol w:w="1296"/>
        <w:gridCol w:w="1655"/>
        <w:gridCol w:w="1800"/>
        <w:gridCol w:w="1655"/>
        <w:gridCol w:w="1368"/>
      </w:tblGrid>
      <w:tr w:rsidR="00A01BC5" w:rsidRPr="006A00BC" w14:paraId="06A1263D" w14:textId="77777777">
        <w:trPr>
          <w:tblHeader/>
          <w:jc w:val="center"/>
        </w:trPr>
        <w:tc>
          <w:tcPr>
            <w:tcW w:w="1872" w:type="dxa"/>
            <w:shd w:val="clear" w:color="auto" w:fill="E7E6E6"/>
            <w:tcMar>
              <w:top w:w="70" w:type="dxa"/>
              <w:left w:w="70" w:type="dxa"/>
              <w:bottom w:w="70" w:type="dxa"/>
              <w:right w:w="70" w:type="dxa"/>
            </w:tcMar>
            <w:vAlign w:val="center"/>
          </w:tcPr>
          <w:p w14:paraId="48DB022F"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Business / Entity</w:t>
            </w:r>
          </w:p>
        </w:tc>
        <w:tc>
          <w:tcPr>
            <w:tcW w:w="1296" w:type="dxa"/>
            <w:shd w:val="clear" w:color="auto" w:fill="E7E6E6"/>
            <w:tcMar>
              <w:top w:w="70" w:type="dxa"/>
              <w:left w:w="70" w:type="dxa"/>
              <w:bottom w:w="70" w:type="dxa"/>
              <w:right w:w="70" w:type="dxa"/>
            </w:tcMar>
            <w:vAlign w:val="center"/>
          </w:tcPr>
          <w:p w14:paraId="14EF933A"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Type / State</w:t>
            </w:r>
          </w:p>
        </w:tc>
        <w:tc>
          <w:tcPr>
            <w:tcW w:w="1655" w:type="dxa"/>
            <w:shd w:val="clear" w:color="auto" w:fill="E7E6E6"/>
            <w:tcMar>
              <w:top w:w="70" w:type="dxa"/>
              <w:left w:w="70" w:type="dxa"/>
              <w:bottom w:w="70" w:type="dxa"/>
              <w:right w:w="70" w:type="dxa"/>
            </w:tcMar>
            <w:vAlign w:val="center"/>
          </w:tcPr>
          <w:p w14:paraId="45EFDCDB"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Owner &amp; % Interest</w:t>
            </w:r>
          </w:p>
        </w:tc>
        <w:tc>
          <w:tcPr>
            <w:tcW w:w="1800" w:type="dxa"/>
            <w:shd w:val="clear" w:color="auto" w:fill="E7E6E6"/>
            <w:tcMar>
              <w:top w:w="70" w:type="dxa"/>
              <w:left w:w="70" w:type="dxa"/>
              <w:bottom w:w="70" w:type="dxa"/>
              <w:right w:w="70" w:type="dxa"/>
            </w:tcMar>
            <w:vAlign w:val="center"/>
          </w:tcPr>
          <w:p w14:paraId="1DF88DA9"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Co-owners / Key Contact</w:t>
            </w:r>
          </w:p>
        </w:tc>
        <w:tc>
          <w:tcPr>
            <w:tcW w:w="1655" w:type="dxa"/>
            <w:shd w:val="clear" w:color="auto" w:fill="E7E6E6"/>
            <w:tcMar>
              <w:top w:w="70" w:type="dxa"/>
              <w:left w:w="70" w:type="dxa"/>
              <w:bottom w:w="70" w:type="dxa"/>
              <w:right w:w="70" w:type="dxa"/>
            </w:tcMar>
            <w:vAlign w:val="center"/>
          </w:tcPr>
          <w:p w14:paraId="635F4689"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Operating / Buy-Sell Records</w:t>
            </w:r>
          </w:p>
        </w:tc>
        <w:tc>
          <w:tcPr>
            <w:tcW w:w="1368" w:type="dxa"/>
            <w:shd w:val="clear" w:color="auto" w:fill="E7E6E6"/>
            <w:tcMar>
              <w:top w:w="70" w:type="dxa"/>
              <w:left w:w="70" w:type="dxa"/>
              <w:bottom w:w="70" w:type="dxa"/>
              <w:right w:w="70" w:type="dxa"/>
            </w:tcMar>
            <w:vAlign w:val="center"/>
          </w:tcPr>
          <w:p w14:paraId="5921F42C"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Approx. Value / Notes</w:t>
            </w:r>
          </w:p>
        </w:tc>
      </w:tr>
      <w:tr w:rsidR="00A01BC5" w:rsidRPr="006A00BC" w14:paraId="05CEE2C0" w14:textId="77777777">
        <w:trPr>
          <w:cantSplit/>
          <w:trHeight w:val="547"/>
          <w:jc w:val="center"/>
        </w:trPr>
        <w:tc>
          <w:tcPr>
            <w:tcW w:w="1872" w:type="dxa"/>
            <w:tcMar>
              <w:top w:w="70" w:type="dxa"/>
              <w:left w:w="70" w:type="dxa"/>
              <w:bottom w:w="70" w:type="dxa"/>
              <w:right w:w="70" w:type="dxa"/>
            </w:tcMar>
            <w:vAlign w:val="center"/>
          </w:tcPr>
          <w:p w14:paraId="6F449500"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35150C99"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03911D22"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711742C4"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246959DB"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78A8FBC0" w14:textId="77777777" w:rsidR="00A01BC5" w:rsidRPr="006A00BC" w:rsidRDefault="00A01BC5" w:rsidP="006A00BC">
            <w:pPr>
              <w:spacing w:after="240"/>
              <w:rPr>
                <w:sz w:val="24"/>
                <w:szCs w:val="24"/>
              </w:rPr>
            </w:pPr>
          </w:p>
        </w:tc>
      </w:tr>
      <w:tr w:rsidR="00A01BC5" w:rsidRPr="006A00BC" w14:paraId="0CE21BD9" w14:textId="77777777">
        <w:trPr>
          <w:cantSplit/>
          <w:trHeight w:val="547"/>
          <w:jc w:val="center"/>
        </w:trPr>
        <w:tc>
          <w:tcPr>
            <w:tcW w:w="1872" w:type="dxa"/>
            <w:tcMar>
              <w:top w:w="70" w:type="dxa"/>
              <w:left w:w="70" w:type="dxa"/>
              <w:bottom w:w="70" w:type="dxa"/>
              <w:right w:w="70" w:type="dxa"/>
            </w:tcMar>
            <w:vAlign w:val="center"/>
          </w:tcPr>
          <w:p w14:paraId="6CDD85BC"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09608106"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5642833E"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0B1C6FA"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4F2B3C69"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48B96EF2" w14:textId="77777777" w:rsidR="00A01BC5" w:rsidRPr="006A00BC" w:rsidRDefault="00A01BC5" w:rsidP="006A00BC">
            <w:pPr>
              <w:spacing w:after="240"/>
              <w:rPr>
                <w:sz w:val="24"/>
                <w:szCs w:val="24"/>
              </w:rPr>
            </w:pPr>
          </w:p>
        </w:tc>
      </w:tr>
      <w:tr w:rsidR="00A01BC5" w:rsidRPr="006A00BC" w14:paraId="0EF7B8D4" w14:textId="77777777">
        <w:trPr>
          <w:cantSplit/>
          <w:trHeight w:val="547"/>
          <w:jc w:val="center"/>
        </w:trPr>
        <w:tc>
          <w:tcPr>
            <w:tcW w:w="1872" w:type="dxa"/>
            <w:tcMar>
              <w:top w:w="70" w:type="dxa"/>
              <w:left w:w="70" w:type="dxa"/>
              <w:bottom w:w="70" w:type="dxa"/>
              <w:right w:w="70" w:type="dxa"/>
            </w:tcMar>
            <w:vAlign w:val="center"/>
          </w:tcPr>
          <w:p w14:paraId="595316D1"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639F3899"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6E4B3C44"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753F21D"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4A7C34A7"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19FCB6A6" w14:textId="77777777" w:rsidR="00A01BC5" w:rsidRPr="006A00BC" w:rsidRDefault="00A01BC5" w:rsidP="006A00BC">
            <w:pPr>
              <w:spacing w:after="240"/>
              <w:rPr>
                <w:sz w:val="24"/>
                <w:szCs w:val="24"/>
              </w:rPr>
            </w:pPr>
          </w:p>
        </w:tc>
      </w:tr>
      <w:tr w:rsidR="00A01BC5" w:rsidRPr="006A00BC" w14:paraId="067899FE" w14:textId="77777777">
        <w:trPr>
          <w:cantSplit/>
          <w:trHeight w:val="547"/>
          <w:jc w:val="center"/>
        </w:trPr>
        <w:tc>
          <w:tcPr>
            <w:tcW w:w="1872" w:type="dxa"/>
            <w:tcMar>
              <w:top w:w="70" w:type="dxa"/>
              <w:left w:w="70" w:type="dxa"/>
              <w:bottom w:w="70" w:type="dxa"/>
              <w:right w:w="70" w:type="dxa"/>
            </w:tcMar>
            <w:vAlign w:val="center"/>
          </w:tcPr>
          <w:p w14:paraId="507A4B2C"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7EA2ACA0"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41C56791"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4D22FFD0"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52BCBC1B"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2D894714" w14:textId="77777777" w:rsidR="00A01BC5" w:rsidRPr="006A00BC" w:rsidRDefault="00A01BC5" w:rsidP="006A00BC">
            <w:pPr>
              <w:spacing w:after="240"/>
              <w:rPr>
                <w:sz w:val="24"/>
                <w:szCs w:val="24"/>
              </w:rPr>
            </w:pPr>
          </w:p>
        </w:tc>
      </w:tr>
      <w:tr w:rsidR="00A01BC5" w:rsidRPr="006A00BC" w14:paraId="67B5C800" w14:textId="77777777">
        <w:trPr>
          <w:cantSplit/>
          <w:trHeight w:val="547"/>
          <w:jc w:val="center"/>
        </w:trPr>
        <w:tc>
          <w:tcPr>
            <w:tcW w:w="1872" w:type="dxa"/>
            <w:tcMar>
              <w:top w:w="70" w:type="dxa"/>
              <w:left w:w="70" w:type="dxa"/>
              <w:bottom w:w="70" w:type="dxa"/>
              <w:right w:w="70" w:type="dxa"/>
            </w:tcMar>
            <w:vAlign w:val="center"/>
          </w:tcPr>
          <w:p w14:paraId="5BB862F0"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4BB87DD5"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7FC03CC0"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0CE792EE"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2AFC6DA2"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3106AA08" w14:textId="77777777" w:rsidR="00A01BC5" w:rsidRPr="006A00BC" w:rsidRDefault="00A01BC5" w:rsidP="006A00BC">
            <w:pPr>
              <w:spacing w:after="240"/>
              <w:rPr>
                <w:sz w:val="24"/>
                <w:szCs w:val="24"/>
              </w:rPr>
            </w:pPr>
          </w:p>
        </w:tc>
      </w:tr>
    </w:tbl>
    <w:p w14:paraId="43C692B3" w14:textId="77777777" w:rsidR="00A01BC5" w:rsidRPr="006A00BC" w:rsidRDefault="00A01BC5" w:rsidP="006A00BC">
      <w:pPr>
        <w:spacing w:after="240"/>
        <w:rPr>
          <w:sz w:val="24"/>
          <w:szCs w:val="24"/>
        </w:rPr>
      </w:pPr>
    </w:p>
    <w:p w14:paraId="33F6A9AE" w14:textId="77777777" w:rsidR="00A01BC5" w:rsidRPr="006A00BC" w:rsidRDefault="00000000" w:rsidP="006A00BC">
      <w:pPr>
        <w:spacing w:after="240" w:line="252" w:lineRule="auto"/>
        <w:rPr>
          <w:sz w:val="24"/>
          <w:szCs w:val="24"/>
        </w:rPr>
      </w:pPr>
      <w:r w:rsidRPr="006A00BC">
        <w:rPr>
          <w:rFonts w:eastAsia="Times New Roman" w:cs="Times New Roman"/>
          <w:i/>
          <w:color w:val="555555"/>
          <w:sz w:val="24"/>
          <w:szCs w:val="24"/>
        </w:rPr>
        <w:t>List your ownership interest rather than every asset owned by the company. Note where operating agreements, shareholder agreements, partnership agreements, buy-</w:t>
      </w:r>
      <w:proofErr w:type="gramStart"/>
      <w:r w:rsidRPr="006A00BC">
        <w:rPr>
          <w:rFonts w:eastAsia="Times New Roman" w:cs="Times New Roman"/>
          <w:i/>
          <w:color w:val="555555"/>
          <w:sz w:val="24"/>
          <w:szCs w:val="24"/>
        </w:rPr>
        <w:t>sell</w:t>
      </w:r>
      <w:proofErr w:type="gramEnd"/>
      <w:r w:rsidRPr="006A00BC">
        <w:rPr>
          <w:rFonts w:eastAsia="Times New Roman" w:cs="Times New Roman"/>
          <w:i/>
          <w:color w:val="555555"/>
          <w:sz w:val="24"/>
          <w:szCs w:val="24"/>
        </w:rPr>
        <w:t xml:space="preserve"> agreements, and recent tax or financial records are kept.</w:t>
      </w:r>
    </w:p>
    <w:p w14:paraId="18D84B16"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Loans, promissory notes, mortgages, or other amounts owed to you</w:t>
      </w:r>
    </w:p>
    <w:tbl>
      <w:tblPr>
        <w:tblStyle w:val="TableGrid"/>
        <w:tblW w:w="0" w:type="auto"/>
        <w:jc w:val="center"/>
        <w:tblLayout w:type="fixed"/>
        <w:tblLook w:val="04A0" w:firstRow="1" w:lastRow="0" w:firstColumn="1" w:lastColumn="0" w:noHBand="0" w:noVBand="1"/>
      </w:tblPr>
      <w:tblGrid>
        <w:gridCol w:w="1872"/>
        <w:gridCol w:w="1440"/>
        <w:gridCol w:w="1872"/>
        <w:gridCol w:w="1512"/>
        <w:gridCol w:w="1872"/>
        <w:gridCol w:w="1152"/>
      </w:tblGrid>
      <w:tr w:rsidR="00A01BC5" w:rsidRPr="006A00BC" w14:paraId="7F1B69E6" w14:textId="77777777">
        <w:trPr>
          <w:tblHeader/>
          <w:jc w:val="center"/>
        </w:trPr>
        <w:tc>
          <w:tcPr>
            <w:tcW w:w="1872" w:type="dxa"/>
            <w:shd w:val="clear" w:color="auto" w:fill="E7E6E6"/>
            <w:tcMar>
              <w:top w:w="70" w:type="dxa"/>
              <w:left w:w="70" w:type="dxa"/>
              <w:bottom w:w="70" w:type="dxa"/>
              <w:right w:w="70" w:type="dxa"/>
            </w:tcMar>
            <w:vAlign w:val="center"/>
          </w:tcPr>
          <w:p w14:paraId="3CC53A6C"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Debtor / Payor</w:t>
            </w:r>
          </w:p>
        </w:tc>
        <w:tc>
          <w:tcPr>
            <w:tcW w:w="1440" w:type="dxa"/>
            <w:shd w:val="clear" w:color="auto" w:fill="E7E6E6"/>
            <w:tcMar>
              <w:top w:w="70" w:type="dxa"/>
              <w:left w:w="70" w:type="dxa"/>
              <w:bottom w:w="70" w:type="dxa"/>
              <w:right w:w="70" w:type="dxa"/>
            </w:tcMar>
            <w:vAlign w:val="center"/>
          </w:tcPr>
          <w:p w14:paraId="755F1A3F"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Amount / Balance</w:t>
            </w:r>
          </w:p>
        </w:tc>
        <w:tc>
          <w:tcPr>
            <w:tcW w:w="1872" w:type="dxa"/>
            <w:shd w:val="clear" w:color="auto" w:fill="E7E6E6"/>
            <w:tcMar>
              <w:top w:w="70" w:type="dxa"/>
              <w:left w:w="70" w:type="dxa"/>
              <w:bottom w:w="70" w:type="dxa"/>
              <w:right w:w="70" w:type="dxa"/>
            </w:tcMar>
            <w:vAlign w:val="center"/>
          </w:tcPr>
          <w:p w14:paraId="5C7EDAFF"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Payment Terms</w:t>
            </w:r>
          </w:p>
        </w:tc>
        <w:tc>
          <w:tcPr>
            <w:tcW w:w="1512" w:type="dxa"/>
            <w:shd w:val="clear" w:color="auto" w:fill="E7E6E6"/>
            <w:tcMar>
              <w:top w:w="70" w:type="dxa"/>
              <w:left w:w="70" w:type="dxa"/>
              <w:bottom w:w="70" w:type="dxa"/>
              <w:right w:w="70" w:type="dxa"/>
            </w:tcMar>
            <w:vAlign w:val="center"/>
          </w:tcPr>
          <w:p w14:paraId="09A4491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Collateral (if any)</w:t>
            </w:r>
          </w:p>
        </w:tc>
        <w:tc>
          <w:tcPr>
            <w:tcW w:w="1872" w:type="dxa"/>
            <w:shd w:val="clear" w:color="auto" w:fill="E7E6E6"/>
            <w:tcMar>
              <w:top w:w="70" w:type="dxa"/>
              <w:left w:w="70" w:type="dxa"/>
              <w:bottom w:w="70" w:type="dxa"/>
              <w:right w:w="70" w:type="dxa"/>
            </w:tcMar>
            <w:vAlign w:val="center"/>
          </w:tcPr>
          <w:p w14:paraId="7E94089C"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Original Note / Records</w:t>
            </w:r>
          </w:p>
        </w:tc>
        <w:tc>
          <w:tcPr>
            <w:tcW w:w="1152" w:type="dxa"/>
            <w:shd w:val="clear" w:color="auto" w:fill="E7E6E6"/>
            <w:tcMar>
              <w:top w:w="70" w:type="dxa"/>
              <w:left w:w="70" w:type="dxa"/>
              <w:bottom w:w="70" w:type="dxa"/>
              <w:right w:w="70" w:type="dxa"/>
            </w:tcMar>
            <w:vAlign w:val="center"/>
          </w:tcPr>
          <w:p w14:paraId="101B370B"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Notes</w:t>
            </w:r>
          </w:p>
        </w:tc>
      </w:tr>
      <w:tr w:rsidR="00A01BC5" w:rsidRPr="006A00BC" w14:paraId="2F42A257" w14:textId="77777777">
        <w:trPr>
          <w:cantSplit/>
          <w:trHeight w:val="504"/>
          <w:jc w:val="center"/>
        </w:trPr>
        <w:tc>
          <w:tcPr>
            <w:tcW w:w="1872" w:type="dxa"/>
            <w:tcMar>
              <w:top w:w="70" w:type="dxa"/>
              <w:left w:w="70" w:type="dxa"/>
              <w:bottom w:w="70" w:type="dxa"/>
              <w:right w:w="70" w:type="dxa"/>
            </w:tcMar>
            <w:vAlign w:val="center"/>
          </w:tcPr>
          <w:p w14:paraId="59BA92A4"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598819B"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26B103F5"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6FF19003"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212EC445"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1A2C443D" w14:textId="77777777" w:rsidR="00A01BC5" w:rsidRPr="006A00BC" w:rsidRDefault="00A01BC5" w:rsidP="006A00BC">
            <w:pPr>
              <w:spacing w:after="240"/>
              <w:rPr>
                <w:sz w:val="24"/>
                <w:szCs w:val="24"/>
              </w:rPr>
            </w:pPr>
          </w:p>
        </w:tc>
      </w:tr>
      <w:tr w:rsidR="00A01BC5" w:rsidRPr="006A00BC" w14:paraId="0AD6EAC2" w14:textId="77777777">
        <w:trPr>
          <w:cantSplit/>
          <w:trHeight w:val="504"/>
          <w:jc w:val="center"/>
        </w:trPr>
        <w:tc>
          <w:tcPr>
            <w:tcW w:w="1872" w:type="dxa"/>
            <w:tcMar>
              <w:top w:w="70" w:type="dxa"/>
              <w:left w:w="70" w:type="dxa"/>
              <w:bottom w:w="70" w:type="dxa"/>
              <w:right w:w="70" w:type="dxa"/>
            </w:tcMar>
            <w:vAlign w:val="center"/>
          </w:tcPr>
          <w:p w14:paraId="2A5AB6B4"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751FDBB9"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623D3B38"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6215CCA7"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7958FF6D"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664BF3DA" w14:textId="77777777" w:rsidR="00A01BC5" w:rsidRPr="006A00BC" w:rsidRDefault="00A01BC5" w:rsidP="006A00BC">
            <w:pPr>
              <w:spacing w:after="240"/>
              <w:rPr>
                <w:sz w:val="24"/>
                <w:szCs w:val="24"/>
              </w:rPr>
            </w:pPr>
          </w:p>
        </w:tc>
      </w:tr>
      <w:tr w:rsidR="00A01BC5" w:rsidRPr="006A00BC" w14:paraId="3D0DCB44" w14:textId="77777777">
        <w:trPr>
          <w:cantSplit/>
          <w:trHeight w:val="504"/>
          <w:jc w:val="center"/>
        </w:trPr>
        <w:tc>
          <w:tcPr>
            <w:tcW w:w="1872" w:type="dxa"/>
            <w:tcMar>
              <w:top w:w="70" w:type="dxa"/>
              <w:left w:w="70" w:type="dxa"/>
              <w:bottom w:w="70" w:type="dxa"/>
              <w:right w:w="70" w:type="dxa"/>
            </w:tcMar>
            <w:vAlign w:val="center"/>
          </w:tcPr>
          <w:p w14:paraId="71F8D1EA"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7199FC1C"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3B69B2FC"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61044E47"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7D3BE6BC"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7E0FBE8B" w14:textId="77777777" w:rsidR="00A01BC5" w:rsidRPr="006A00BC" w:rsidRDefault="00A01BC5" w:rsidP="006A00BC">
            <w:pPr>
              <w:spacing w:after="240"/>
              <w:rPr>
                <w:sz w:val="24"/>
                <w:szCs w:val="24"/>
              </w:rPr>
            </w:pPr>
          </w:p>
        </w:tc>
      </w:tr>
      <w:tr w:rsidR="00A01BC5" w:rsidRPr="006A00BC" w14:paraId="3ED4455D" w14:textId="77777777">
        <w:trPr>
          <w:cantSplit/>
          <w:trHeight w:val="504"/>
          <w:jc w:val="center"/>
        </w:trPr>
        <w:tc>
          <w:tcPr>
            <w:tcW w:w="1872" w:type="dxa"/>
            <w:tcMar>
              <w:top w:w="70" w:type="dxa"/>
              <w:left w:w="70" w:type="dxa"/>
              <w:bottom w:w="70" w:type="dxa"/>
              <w:right w:w="70" w:type="dxa"/>
            </w:tcMar>
            <w:vAlign w:val="center"/>
          </w:tcPr>
          <w:p w14:paraId="553BB16A"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E1214CF"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46B53938"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3160E21A"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6CCEC13B"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52D7E0B4" w14:textId="77777777" w:rsidR="00A01BC5" w:rsidRPr="006A00BC" w:rsidRDefault="00A01BC5" w:rsidP="006A00BC">
            <w:pPr>
              <w:spacing w:after="240"/>
              <w:rPr>
                <w:sz w:val="24"/>
                <w:szCs w:val="24"/>
              </w:rPr>
            </w:pPr>
          </w:p>
        </w:tc>
      </w:tr>
    </w:tbl>
    <w:p w14:paraId="7075D0CE" w14:textId="77777777" w:rsidR="00A01BC5" w:rsidRPr="006A00BC" w:rsidRDefault="00A01BC5" w:rsidP="006A00BC">
      <w:pPr>
        <w:spacing w:after="240"/>
        <w:rPr>
          <w:sz w:val="24"/>
          <w:szCs w:val="24"/>
        </w:rPr>
      </w:pPr>
    </w:p>
    <w:p w14:paraId="72D86EBC"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lastRenderedPageBreak/>
        <w:t>Trust, estate, intellectual-property, royalty, or other beneficial interests</w:t>
      </w:r>
    </w:p>
    <w:tbl>
      <w:tblPr>
        <w:tblStyle w:val="TableGrid"/>
        <w:tblW w:w="0" w:type="auto"/>
        <w:jc w:val="center"/>
        <w:tblLayout w:type="fixed"/>
        <w:tblLook w:val="04A0" w:firstRow="1" w:lastRow="0" w:firstColumn="1" w:lastColumn="0" w:noHBand="0" w:noVBand="1"/>
      </w:tblPr>
      <w:tblGrid>
        <w:gridCol w:w="2160"/>
        <w:gridCol w:w="1728"/>
        <w:gridCol w:w="2160"/>
        <w:gridCol w:w="1655"/>
        <w:gridCol w:w="2015"/>
      </w:tblGrid>
      <w:tr w:rsidR="00A01BC5" w:rsidRPr="006A00BC" w14:paraId="4B606A15" w14:textId="77777777">
        <w:trPr>
          <w:tblHeader/>
          <w:jc w:val="center"/>
        </w:trPr>
        <w:tc>
          <w:tcPr>
            <w:tcW w:w="2160" w:type="dxa"/>
            <w:shd w:val="clear" w:color="auto" w:fill="E7E6E6"/>
            <w:tcMar>
              <w:top w:w="70" w:type="dxa"/>
              <w:left w:w="70" w:type="dxa"/>
              <w:bottom w:w="70" w:type="dxa"/>
              <w:right w:w="70" w:type="dxa"/>
            </w:tcMar>
            <w:vAlign w:val="center"/>
          </w:tcPr>
          <w:p w14:paraId="741D24E5"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Asset / Interest</w:t>
            </w:r>
          </w:p>
        </w:tc>
        <w:tc>
          <w:tcPr>
            <w:tcW w:w="1728" w:type="dxa"/>
            <w:shd w:val="clear" w:color="auto" w:fill="E7E6E6"/>
            <w:tcMar>
              <w:top w:w="70" w:type="dxa"/>
              <w:left w:w="70" w:type="dxa"/>
              <w:bottom w:w="70" w:type="dxa"/>
              <w:right w:w="70" w:type="dxa"/>
            </w:tcMar>
            <w:vAlign w:val="center"/>
          </w:tcPr>
          <w:p w14:paraId="1D1D561C"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Owner / Beneficiary</w:t>
            </w:r>
          </w:p>
        </w:tc>
        <w:tc>
          <w:tcPr>
            <w:tcW w:w="2160" w:type="dxa"/>
            <w:shd w:val="clear" w:color="auto" w:fill="E7E6E6"/>
            <w:tcMar>
              <w:top w:w="70" w:type="dxa"/>
              <w:left w:w="70" w:type="dxa"/>
              <w:bottom w:w="70" w:type="dxa"/>
              <w:right w:w="70" w:type="dxa"/>
            </w:tcMar>
            <w:vAlign w:val="center"/>
          </w:tcPr>
          <w:p w14:paraId="097D3FD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Trustee / Payor / Contact</w:t>
            </w:r>
          </w:p>
        </w:tc>
        <w:tc>
          <w:tcPr>
            <w:tcW w:w="1655" w:type="dxa"/>
            <w:shd w:val="clear" w:color="auto" w:fill="E7E6E6"/>
            <w:tcMar>
              <w:top w:w="70" w:type="dxa"/>
              <w:left w:w="70" w:type="dxa"/>
              <w:bottom w:w="70" w:type="dxa"/>
              <w:right w:w="70" w:type="dxa"/>
            </w:tcMar>
            <w:vAlign w:val="center"/>
          </w:tcPr>
          <w:p w14:paraId="2506385A"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Approx. Value / Income</w:t>
            </w:r>
          </w:p>
        </w:tc>
        <w:tc>
          <w:tcPr>
            <w:tcW w:w="2015" w:type="dxa"/>
            <w:shd w:val="clear" w:color="auto" w:fill="E7E6E6"/>
            <w:tcMar>
              <w:top w:w="70" w:type="dxa"/>
              <w:left w:w="70" w:type="dxa"/>
              <w:bottom w:w="70" w:type="dxa"/>
              <w:right w:w="70" w:type="dxa"/>
            </w:tcMar>
            <w:vAlign w:val="center"/>
          </w:tcPr>
          <w:p w14:paraId="7AAC9F19"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Documents / Renewal / Notes</w:t>
            </w:r>
          </w:p>
        </w:tc>
      </w:tr>
      <w:tr w:rsidR="00A01BC5" w:rsidRPr="006A00BC" w14:paraId="02D99F7D" w14:textId="77777777">
        <w:trPr>
          <w:cantSplit/>
          <w:trHeight w:val="504"/>
          <w:jc w:val="center"/>
        </w:trPr>
        <w:tc>
          <w:tcPr>
            <w:tcW w:w="2160" w:type="dxa"/>
            <w:tcMar>
              <w:top w:w="70" w:type="dxa"/>
              <w:left w:w="70" w:type="dxa"/>
              <w:bottom w:w="70" w:type="dxa"/>
              <w:right w:w="70" w:type="dxa"/>
            </w:tcMar>
            <w:vAlign w:val="center"/>
          </w:tcPr>
          <w:p w14:paraId="4CD285F7"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436A2282"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59BA9D88"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673A4F1C"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42F9C3CE" w14:textId="77777777" w:rsidR="00A01BC5" w:rsidRPr="006A00BC" w:rsidRDefault="00A01BC5" w:rsidP="006A00BC">
            <w:pPr>
              <w:spacing w:after="240"/>
              <w:rPr>
                <w:sz w:val="24"/>
                <w:szCs w:val="24"/>
              </w:rPr>
            </w:pPr>
          </w:p>
        </w:tc>
      </w:tr>
      <w:tr w:rsidR="00A01BC5" w:rsidRPr="006A00BC" w14:paraId="229A7F42" w14:textId="77777777">
        <w:trPr>
          <w:cantSplit/>
          <w:trHeight w:val="504"/>
          <w:jc w:val="center"/>
        </w:trPr>
        <w:tc>
          <w:tcPr>
            <w:tcW w:w="2160" w:type="dxa"/>
            <w:tcMar>
              <w:top w:w="70" w:type="dxa"/>
              <w:left w:w="70" w:type="dxa"/>
              <w:bottom w:w="70" w:type="dxa"/>
              <w:right w:w="70" w:type="dxa"/>
            </w:tcMar>
            <w:vAlign w:val="center"/>
          </w:tcPr>
          <w:p w14:paraId="71C8363B"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28D55BA4"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1C2963D8"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7AE810F5"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33DF8FC0" w14:textId="77777777" w:rsidR="00A01BC5" w:rsidRPr="006A00BC" w:rsidRDefault="00A01BC5" w:rsidP="006A00BC">
            <w:pPr>
              <w:spacing w:after="240"/>
              <w:rPr>
                <w:sz w:val="24"/>
                <w:szCs w:val="24"/>
              </w:rPr>
            </w:pPr>
          </w:p>
        </w:tc>
      </w:tr>
      <w:tr w:rsidR="00A01BC5" w:rsidRPr="006A00BC" w14:paraId="158F6125" w14:textId="77777777">
        <w:trPr>
          <w:cantSplit/>
          <w:trHeight w:val="504"/>
          <w:jc w:val="center"/>
        </w:trPr>
        <w:tc>
          <w:tcPr>
            <w:tcW w:w="2160" w:type="dxa"/>
            <w:tcMar>
              <w:top w:w="70" w:type="dxa"/>
              <w:left w:w="70" w:type="dxa"/>
              <w:bottom w:w="70" w:type="dxa"/>
              <w:right w:w="70" w:type="dxa"/>
            </w:tcMar>
            <w:vAlign w:val="center"/>
          </w:tcPr>
          <w:p w14:paraId="1C10DDE5"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4E1D68A4"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59443C3C"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29C7AFC7"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6CAF20EF" w14:textId="77777777" w:rsidR="00A01BC5" w:rsidRPr="006A00BC" w:rsidRDefault="00A01BC5" w:rsidP="006A00BC">
            <w:pPr>
              <w:spacing w:after="240"/>
              <w:rPr>
                <w:sz w:val="24"/>
                <w:szCs w:val="24"/>
              </w:rPr>
            </w:pPr>
          </w:p>
        </w:tc>
      </w:tr>
      <w:tr w:rsidR="00A01BC5" w:rsidRPr="006A00BC" w14:paraId="7A84FB17" w14:textId="77777777">
        <w:trPr>
          <w:cantSplit/>
          <w:trHeight w:val="504"/>
          <w:jc w:val="center"/>
        </w:trPr>
        <w:tc>
          <w:tcPr>
            <w:tcW w:w="2160" w:type="dxa"/>
            <w:tcMar>
              <w:top w:w="70" w:type="dxa"/>
              <w:left w:w="70" w:type="dxa"/>
              <w:bottom w:w="70" w:type="dxa"/>
              <w:right w:w="70" w:type="dxa"/>
            </w:tcMar>
            <w:vAlign w:val="center"/>
          </w:tcPr>
          <w:p w14:paraId="388E86B5"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4ED2A56B"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0220E7A5"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43635C63"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55DC2BB1" w14:textId="77777777" w:rsidR="00A01BC5" w:rsidRPr="006A00BC" w:rsidRDefault="00A01BC5" w:rsidP="006A00BC">
            <w:pPr>
              <w:spacing w:after="240"/>
              <w:rPr>
                <w:sz w:val="24"/>
                <w:szCs w:val="24"/>
              </w:rPr>
            </w:pPr>
          </w:p>
        </w:tc>
      </w:tr>
    </w:tbl>
    <w:p w14:paraId="5AA1A0BB" w14:textId="77777777" w:rsidR="00A01BC5" w:rsidRPr="006A00BC" w:rsidRDefault="00A01BC5" w:rsidP="006A00BC">
      <w:pPr>
        <w:spacing w:after="240"/>
        <w:rPr>
          <w:sz w:val="24"/>
          <w:szCs w:val="24"/>
        </w:rPr>
      </w:pPr>
    </w:p>
    <w:p w14:paraId="05A01E0C" w14:textId="77777777" w:rsidR="00A01BC5" w:rsidRPr="006A00BC" w:rsidRDefault="00000000" w:rsidP="006A00BC">
      <w:pPr>
        <w:spacing w:after="240"/>
        <w:rPr>
          <w:sz w:val="24"/>
          <w:szCs w:val="24"/>
        </w:rPr>
      </w:pPr>
      <w:r w:rsidRPr="006A00BC">
        <w:rPr>
          <w:sz w:val="24"/>
          <w:szCs w:val="24"/>
        </w:rPr>
        <w:br w:type="page"/>
      </w:r>
    </w:p>
    <w:p w14:paraId="6AAD6C5A"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7. Vehicles, Valuable Personal Property, Storage, and Safes</w:t>
      </w:r>
    </w:p>
    <w:p w14:paraId="1A22A92A"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Vehicles, boats, RVs, trailers, and similar titled property</w:t>
      </w:r>
    </w:p>
    <w:tbl>
      <w:tblPr>
        <w:tblStyle w:val="TableGrid"/>
        <w:tblW w:w="0" w:type="auto"/>
        <w:jc w:val="center"/>
        <w:tblLayout w:type="fixed"/>
        <w:tblLook w:val="04A0" w:firstRow="1" w:lastRow="0" w:firstColumn="1" w:lastColumn="0" w:noHBand="0" w:noVBand="1"/>
      </w:tblPr>
      <w:tblGrid>
        <w:gridCol w:w="2015"/>
        <w:gridCol w:w="1440"/>
        <w:gridCol w:w="1584"/>
        <w:gridCol w:w="1584"/>
        <w:gridCol w:w="2015"/>
        <w:gridCol w:w="1296"/>
      </w:tblGrid>
      <w:tr w:rsidR="00A01BC5" w:rsidRPr="006A00BC" w14:paraId="60DB82B7" w14:textId="77777777">
        <w:trPr>
          <w:tblHeader/>
          <w:jc w:val="center"/>
        </w:trPr>
        <w:tc>
          <w:tcPr>
            <w:tcW w:w="2015" w:type="dxa"/>
            <w:shd w:val="clear" w:color="auto" w:fill="E7E6E6"/>
            <w:tcMar>
              <w:top w:w="70" w:type="dxa"/>
              <w:left w:w="70" w:type="dxa"/>
              <w:bottom w:w="70" w:type="dxa"/>
              <w:right w:w="70" w:type="dxa"/>
            </w:tcMar>
            <w:vAlign w:val="center"/>
          </w:tcPr>
          <w:p w14:paraId="3EC07C6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Year / Make / Model</w:t>
            </w:r>
          </w:p>
        </w:tc>
        <w:tc>
          <w:tcPr>
            <w:tcW w:w="1440" w:type="dxa"/>
            <w:shd w:val="clear" w:color="auto" w:fill="E7E6E6"/>
            <w:tcMar>
              <w:top w:w="70" w:type="dxa"/>
              <w:left w:w="70" w:type="dxa"/>
              <w:bottom w:w="70" w:type="dxa"/>
              <w:right w:w="70" w:type="dxa"/>
            </w:tcMar>
            <w:vAlign w:val="center"/>
          </w:tcPr>
          <w:p w14:paraId="7970AA6B"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VIN / Serial (last 6)</w:t>
            </w:r>
          </w:p>
        </w:tc>
        <w:tc>
          <w:tcPr>
            <w:tcW w:w="1584" w:type="dxa"/>
            <w:shd w:val="clear" w:color="auto" w:fill="E7E6E6"/>
            <w:tcMar>
              <w:top w:w="70" w:type="dxa"/>
              <w:left w:w="70" w:type="dxa"/>
              <w:bottom w:w="70" w:type="dxa"/>
              <w:right w:w="70" w:type="dxa"/>
            </w:tcMar>
            <w:vAlign w:val="center"/>
          </w:tcPr>
          <w:p w14:paraId="7246BD82"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Title Owner</w:t>
            </w:r>
          </w:p>
        </w:tc>
        <w:tc>
          <w:tcPr>
            <w:tcW w:w="1584" w:type="dxa"/>
            <w:shd w:val="clear" w:color="auto" w:fill="E7E6E6"/>
            <w:tcMar>
              <w:top w:w="70" w:type="dxa"/>
              <w:left w:w="70" w:type="dxa"/>
              <w:bottom w:w="70" w:type="dxa"/>
              <w:right w:w="70" w:type="dxa"/>
            </w:tcMar>
            <w:vAlign w:val="center"/>
          </w:tcPr>
          <w:p w14:paraId="1EE12122"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Loan / Lender</w:t>
            </w:r>
          </w:p>
        </w:tc>
        <w:tc>
          <w:tcPr>
            <w:tcW w:w="2015" w:type="dxa"/>
            <w:shd w:val="clear" w:color="auto" w:fill="E7E6E6"/>
            <w:tcMar>
              <w:top w:w="70" w:type="dxa"/>
              <w:left w:w="70" w:type="dxa"/>
              <w:bottom w:w="70" w:type="dxa"/>
              <w:right w:w="70" w:type="dxa"/>
            </w:tcMar>
            <w:vAlign w:val="center"/>
          </w:tcPr>
          <w:p w14:paraId="3DC0E766"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Title &amp; Insurance Records</w:t>
            </w:r>
          </w:p>
        </w:tc>
        <w:tc>
          <w:tcPr>
            <w:tcW w:w="1296" w:type="dxa"/>
            <w:shd w:val="clear" w:color="auto" w:fill="E7E6E6"/>
            <w:tcMar>
              <w:top w:w="70" w:type="dxa"/>
              <w:left w:w="70" w:type="dxa"/>
              <w:bottom w:w="70" w:type="dxa"/>
              <w:right w:w="70" w:type="dxa"/>
            </w:tcMar>
            <w:vAlign w:val="center"/>
          </w:tcPr>
          <w:p w14:paraId="2C7A09ED"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Location / Notes</w:t>
            </w:r>
          </w:p>
        </w:tc>
      </w:tr>
      <w:tr w:rsidR="00A01BC5" w:rsidRPr="006A00BC" w14:paraId="66E82628" w14:textId="77777777">
        <w:trPr>
          <w:cantSplit/>
          <w:trHeight w:val="504"/>
          <w:jc w:val="center"/>
        </w:trPr>
        <w:tc>
          <w:tcPr>
            <w:tcW w:w="2015" w:type="dxa"/>
            <w:tcMar>
              <w:top w:w="70" w:type="dxa"/>
              <w:left w:w="70" w:type="dxa"/>
              <w:bottom w:w="70" w:type="dxa"/>
              <w:right w:w="70" w:type="dxa"/>
            </w:tcMar>
            <w:vAlign w:val="center"/>
          </w:tcPr>
          <w:p w14:paraId="60329A78"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05CCE54"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53643319"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460923F8"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67B5AB6C"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3F7E2F44" w14:textId="77777777" w:rsidR="00A01BC5" w:rsidRPr="006A00BC" w:rsidRDefault="00A01BC5" w:rsidP="006A00BC">
            <w:pPr>
              <w:spacing w:after="240"/>
              <w:rPr>
                <w:sz w:val="24"/>
                <w:szCs w:val="24"/>
              </w:rPr>
            </w:pPr>
          </w:p>
        </w:tc>
      </w:tr>
      <w:tr w:rsidR="00A01BC5" w:rsidRPr="006A00BC" w14:paraId="2CA33881" w14:textId="77777777">
        <w:trPr>
          <w:cantSplit/>
          <w:trHeight w:val="504"/>
          <w:jc w:val="center"/>
        </w:trPr>
        <w:tc>
          <w:tcPr>
            <w:tcW w:w="2015" w:type="dxa"/>
            <w:tcMar>
              <w:top w:w="70" w:type="dxa"/>
              <w:left w:w="70" w:type="dxa"/>
              <w:bottom w:w="70" w:type="dxa"/>
              <w:right w:w="70" w:type="dxa"/>
            </w:tcMar>
            <w:vAlign w:val="center"/>
          </w:tcPr>
          <w:p w14:paraId="730CC04B"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4B39EF70"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8A36EA3"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0D8199E"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7D5B70ED"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38082C96" w14:textId="77777777" w:rsidR="00A01BC5" w:rsidRPr="006A00BC" w:rsidRDefault="00A01BC5" w:rsidP="006A00BC">
            <w:pPr>
              <w:spacing w:after="240"/>
              <w:rPr>
                <w:sz w:val="24"/>
                <w:szCs w:val="24"/>
              </w:rPr>
            </w:pPr>
          </w:p>
        </w:tc>
      </w:tr>
      <w:tr w:rsidR="00A01BC5" w:rsidRPr="006A00BC" w14:paraId="732731D4" w14:textId="77777777">
        <w:trPr>
          <w:cantSplit/>
          <w:trHeight w:val="504"/>
          <w:jc w:val="center"/>
        </w:trPr>
        <w:tc>
          <w:tcPr>
            <w:tcW w:w="2015" w:type="dxa"/>
            <w:tcMar>
              <w:top w:w="70" w:type="dxa"/>
              <w:left w:w="70" w:type="dxa"/>
              <w:bottom w:w="70" w:type="dxa"/>
              <w:right w:w="70" w:type="dxa"/>
            </w:tcMar>
            <w:vAlign w:val="center"/>
          </w:tcPr>
          <w:p w14:paraId="0CBB87AE"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150D762"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656394C7"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384F8FC1"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5F4AA372"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4D6D3F6E" w14:textId="77777777" w:rsidR="00A01BC5" w:rsidRPr="006A00BC" w:rsidRDefault="00A01BC5" w:rsidP="006A00BC">
            <w:pPr>
              <w:spacing w:after="240"/>
              <w:rPr>
                <w:sz w:val="24"/>
                <w:szCs w:val="24"/>
              </w:rPr>
            </w:pPr>
          </w:p>
        </w:tc>
      </w:tr>
      <w:tr w:rsidR="00A01BC5" w:rsidRPr="006A00BC" w14:paraId="1429F42C" w14:textId="77777777">
        <w:trPr>
          <w:cantSplit/>
          <w:trHeight w:val="504"/>
          <w:jc w:val="center"/>
        </w:trPr>
        <w:tc>
          <w:tcPr>
            <w:tcW w:w="2015" w:type="dxa"/>
            <w:tcMar>
              <w:top w:w="70" w:type="dxa"/>
              <w:left w:w="70" w:type="dxa"/>
              <w:bottom w:w="70" w:type="dxa"/>
              <w:right w:w="70" w:type="dxa"/>
            </w:tcMar>
            <w:vAlign w:val="center"/>
          </w:tcPr>
          <w:p w14:paraId="41AF8E2C"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06EE0714"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74923C9D"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292C55A3"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24DE18C5"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77690D23" w14:textId="77777777" w:rsidR="00A01BC5" w:rsidRPr="006A00BC" w:rsidRDefault="00A01BC5" w:rsidP="006A00BC">
            <w:pPr>
              <w:spacing w:after="240"/>
              <w:rPr>
                <w:sz w:val="24"/>
                <w:szCs w:val="24"/>
              </w:rPr>
            </w:pPr>
          </w:p>
        </w:tc>
      </w:tr>
      <w:tr w:rsidR="00A01BC5" w:rsidRPr="006A00BC" w14:paraId="5F6802AE" w14:textId="77777777">
        <w:trPr>
          <w:cantSplit/>
          <w:trHeight w:val="504"/>
          <w:jc w:val="center"/>
        </w:trPr>
        <w:tc>
          <w:tcPr>
            <w:tcW w:w="2015" w:type="dxa"/>
            <w:tcMar>
              <w:top w:w="70" w:type="dxa"/>
              <w:left w:w="70" w:type="dxa"/>
              <w:bottom w:w="70" w:type="dxa"/>
              <w:right w:w="70" w:type="dxa"/>
            </w:tcMar>
            <w:vAlign w:val="center"/>
          </w:tcPr>
          <w:p w14:paraId="28890A96"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2C67E4B9"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28BE6AF2"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2C19824F"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69A8D39C"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0CCAE962" w14:textId="77777777" w:rsidR="00A01BC5" w:rsidRPr="006A00BC" w:rsidRDefault="00A01BC5" w:rsidP="006A00BC">
            <w:pPr>
              <w:spacing w:after="240"/>
              <w:rPr>
                <w:sz w:val="24"/>
                <w:szCs w:val="24"/>
              </w:rPr>
            </w:pPr>
          </w:p>
        </w:tc>
      </w:tr>
      <w:tr w:rsidR="00A01BC5" w:rsidRPr="006A00BC" w14:paraId="69942052" w14:textId="77777777">
        <w:trPr>
          <w:cantSplit/>
          <w:trHeight w:val="504"/>
          <w:jc w:val="center"/>
        </w:trPr>
        <w:tc>
          <w:tcPr>
            <w:tcW w:w="2015" w:type="dxa"/>
            <w:tcMar>
              <w:top w:w="70" w:type="dxa"/>
              <w:left w:w="70" w:type="dxa"/>
              <w:bottom w:w="70" w:type="dxa"/>
              <w:right w:w="70" w:type="dxa"/>
            </w:tcMar>
            <w:vAlign w:val="center"/>
          </w:tcPr>
          <w:p w14:paraId="343BC240"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7397E072"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248A7565"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6EC66075"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4B6F4E42"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081A073B" w14:textId="77777777" w:rsidR="00A01BC5" w:rsidRPr="006A00BC" w:rsidRDefault="00A01BC5" w:rsidP="006A00BC">
            <w:pPr>
              <w:spacing w:after="240"/>
              <w:rPr>
                <w:sz w:val="24"/>
                <w:szCs w:val="24"/>
              </w:rPr>
            </w:pPr>
          </w:p>
        </w:tc>
      </w:tr>
    </w:tbl>
    <w:p w14:paraId="72A8EB56" w14:textId="77777777" w:rsidR="00A01BC5" w:rsidRPr="006A00BC" w:rsidRDefault="00A01BC5" w:rsidP="006A00BC">
      <w:pPr>
        <w:spacing w:after="240"/>
        <w:rPr>
          <w:sz w:val="24"/>
          <w:szCs w:val="24"/>
        </w:rPr>
      </w:pPr>
    </w:p>
    <w:p w14:paraId="5559449E"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Jewelry, art, collectibles, precious metals, equipment, or other valuable/sentimental property</w:t>
      </w:r>
    </w:p>
    <w:tbl>
      <w:tblPr>
        <w:tblStyle w:val="TableGrid"/>
        <w:tblW w:w="0" w:type="auto"/>
        <w:jc w:val="center"/>
        <w:tblLayout w:type="fixed"/>
        <w:tblLook w:val="04A0" w:firstRow="1" w:lastRow="0" w:firstColumn="1" w:lastColumn="0" w:noHBand="0" w:noVBand="1"/>
      </w:tblPr>
      <w:tblGrid>
        <w:gridCol w:w="2232"/>
        <w:gridCol w:w="1224"/>
        <w:gridCol w:w="1296"/>
        <w:gridCol w:w="1584"/>
        <w:gridCol w:w="2088"/>
        <w:gridCol w:w="1368"/>
      </w:tblGrid>
      <w:tr w:rsidR="00A01BC5" w:rsidRPr="006A00BC" w14:paraId="618A6587" w14:textId="77777777">
        <w:trPr>
          <w:tblHeader/>
          <w:jc w:val="center"/>
        </w:trPr>
        <w:tc>
          <w:tcPr>
            <w:tcW w:w="2232" w:type="dxa"/>
            <w:shd w:val="clear" w:color="auto" w:fill="E7E6E6"/>
            <w:tcMar>
              <w:top w:w="70" w:type="dxa"/>
              <w:left w:w="70" w:type="dxa"/>
              <w:bottom w:w="70" w:type="dxa"/>
              <w:right w:w="70" w:type="dxa"/>
            </w:tcMar>
            <w:vAlign w:val="center"/>
          </w:tcPr>
          <w:p w14:paraId="5CAA3D56"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Item / Collection</w:t>
            </w:r>
          </w:p>
        </w:tc>
        <w:tc>
          <w:tcPr>
            <w:tcW w:w="1224" w:type="dxa"/>
            <w:shd w:val="clear" w:color="auto" w:fill="E7E6E6"/>
            <w:tcMar>
              <w:top w:w="70" w:type="dxa"/>
              <w:left w:w="70" w:type="dxa"/>
              <w:bottom w:w="70" w:type="dxa"/>
              <w:right w:w="70" w:type="dxa"/>
            </w:tcMar>
            <w:vAlign w:val="center"/>
          </w:tcPr>
          <w:p w14:paraId="09FFE137"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Owner</w:t>
            </w:r>
          </w:p>
        </w:tc>
        <w:tc>
          <w:tcPr>
            <w:tcW w:w="1296" w:type="dxa"/>
            <w:shd w:val="clear" w:color="auto" w:fill="E7E6E6"/>
            <w:tcMar>
              <w:top w:w="70" w:type="dxa"/>
              <w:left w:w="70" w:type="dxa"/>
              <w:bottom w:w="70" w:type="dxa"/>
              <w:right w:w="70" w:type="dxa"/>
            </w:tcMar>
            <w:vAlign w:val="center"/>
          </w:tcPr>
          <w:p w14:paraId="386FADB5"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Approx. Value</w:t>
            </w:r>
          </w:p>
        </w:tc>
        <w:tc>
          <w:tcPr>
            <w:tcW w:w="1584" w:type="dxa"/>
            <w:shd w:val="clear" w:color="auto" w:fill="E7E6E6"/>
            <w:tcMar>
              <w:top w:w="70" w:type="dxa"/>
              <w:left w:w="70" w:type="dxa"/>
              <w:bottom w:w="70" w:type="dxa"/>
              <w:right w:w="70" w:type="dxa"/>
            </w:tcMar>
            <w:vAlign w:val="center"/>
          </w:tcPr>
          <w:p w14:paraId="2F67D178"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 xml:space="preserve">Where </w:t>
            </w:r>
            <w:proofErr w:type="gramStart"/>
            <w:r w:rsidRPr="006A00BC">
              <w:rPr>
                <w:rFonts w:eastAsia="Times New Roman" w:cs="Times New Roman"/>
                <w:b/>
                <w:color w:val="222222"/>
                <w:sz w:val="24"/>
                <w:szCs w:val="24"/>
              </w:rPr>
              <w:t>Located</w:t>
            </w:r>
            <w:proofErr w:type="gramEnd"/>
          </w:p>
        </w:tc>
        <w:tc>
          <w:tcPr>
            <w:tcW w:w="2088" w:type="dxa"/>
            <w:shd w:val="clear" w:color="auto" w:fill="E7E6E6"/>
            <w:tcMar>
              <w:top w:w="70" w:type="dxa"/>
              <w:left w:w="70" w:type="dxa"/>
              <w:bottom w:w="70" w:type="dxa"/>
              <w:right w:w="70" w:type="dxa"/>
            </w:tcMar>
            <w:vAlign w:val="center"/>
          </w:tcPr>
          <w:p w14:paraId="3CDBC4D5"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Appraisal / Insurance / Inventory</w:t>
            </w:r>
          </w:p>
        </w:tc>
        <w:tc>
          <w:tcPr>
            <w:tcW w:w="1368" w:type="dxa"/>
            <w:shd w:val="clear" w:color="auto" w:fill="E7E6E6"/>
            <w:tcMar>
              <w:top w:w="70" w:type="dxa"/>
              <w:left w:w="70" w:type="dxa"/>
              <w:bottom w:w="70" w:type="dxa"/>
              <w:right w:w="70" w:type="dxa"/>
            </w:tcMar>
            <w:vAlign w:val="center"/>
          </w:tcPr>
          <w:p w14:paraId="561AE9DB"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Special Notes</w:t>
            </w:r>
          </w:p>
        </w:tc>
      </w:tr>
      <w:tr w:rsidR="00A01BC5" w:rsidRPr="006A00BC" w14:paraId="363BC663" w14:textId="77777777">
        <w:trPr>
          <w:cantSplit/>
          <w:trHeight w:val="504"/>
          <w:jc w:val="center"/>
        </w:trPr>
        <w:tc>
          <w:tcPr>
            <w:tcW w:w="2232" w:type="dxa"/>
            <w:tcMar>
              <w:top w:w="70" w:type="dxa"/>
              <w:left w:w="70" w:type="dxa"/>
              <w:bottom w:w="70" w:type="dxa"/>
              <w:right w:w="70" w:type="dxa"/>
            </w:tcMar>
            <w:vAlign w:val="center"/>
          </w:tcPr>
          <w:p w14:paraId="1565C642"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7C73A020"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7AD2D6C5"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5863A2F"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0972BEDF"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1211216B" w14:textId="77777777" w:rsidR="00A01BC5" w:rsidRPr="006A00BC" w:rsidRDefault="00A01BC5" w:rsidP="006A00BC">
            <w:pPr>
              <w:spacing w:after="240"/>
              <w:rPr>
                <w:sz w:val="24"/>
                <w:szCs w:val="24"/>
              </w:rPr>
            </w:pPr>
          </w:p>
        </w:tc>
      </w:tr>
      <w:tr w:rsidR="00A01BC5" w:rsidRPr="006A00BC" w14:paraId="33C901BC" w14:textId="77777777">
        <w:trPr>
          <w:cantSplit/>
          <w:trHeight w:val="504"/>
          <w:jc w:val="center"/>
        </w:trPr>
        <w:tc>
          <w:tcPr>
            <w:tcW w:w="2232" w:type="dxa"/>
            <w:tcMar>
              <w:top w:w="70" w:type="dxa"/>
              <w:left w:w="70" w:type="dxa"/>
              <w:bottom w:w="70" w:type="dxa"/>
              <w:right w:w="70" w:type="dxa"/>
            </w:tcMar>
            <w:vAlign w:val="center"/>
          </w:tcPr>
          <w:p w14:paraId="2E368681"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7CD2C1BA"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3C5EE59F"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1F9BD1B7"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37C921DD"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3A24E098" w14:textId="77777777" w:rsidR="00A01BC5" w:rsidRPr="006A00BC" w:rsidRDefault="00A01BC5" w:rsidP="006A00BC">
            <w:pPr>
              <w:spacing w:after="240"/>
              <w:rPr>
                <w:sz w:val="24"/>
                <w:szCs w:val="24"/>
              </w:rPr>
            </w:pPr>
          </w:p>
        </w:tc>
      </w:tr>
      <w:tr w:rsidR="00A01BC5" w:rsidRPr="006A00BC" w14:paraId="32CDF918" w14:textId="77777777">
        <w:trPr>
          <w:cantSplit/>
          <w:trHeight w:val="504"/>
          <w:jc w:val="center"/>
        </w:trPr>
        <w:tc>
          <w:tcPr>
            <w:tcW w:w="2232" w:type="dxa"/>
            <w:tcMar>
              <w:top w:w="70" w:type="dxa"/>
              <w:left w:w="70" w:type="dxa"/>
              <w:bottom w:w="70" w:type="dxa"/>
              <w:right w:w="70" w:type="dxa"/>
            </w:tcMar>
            <w:vAlign w:val="center"/>
          </w:tcPr>
          <w:p w14:paraId="41544CF5"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5A192DAA"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12F9CAB9"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13E2C745"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7E034E0C"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5FD61419" w14:textId="77777777" w:rsidR="00A01BC5" w:rsidRPr="006A00BC" w:rsidRDefault="00A01BC5" w:rsidP="006A00BC">
            <w:pPr>
              <w:spacing w:after="240"/>
              <w:rPr>
                <w:sz w:val="24"/>
                <w:szCs w:val="24"/>
              </w:rPr>
            </w:pPr>
          </w:p>
        </w:tc>
      </w:tr>
      <w:tr w:rsidR="00A01BC5" w:rsidRPr="006A00BC" w14:paraId="0D061BEE" w14:textId="77777777">
        <w:trPr>
          <w:cantSplit/>
          <w:trHeight w:val="504"/>
          <w:jc w:val="center"/>
        </w:trPr>
        <w:tc>
          <w:tcPr>
            <w:tcW w:w="2232" w:type="dxa"/>
            <w:tcMar>
              <w:top w:w="70" w:type="dxa"/>
              <w:left w:w="70" w:type="dxa"/>
              <w:bottom w:w="70" w:type="dxa"/>
              <w:right w:w="70" w:type="dxa"/>
            </w:tcMar>
            <w:vAlign w:val="center"/>
          </w:tcPr>
          <w:p w14:paraId="22D9EAC8"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1D10C510"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2764B874"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5E04F21C"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7EC9104F"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0283955F" w14:textId="77777777" w:rsidR="00A01BC5" w:rsidRPr="006A00BC" w:rsidRDefault="00A01BC5" w:rsidP="006A00BC">
            <w:pPr>
              <w:spacing w:after="240"/>
              <w:rPr>
                <w:sz w:val="24"/>
                <w:szCs w:val="24"/>
              </w:rPr>
            </w:pPr>
          </w:p>
        </w:tc>
      </w:tr>
      <w:tr w:rsidR="00A01BC5" w:rsidRPr="006A00BC" w14:paraId="243772A0" w14:textId="77777777">
        <w:trPr>
          <w:cantSplit/>
          <w:trHeight w:val="504"/>
          <w:jc w:val="center"/>
        </w:trPr>
        <w:tc>
          <w:tcPr>
            <w:tcW w:w="2232" w:type="dxa"/>
            <w:tcMar>
              <w:top w:w="70" w:type="dxa"/>
              <w:left w:w="70" w:type="dxa"/>
              <w:bottom w:w="70" w:type="dxa"/>
              <w:right w:w="70" w:type="dxa"/>
            </w:tcMar>
            <w:vAlign w:val="center"/>
          </w:tcPr>
          <w:p w14:paraId="3E6A38B4"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0C0E278D"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1610126F"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19FE75F"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6E7BE014"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215064CB" w14:textId="77777777" w:rsidR="00A01BC5" w:rsidRPr="006A00BC" w:rsidRDefault="00A01BC5" w:rsidP="006A00BC">
            <w:pPr>
              <w:spacing w:after="240"/>
              <w:rPr>
                <w:sz w:val="24"/>
                <w:szCs w:val="24"/>
              </w:rPr>
            </w:pPr>
          </w:p>
        </w:tc>
      </w:tr>
      <w:tr w:rsidR="00A01BC5" w:rsidRPr="006A00BC" w14:paraId="5AAEA811" w14:textId="77777777">
        <w:trPr>
          <w:cantSplit/>
          <w:trHeight w:val="504"/>
          <w:jc w:val="center"/>
        </w:trPr>
        <w:tc>
          <w:tcPr>
            <w:tcW w:w="2232" w:type="dxa"/>
            <w:tcMar>
              <w:top w:w="70" w:type="dxa"/>
              <w:left w:w="70" w:type="dxa"/>
              <w:bottom w:w="70" w:type="dxa"/>
              <w:right w:w="70" w:type="dxa"/>
            </w:tcMar>
            <w:vAlign w:val="center"/>
          </w:tcPr>
          <w:p w14:paraId="7E352469"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57C2CA80"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66DF822A"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27917427"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1221CF6B"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361EE7C8" w14:textId="77777777" w:rsidR="00A01BC5" w:rsidRPr="006A00BC" w:rsidRDefault="00A01BC5" w:rsidP="006A00BC">
            <w:pPr>
              <w:spacing w:after="240"/>
              <w:rPr>
                <w:sz w:val="24"/>
                <w:szCs w:val="24"/>
              </w:rPr>
            </w:pPr>
          </w:p>
        </w:tc>
      </w:tr>
    </w:tbl>
    <w:p w14:paraId="797267CB" w14:textId="77777777" w:rsidR="00A01BC5" w:rsidRPr="006A00BC" w:rsidRDefault="00A01BC5" w:rsidP="006A00BC">
      <w:pPr>
        <w:spacing w:after="240"/>
        <w:rPr>
          <w:sz w:val="24"/>
          <w:szCs w:val="24"/>
        </w:rPr>
      </w:pPr>
    </w:p>
    <w:p w14:paraId="3504CBDC"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lastRenderedPageBreak/>
        <w:t xml:space="preserve">Safe-deposit boxes, home safes, storage units, and other </w:t>
      </w:r>
      <w:proofErr w:type="gramStart"/>
      <w:r w:rsidRPr="006A00BC">
        <w:rPr>
          <w:rFonts w:eastAsia="Times New Roman" w:cs="Times New Roman"/>
          <w:b/>
          <w:color w:val="20364A"/>
          <w:sz w:val="24"/>
          <w:szCs w:val="24"/>
        </w:rPr>
        <w:t>secured</w:t>
      </w:r>
      <w:proofErr w:type="gramEnd"/>
      <w:r w:rsidRPr="006A00BC">
        <w:rPr>
          <w:rFonts w:eastAsia="Times New Roman" w:cs="Times New Roman"/>
          <w:b/>
          <w:color w:val="20364A"/>
          <w:sz w:val="24"/>
          <w:szCs w:val="24"/>
        </w:rPr>
        <w:t xml:space="preserve"> locations</w:t>
      </w:r>
    </w:p>
    <w:tbl>
      <w:tblPr>
        <w:tblStyle w:val="TableGrid"/>
        <w:tblW w:w="0" w:type="auto"/>
        <w:jc w:val="center"/>
        <w:tblLayout w:type="fixed"/>
        <w:tblLook w:val="04A0" w:firstRow="1" w:lastRow="0" w:firstColumn="1" w:lastColumn="0" w:noHBand="0" w:noVBand="1"/>
      </w:tblPr>
      <w:tblGrid>
        <w:gridCol w:w="1584"/>
        <w:gridCol w:w="1800"/>
        <w:gridCol w:w="1080"/>
        <w:gridCol w:w="1584"/>
        <w:gridCol w:w="2088"/>
        <w:gridCol w:w="1440"/>
      </w:tblGrid>
      <w:tr w:rsidR="00A01BC5" w:rsidRPr="006A00BC" w14:paraId="2C2F9407" w14:textId="77777777">
        <w:trPr>
          <w:tblHeader/>
          <w:jc w:val="center"/>
        </w:trPr>
        <w:tc>
          <w:tcPr>
            <w:tcW w:w="1584" w:type="dxa"/>
            <w:shd w:val="clear" w:color="auto" w:fill="E7E6E6"/>
            <w:tcMar>
              <w:top w:w="70" w:type="dxa"/>
              <w:left w:w="70" w:type="dxa"/>
              <w:bottom w:w="70" w:type="dxa"/>
              <w:right w:w="70" w:type="dxa"/>
            </w:tcMar>
            <w:vAlign w:val="center"/>
          </w:tcPr>
          <w:p w14:paraId="140D8D2B"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Type / Institution</w:t>
            </w:r>
          </w:p>
        </w:tc>
        <w:tc>
          <w:tcPr>
            <w:tcW w:w="1800" w:type="dxa"/>
            <w:shd w:val="clear" w:color="auto" w:fill="E7E6E6"/>
            <w:tcMar>
              <w:top w:w="70" w:type="dxa"/>
              <w:left w:w="70" w:type="dxa"/>
              <w:bottom w:w="70" w:type="dxa"/>
              <w:right w:w="70" w:type="dxa"/>
            </w:tcMar>
            <w:vAlign w:val="center"/>
          </w:tcPr>
          <w:p w14:paraId="66ED60B8"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Address / Branch</w:t>
            </w:r>
          </w:p>
        </w:tc>
        <w:tc>
          <w:tcPr>
            <w:tcW w:w="1080" w:type="dxa"/>
            <w:shd w:val="clear" w:color="auto" w:fill="E7E6E6"/>
            <w:tcMar>
              <w:top w:w="70" w:type="dxa"/>
              <w:left w:w="70" w:type="dxa"/>
              <w:bottom w:w="70" w:type="dxa"/>
              <w:right w:w="70" w:type="dxa"/>
            </w:tcMar>
            <w:vAlign w:val="center"/>
          </w:tcPr>
          <w:p w14:paraId="3BA4523A"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Box / Unit No.</w:t>
            </w:r>
          </w:p>
        </w:tc>
        <w:tc>
          <w:tcPr>
            <w:tcW w:w="1584" w:type="dxa"/>
            <w:shd w:val="clear" w:color="auto" w:fill="E7E6E6"/>
            <w:tcMar>
              <w:top w:w="70" w:type="dxa"/>
              <w:left w:w="70" w:type="dxa"/>
              <w:bottom w:w="70" w:type="dxa"/>
              <w:right w:w="70" w:type="dxa"/>
            </w:tcMar>
            <w:vAlign w:val="center"/>
          </w:tcPr>
          <w:p w14:paraId="29F35DAD"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Who Has Access</w:t>
            </w:r>
          </w:p>
        </w:tc>
        <w:tc>
          <w:tcPr>
            <w:tcW w:w="2088" w:type="dxa"/>
            <w:shd w:val="clear" w:color="auto" w:fill="E7E6E6"/>
            <w:tcMar>
              <w:top w:w="70" w:type="dxa"/>
              <w:left w:w="70" w:type="dxa"/>
              <w:bottom w:w="70" w:type="dxa"/>
              <w:right w:w="70" w:type="dxa"/>
            </w:tcMar>
            <w:vAlign w:val="center"/>
          </w:tcPr>
          <w:p w14:paraId="785D912F"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Key / Code / Access Info Location</w:t>
            </w:r>
          </w:p>
        </w:tc>
        <w:tc>
          <w:tcPr>
            <w:tcW w:w="1440" w:type="dxa"/>
            <w:shd w:val="clear" w:color="auto" w:fill="E7E6E6"/>
            <w:tcMar>
              <w:top w:w="70" w:type="dxa"/>
              <w:left w:w="70" w:type="dxa"/>
              <w:bottom w:w="70" w:type="dxa"/>
              <w:right w:w="70" w:type="dxa"/>
            </w:tcMar>
            <w:vAlign w:val="center"/>
          </w:tcPr>
          <w:p w14:paraId="3897A206"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Contents / Notes</w:t>
            </w:r>
          </w:p>
        </w:tc>
      </w:tr>
      <w:tr w:rsidR="00A01BC5" w:rsidRPr="006A00BC" w14:paraId="04F967FA" w14:textId="77777777">
        <w:trPr>
          <w:cantSplit/>
          <w:trHeight w:val="547"/>
          <w:jc w:val="center"/>
        </w:trPr>
        <w:tc>
          <w:tcPr>
            <w:tcW w:w="1584" w:type="dxa"/>
            <w:tcMar>
              <w:top w:w="70" w:type="dxa"/>
              <w:left w:w="70" w:type="dxa"/>
              <w:bottom w:w="70" w:type="dxa"/>
              <w:right w:w="70" w:type="dxa"/>
            </w:tcMar>
            <w:vAlign w:val="center"/>
          </w:tcPr>
          <w:p w14:paraId="384E8DD6"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38A4148C" w14:textId="77777777" w:rsidR="00A01BC5" w:rsidRPr="006A00BC" w:rsidRDefault="00A01BC5" w:rsidP="006A00BC">
            <w:pPr>
              <w:spacing w:after="240"/>
              <w:rPr>
                <w:sz w:val="24"/>
                <w:szCs w:val="24"/>
              </w:rPr>
            </w:pPr>
          </w:p>
        </w:tc>
        <w:tc>
          <w:tcPr>
            <w:tcW w:w="1080" w:type="dxa"/>
            <w:tcMar>
              <w:top w:w="70" w:type="dxa"/>
              <w:left w:w="70" w:type="dxa"/>
              <w:bottom w:w="70" w:type="dxa"/>
              <w:right w:w="70" w:type="dxa"/>
            </w:tcMar>
            <w:vAlign w:val="center"/>
          </w:tcPr>
          <w:p w14:paraId="09B5157B"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305C244"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0EFA4F1F"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33BA1661" w14:textId="77777777" w:rsidR="00A01BC5" w:rsidRPr="006A00BC" w:rsidRDefault="00A01BC5" w:rsidP="006A00BC">
            <w:pPr>
              <w:spacing w:after="240"/>
              <w:rPr>
                <w:sz w:val="24"/>
                <w:szCs w:val="24"/>
              </w:rPr>
            </w:pPr>
          </w:p>
        </w:tc>
      </w:tr>
      <w:tr w:rsidR="00A01BC5" w:rsidRPr="006A00BC" w14:paraId="75A02C35" w14:textId="77777777">
        <w:trPr>
          <w:cantSplit/>
          <w:trHeight w:val="547"/>
          <w:jc w:val="center"/>
        </w:trPr>
        <w:tc>
          <w:tcPr>
            <w:tcW w:w="1584" w:type="dxa"/>
            <w:tcMar>
              <w:top w:w="70" w:type="dxa"/>
              <w:left w:w="70" w:type="dxa"/>
              <w:bottom w:w="70" w:type="dxa"/>
              <w:right w:w="70" w:type="dxa"/>
            </w:tcMar>
            <w:vAlign w:val="center"/>
          </w:tcPr>
          <w:p w14:paraId="6F168209"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4D879784" w14:textId="77777777" w:rsidR="00A01BC5" w:rsidRPr="006A00BC" w:rsidRDefault="00A01BC5" w:rsidP="006A00BC">
            <w:pPr>
              <w:spacing w:after="240"/>
              <w:rPr>
                <w:sz w:val="24"/>
                <w:szCs w:val="24"/>
              </w:rPr>
            </w:pPr>
          </w:p>
        </w:tc>
        <w:tc>
          <w:tcPr>
            <w:tcW w:w="1080" w:type="dxa"/>
            <w:tcMar>
              <w:top w:w="70" w:type="dxa"/>
              <w:left w:w="70" w:type="dxa"/>
              <w:bottom w:w="70" w:type="dxa"/>
              <w:right w:w="70" w:type="dxa"/>
            </w:tcMar>
            <w:vAlign w:val="center"/>
          </w:tcPr>
          <w:p w14:paraId="65CC93B8"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744BE1D7"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1E23F9CE"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53321AF" w14:textId="77777777" w:rsidR="00A01BC5" w:rsidRPr="006A00BC" w:rsidRDefault="00A01BC5" w:rsidP="006A00BC">
            <w:pPr>
              <w:spacing w:after="240"/>
              <w:rPr>
                <w:sz w:val="24"/>
                <w:szCs w:val="24"/>
              </w:rPr>
            </w:pPr>
          </w:p>
        </w:tc>
      </w:tr>
      <w:tr w:rsidR="00A01BC5" w:rsidRPr="006A00BC" w14:paraId="1286835F" w14:textId="77777777">
        <w:trPr>
          <w:cantSplit/>
          <w:trHeight w:val="547"/>
          <w:jc w:val="center"/>
        </w:trPr>
        <w:tc>
          <w:tcPr>
            <w:tcW w:w="1584" w:type="dxa"/>
            <w:tcMar>
              <w:top w:w="70" w:type="dxa"/>
              <w:left w:w="70" w:type="dxa"/>
              <w:bottom w:w="70" w:type="dxa"/>
              <w:right w:w="70" w:type="dxa"/>
            </w:tcMar>
            <w:vAlign w:val="center"/>
          </w:tcPr>
          <w:p w14:paraId="1CCCF434"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7DC1279C" w14:textId="77777777" w:rsidR="00A01BC5" w:rsidRPr="006A00BC" w:rsidRDefault="00A01BC5" w:rsidP="006A00BC">
            <w:pPr>
              <w:spacing w:after="240"/>
              <w:rPr>
                <w:sz w:val="24"/>
                <w:szCs w:val="24"/>
              </w:rPr>
            </w:pPr>
          </w:p>
        </w:tc>
        <w:tc>
          <w:tcPr>
            <w:tcW w:w="1080" w:type="dxa"/>
            <w:tcMar>
              <w:top w:w="70" w:type="dxa"/>
              <w:left w:w="70" w:type="dxa"/>
              <w:bottom w:w="70" w:type="dxa"/>
              <w:right w:w="70" w:type="dxa"/>
            </w:tcMar>
            <w:vAlign w:val="center"/>
          </w:tcPr>
          <w:p w14:paraId="761978C4"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4A3AE306"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502445B4"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A92F325" w14:textId="77777777" w:rsidR="00A01BC5" w:rsidRPr="006A00BC" w:rsidRDefault="00A01BC5" w:rsidP="006A00BC">
            <w:pPr>
              <w:spacing w:after="240"/>
              <w:rPr>
                <w:sz w:val="24"/>
                <w:szCs w:val="24"/>
              </w:rPr>
            </w:pPr>
          </w:p>
        </w:tc>
      </w:tr>
      <w:tr w:rsidR="00A01BC5" w:rsidRPr="006A00BC" w14:paraId="02B7B74D" w14:textId="77777777">
        <w:trPr>
          <w:cantSplit/>
          <w:trHeight w:val="547"/>
          <w:jc w:val="center"/>
        </w:trPr>
        <w:tc>
          <w:tcPr>
            <w:tcW w:w="1584" w:type="dxa"/>
            <w:tcMar>
              <w:top w:w="70" w:type="dxa"/>
              <w:left w:w="70" w:type="dxa"/>
              <w:bottom w:w="70" w:type="dxa"/>
              <w:right w:w="70" w:type="dxa"/>
            </w:tcMar>
            <w:vAlign w:val="center"/>
          </w:tcPr>
          <w:p w14:paraId="4D6A9E71"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0E4D211B" w14:textId="77777777" w:rsidR="00A01BC5" w:rsidRPr="006A00BC" w:rsidRDefault="00A01BC5" w:rsidP="006A00BC">
            <w:pPr>
              <w:spacing w:after="240"/>
              <w:rPr>
                <w:sz w:val="24"/>
                <w:szCs w:val="24"/>
              </w:rPr>
            </w:pPr>
          </w:p>
        </w:tc>
        <w:tc>
          <w:tcPr>
            <w:tcW w:w="1080" w:type="dxa"/>
            <w:tcMar>
              <w:top w:w="70" w:type="dxa"/>
              <w:left w:w="70" w:type="dxa"/>
              <w:bottom w:w="70" w:type="dxa"/>
              <w:right w:w="70" w:type="dxa"/>
            </w:tcMar>
            <w:vAlign w:val="center"/>
          </w:tcPr>
          <w:p w14:paraId="3FFBCA4C"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398C9602"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6163A0BE"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461A86F1" w14:textId="77777777" w:rsidR="00A01BC5" w:rsidRPr="006A00BC" w:rsidRDefault="00A01BC5" w:rsidP="006A00BC">
            <w:pPr>
              <w:spacing w:after="240"/>
              <w:rPr>
                <w:sz w:val="24"/>
                <w:szCs w:val="24"/>
              </w:rPr>
            </w:pPr>
          </w:p>
        </w:tc>
      </w:tr>
    </w:tbl>
    <w:p w14:paraId="5CFFC017" w14:textId="77777777" w:rsidR="00A01BC5" w:rsidRPr="006A00BC" w:rsidRDefault="00A01BC5" w:rsidP="006A00BC">
      <w:pPr>
        <w:spacing w:after="240"/>
        <w:rPr>
          <w:sz w:val="24"/>
          <w:szCs w:val="24"/>
        </w:rPr>
      </w:pPr>
    </w:p>
    <w:p w14:paraId="5A791842" w14:textId="77777777" w:rsidR="00A01BC5" w:rsidRPr="006A00BC" w:rsidRDefault="00000000" w:rsidP="006A00BC">
      <w:pPr>
        <w:spacing w:after="240" w:line="252" w:lineRule="auto"/>
        <w:rPr>
          <w:sz w:val="24"/>
          <w:szCs w:val="24"/>
        </w:rPr>
      </w:pPr>
      <w:r w:rsidRPr="006A00BC">
        <w:rPr>
          <w:rFonts w:eastAsia="Times New Roman" w:cs="Times New Roman"/>
          <w:i/>
          <w:color w:val="555555"/>
          <w:sz w:val="24"/>
          <w:szCs w:val="24"/>
        </w:rPr>
        <w:t xml:space="preserve">Do not put the access code itself </w:t>
      </w:r>
      <w:proofErr w:type="gramStart"/>
      <w:r w:rsidRPr="006A00BC">
        <w:rPr>
          <w:rFonts w:eastAsia="Times New Roman" w:cs="Times New Roman"/>
          <w:i/>
          <w:color w:val="555555"/>
          <w:sz w:val="24"/>
          <w:szCs w:val="24"/>
        </w:rPr>
        <w:t>in</w:t>
      </w:r>
      <w:proofErr w:type="gramEnd"/>
      <w:r w:rsidRPr="006A00BC">
        <w:rPr>
          <w:rFonts w:eastAsia="Times New Roman" w:cs="Times New Roman"/>
          <w:i/>
          <w:color w:val="555555"/>
          <w:sz w:val="24"/>
          <w:szCs w:val="24"/>
        </w:rPr>
        <w:t xml:space="preserve"> this table unless you are comfortable storing the entire organizer at that level of security. It is usually better to state where the code or key can be found.</w:t>
      </w:r>
    </w:p>
    <w:p w14:paraId="72A48E04" w14:textId="77777777" w:rsidR="00A01BC5" w:rsidRPr="006A00BC" w:rsidRDefault="00000000" w:rsidP="006A00BC">
      <w:pPr>
        <w:spacing w:after="240"/>
        <w:rPr>
          <w:sz w:val="24"/>
          <w:szCs w:val="24"/>
        </w:rPr>
      </w:pPr>
      <w:r w:rsidRPr="006A00BC">
        <w:rPr>
          <w:sz w:val="24"/>
          <w:szCs w:val="24"/>
        </w:rPr>
        <w:br w:type="page"/>
      </w:r>
    </w:p>
    <w:p w14:paraId="2DE91AD4"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8. Mortgages, Credit Cards, and Other Liabilities</w:t>
      </w:r>
    </w:p>
    <w:p w14:paraId="62B6F5BB"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Mortgages, HELOCs, vehicle loans, and other secured debt</w:t>
      </w:r>
    </w:p>
    <w:tbl>
      <w:tblPr>
        <w:tblStyle w:val="TableGrid"/>
        <w:tblW w:w="0" w:type="auto"/>
        <w:jc w:val="center"/>
        <w:tblLayout w:type="fixed"/>
        <w:tblLook w:val="04A0" w:firstRow="1" w:lastRow="0" w:firstColumn="1" w:lastColumn="0" w:noHBand="0" w:noVBand="1"/>
      </w:tblPr>
      <w:tblGrid>
        <w:gridCol w:w="1800"/>
        <w:gridCol w:w="1872"/>
        <w:gridCol w:w="1440"/>
        <w:gridCol w:w="1152"/>
        <w:gridCol w:w="1440"/>
        <w:gridCol w:w="2088"/>
      </w:tblGrid>
      <w:tr w:rsidR="00A01BC5" w:rsidRPr="006A00BC" w14:paraId="4D7D9E35" w14:textId="77777777">
        <w:trPr>
          <w:tblHeader/>
          <w:jc w:val="center"/>
        </w:trPr>
        <w:tc>
          <w:tcPr>
            <w:tcW w:w="1800" w:type="dxa"/>
            <w:shd w:val="clear" w:color="auto" w:fill="E7E6E6"/>
            <w:tcMar>
              <w:top w:w="70" w:type="dxa"/>
              <w:left w:w="70" w:type="dxa"/>
              <w:bottom w:w="70" w:type="dxa"/>
              <w:right w:w="70" w:type="dxa"/>
            </w:tcMar>
            <w:vAlign w:val="center"/>
          </w:tcPr>
          <w:p w14:paraId="1FFDE20C"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Creditor / Lender</w:t>
            </w:r>
          </w:p>
        </w:tc>
        <w:tc>
          <w:tcPr>
            <w:tcW w:w="1872" w:type="dxa"/>
            <w:shd w:val="clear" w:color="auto" w:fill="E7E6E6"/>
            <w:tcMar>
              <w:top w:w="70" w:type="dxa"/>
              <w:left w:w="70" w:type="dxa"/>
              <w:bottom w:w="70" w:type="dxa"/>
              <w:right w:w="70" w:type="dxa"/>
            </w:tcMar>
            <w:vAlign w:val="center"/>
          </w:tcPr>
          <w:p w14:paraId="69D5BB67"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Debt Type / Secured By</w:t>
            </w:r>
          </w:p>
        </w:tc>
        <w:tc>
          <w:tcPr>
            <w:tcW w:w="1440" w:type="dxa"/>
            <w:shd w:val="clear" w:color="auto" w:fill="E7E6E6"/>
            <w:tcMar>
              <w:top w:w="70" w:type="dxa"/>
              <w:left w:w="70" w:type="dxa"/>
              <w:bottom w:w="70" w:type="dxa"/>
              <w:right w:w="70" w:type="dxa"/>
            </w:tcMar>
            <w:vAlign w:val="center"/>
          </w:tcPr>
          <w:p w14:paraId="47833E7A"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Borrower(s)</w:t>
            </w:r>
          </w:p>
        </w:tc>
        <w:tc>
          <w:tcPr>
            <w:tcW w:w="1152" w:type="dxa"/>
            <w:shd w:val="clear" w:color="auto" w:fill="E7E6E6"/>
            <w:tcMar>
              <w:top w:w="70" w:type="dxa"/>
              <w:left w:w="70" w:type="dxa"/>
              <w:bottom w:w="70" w:type="dxa"/>
              <w:right w:w="70" w:type="dxa"/>
            </w:tcMar>
            <w:vAlign w:val="center"/>
          </w:tcPr>
          <w:p w14:paraId="1100A2EB"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Last 4 / Loan ID</w:t>
            </w:r>
          </w:p>
        </w:tc>
        <w:tc>
          <w:tcPr>
            <w:tcW w:w="1440" w:type="dxa"/>
            <w:shd w:val="clear" w:color="auto" w:fill="E7E6E6"/>
            <w:tcMar>
              <w:top w:w="70" w:type="dxa"/>
              <w:left w:w="70" w:type="dxa"/>
              <w:bottom w:w="70" w:type="dxa"/>
              <w:right w:w="70" w:type="dxa"/>
            </w:tcMar>
            <w:vAlign w:val="center"/>
          </w:tcPr>
          <w:p w14:paraId="6076C79E"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Approx. Balance</w:t>
            </w:r>
          </w:p>
        </w:tc>
        <w:tc>
          <w:tcPr>
            <w:tcW w:w="2088" w:type="dxa"/>
            <w:shd w:val="clear" w:color="auto" w:fill="E7E6E6"/>
            <w:tcMar>
              <w:top w:w="70" w:type="dxa"/>
              <w:left w:w="70" w:type="dxa"/>
              <w:bottom w:w="70" w:type="dxa"/>
              <w:right w:w="70" w:type="dxa"/>
            </w:tcMar>
            <w:vAlign w:val="center"/>
          </w:tcPr>
          <w:p w14:paraId="47D4E5B8"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Payment / Autopay / Records</w:t>
            </w:r>
          </w:p>
        </w:tc>
      </w:tr>
      <w:tr w:rsidR="00A01BC5" w:rsidRPr="006A00BC" w14:paraId="68212880" w14:textId="77777777">
        <w:trPr>
          <w:cantSplit/>
          <w:trHeight w:val="504"/>
          <w:jc w:val="center"/>
        </w:trPr>
        <w:tc>
          <w:tcPr>
            <w:tcW w:w="1800" w:type="dxa"/>
            <w:tcMar>
              <w:top w:w="70" w:type="dxa"/>
              <w:left w:w="70" w:type="dxa"/>
              <w:bottom w:w="70" w:type="dxa"/>
              <w:right w:w="70" w:type="dxa"/>
            </w:tcMar>
            <w:vAlign w:val="center"/>
          </w:tcPr>
          <w:p w14:paraId="672B3357"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7F5D7382"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3F253970"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1219573B"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7134283B"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78F8494E" w14:textId="77777777" w:rsidR="00A01BC5" w:rsidRPr="006A00BC" w:rsidRDefault="00A01BC5" w:rsidP="006A00BC">
            <w:pPr>
              <w:spacing w:after="240"/>
              <w:rPr>
                <w:sz w:val="24"/>
                <w:szCs w:val="24"/>
              </w:rPr>
            </w:pPr>
          </w:p>
        </w:tc>
      </w:tr>
      <w:tr w:rsidR="00A01BC5" w:rsidRPr="006A00BC" w14:paraId="799C5F42" w14:textId="77777777">
        <w:trPr>
          <w:cantSplit/>
          <w:trHeight w:val="504"/>
          <w:jc w:val="center"/>
        </w:trPr>
        <w:tc>
          <w:tcPr>
            <w:tcW w:w="1800" w:type="dxa"/>
            <w:tcMar>
              <w:top w:w="70" w:type="dxa"/>
              <w:left w:w="70" w:type="dxa"/>
              <w:bottom w:w="70" w:type="dxa"/>
              <w:right w:w="70" w:type="dxa"/>
            </w:tcMar>
            <w:vAlign w:val="center"/>
          </w:tcPr>
          <w:p w14:paraId="5B1B9762"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4C8B5F1F"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9CCFDE8"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6835785B"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6573B69"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3B8F0AC1" w14:textId="77777777" w:rsidR="00A01BC5" w:rsidRPr="006A00BC" w:rsidRDefault="00A01BC5" w:rsidP="006A00BC">
            <w:pPr>
              <w:spacing w:after="240"/>
              <w:rPr>
                <w:sz w:val="24"/>
                <w:szCs w:val="24"/>
              </w:rPr>
            </w:pPr>
          </w:p>
        </w:tc>
      </w:tr>
      <w:tr w:rsidR="00A01BC5" w:rsidRPr="006A00BC" w14:paraId="3A2C0286" w14:textId="77777777">
        <w:trPr>
          <w:cantSplit/>
          <w:trHeight w:val="504"/>
          <w:jc w:val="center"/>
        </w:trPr>
        <w:tc>
          <w:tcPr>
            <w:tcW w:w="1800" w:type="dxa"/>
            <w:tcMar>
              <w:top w:w="70" w:type="dxa"/>
              <w:left w:w="70" w:type="dxa"/>
              <w:bottom w:w="70" w:type="dxa"/>
              <w:right w:w="70" w:type="dxa"/>
            </w:tcMar>
            <w:vAlign w:val="center"/>
          </w:tcPr>
          <w:p w14:paraId="7EFF5C50"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25855449"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06FF4BAA"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0B0675C1"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1E01B0C"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5D7A5C19" w14:textId="77777777" w:rsidR="00A01BC5" w:rsidRPr="006A00BC" w:rsidRDefault="00A01BC5" w:rsidP="006A00BC">
            <w:pPr>
              <w:spacing w:after="240"/>
              <w:rPr>
                <w:sz w:val="24"/>
                <w:szCs w:val="24"/>
              </w:rPr>
            </w:pPr>
          </w:p>
        </w:tc>
      </w:tr>
      <w:tr w:rsidR="00A01BC5" w:rsidRPr="006A00BC" w14:paraId="3454497B" w14:textId="77777777">
        <w:trPr>
          <w:cantSplit/>
          <w:trHeight w:val="504"/>
          <w:jc w:val="center"/>
        </w:trPr>
        <w:tc>
          <w:tcPr>
            <w:tcW w:w="1800" w:type="dxa"/>
            <w:tcMar>
              <w:top w:w="70" w:type="dxa"/>
              <w:left w:w="70" w:type="dxa"/>
              <w:bottom w:w="70" w:type="dxa"/>
              <w:right w:w="70" w:type="dxa"/>
            </w:tcMar>
            <w:vAlign w:val="center"/>
          </w:tcPr>
          <w:p w14:paraId="4569A78B"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014D69AC"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1DBADB9"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33A45B90"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435981FC"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5BDC7A7F" w14:textId="77777777" w:rsidR="00A01BC5" w:rsidRPr="006A00BC" w:rsidRDefault="00A01BC5" w:rsidP="006A00BC">
            <w:pPr>
              <w:spacing w:after="240"/>
              <w:rPr>
                <w:sz w:val="24"/>
                <w:szCs w:val="24"/>
              </w:rPr>
            </w:pPr>
          </w:p>
        </w:tc>
      </w:tr>
      <w:tr w:rsidR="00A01BC5" w:rsidRPr="006A00BC" w14:paraId="4E7573D8" w14:textId="77777777">
        <w:trPr>
          <w:cantSplit/>
          <w:trHeight w:val="504"/>
          <w:jc w:val="center"/>
        </w:trPr>
        <w:tc>
          <w:tcPr>
            <w:tcW w:w="1800" w:type="dxa"/>
            <w:tcMar>
              <w:top w:w="70" w:type="dxa"/>
              <w:left w:w="70" w:type="dxa"/>
              <w:bottom w:w="70" w:type="dxa"/>
              <w:right w:w="70" w:type="dxa"/>
            </w:tcMar>
            <w:vAlign w:val="center"/>
          </w:tcPr>
          <w:p w14:paraId="2093CA61"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60C7A4C8"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60979AD"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148DC6B4"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E0CAD9A"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676CA7FD" w14:textId="77777777" w:rsidR="00A01BC5" w:rsidRPr="006A00BC" w:rsidRDefault="00A01BC5" w:rsidP="006A00BC">
            <w:pPr>
              <w:spacing w:after="240"/>
              <w:rPr>
                <w:sz w:val="24"/>
                <w:szCs w:val="24"/>
              </w:rPr>
            </w:pPr>
          </w:p>
        </w:tc>
      </w:tr>
      <w:tr w:rsidR="00A01BC5" w:rsidRPr="006A00BC" w14:paraId="16E97201" w14:textId="77777777">
        <w:trPr>
          <w:cantSplit/>
          <w:trHeight w:val="504"/>
          <w:jc w:val="center"/>
        </w:trPr>
        <w:tc>
          <w:tcPr>
            <w:tcW w:w="1800" w:type="dxa"/>
            <w:tcMar>
              <w:top w:w="70" w:type="dxa"/>
              <w:left w:w="70" w:type="dxa"/>
              <w:bottom w:w="70" w:type="dxa"/>
              <w:right w:w="70" w:type="dxa"/>
            </w:tcMar>
            <w:vAlign w:val="center"/>
          </w:tcPr>
          <w:p w14:paraId="0AEA04A2"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4EC06230"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4583B323"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687C2E8A"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7F124264"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7A89E37F" w14:textId="77777777" w:rsidR="00A01BC5" w:rsidRPr="006A00BC" w:rsidRDefault="00A01BC5" w:rsidP="006A00BC">
            <w:pPr>
              <w:spacing w:after="240"/>
              <w:rPr>
                <w:sz w:val="24"/>
                <w:szCs w:val="24"/>
              </w:rPr>
            </w:pPr>
          </w:p>
        </w:tc>
      </w:tr>
    </w:tbl>
    <w:p w14:paraId="14C75560" w14:textId="77777777" w:rsidR="00A01BC5" w:rsidRPr="006A00BC" w:rsidRDefault="00A01BC5" w:rsidP="006A00BC">
      <w:pPr>
        <w:spacing w:after="240"/>
        <w:rPr>
          <w:sz w:val="24"/>
          <w:szCs w:val="24"/>
        </w:rPr>
      </w:pPr>
    </w:p>
    <w:p w14:paraId="3E230284"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Credit cards and lines of credit</w:t>
      </w:r>
    </w:p>
    <w:tbl>
      <w:tblPr>
        <w:tblStyle w:val="TableGrid"/>
        <w:tblW w:w="0" w:type="auto"/>
        <w:jc w:val="center"/>
        <w:tblLayout w:type="fixed"/>
        <w:tblLook w:val="04A0" w:firstRow="1" w:lastRow="0" w:firstColumn="1" w:lastColumn="0" w:noHBand="0" w:noVBand="1"/>
      </w:tblPr>
      <w:tblGrid>
        <w:gridCol w:w="1800"/>
        <w:gridCol w:w="1584"/>
        <w:gridCol w:w="1007"/>
        <w:gridCol w:w="1440"/>
        <w:gridCol w:w="1584"/>
        <w:gridCol w:w="2376"/>
      </w:tblGrid>
      <w:tr w:rsidR="00A01BC5" w:rsidRPr="006A00BC" w14:paraId="078F338A" w14:textId="77777777">
        <w:trPr>
          <w:tblHeader/>
          <w:jc w:val="center"/>
        </w:trPr>
        <w:tc>
          <w:tcPr>
            <w:tcW w:w="1800" w:type="dxa"/>
            <w:shd w:val="clear" w:color="auto" w:fill="E7E6E6"/>
            <w:tcMar>
              <w:top w:w="70" w:type="dxa"/>
              <w:left w:w="70" w:type="dxa"/>
              <w:bottom w:w="70" w:type="dxa"/>
              <w:right w:w="70" w:type="dxa"/>
            </w:tcMar>
            <w:vAlign w:val="center"/>
          </w:tcPr>
          <w:p w14:paraId="60245619"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Issuer</w:t>
            </w:r>
          </w:p>
        </w:tc>
        <w:tc>
          <w:tcPr>
            <w:tcW w:w="1584" w:type="dxa"/>
            <w:shd w:val="clear" w:color="auto" w:fill="E7E6E6"/>
            <w:tcMar>
              <w:top w:w="70" w:type="dxa"/>
              <w:left w:w="70" w:type="dxa"/>
              <w:bottom w:w="70" w:type="dxa"/>
              <w:right w:w="70" w:type="dxa"/>
            </w:tcMar>
            <w:vAlign w:val="center"/>
          </w:tcPr>
          <w:p w14:paraId="6D07D63F"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Cardholder</w:t>
            </w:r>
          </w:p>
        </w:tc>
        <w:tc>
          <w:tcPr>
            <w:tcW w:w="1007" w:type="dxa"/>
            <w:shd w:val="clear" w:color="auto" w:fill="E7E6E6"/>
            <w:tcMar>
              <w:top w:w="70" w:type="dxa"/>
              <w:left w:w="70" w:type="dxa"/>
              <w:bottom w:w="70" w:type="dxa"/>
              <w:right w:w="70" w:type="dxa"/>
            </w:tcMar>
            <w:vAlign w:val="center"/>
          </w:tcPr>
          <w:p w14:paraId="60B30E92"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Last 4</w:t>
            </w:r>
          </w:p>
        </w:tc>
        <w:tc>
          <w:tcPr>
            <w:tcW w:w="1440" w:type="dxa"/>
            <w:shd w:val="clear" w:color="auto" w:fill="E7E6E6"/>
            <w:tcMar>
              <w:top w:w="70" w:type="dxa"/>
              <w:left w:w="70" w:type="dxa"/>
              <w:bottom w:w="70" w:type="dxa"/>
              <w:right w:w="70" w:type="dxa"/>
            </w:tcMar>
            <w:vAlign w:val="center"/>
          </w:tcPr>
          <w:p w14:paraId="5042CF3B"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Approx. Balance</w:t>
            </w:r>
          </w:p>
        </w:tc>
        <w:tc>
          <w:tcPr>
            <w:tcW w:w="1584" w:type="dxa"/>
            <w:shd w:val="clear" w:color="auto" w:fill="E7E6E6"/>
            <w:tcMar>
              <w:top w:w="70" w:type="dxa"/>
              <w:left w:w="70" w:type="dxa"/>
              <w:bottom w:w="70" w:type="dxa"/>
              <w:right w:w="70" w:type="dxa"/>
            </w:tcMar>
            <w:vAlign w:val="center"/>
          </w:tcPr>
          <w:p w14:paraId="2E14DC42"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Autopay From</w:t>
            </w:r>
          </w:p>
        </w:tc>
        <w:tc>
          <w:tcPr>
            <w:tcW w:w="2376" w:type="dxa"/>
            <w:shd w:val="clear" w:color="auto" w:fill="E7E6E6"/>
            <w:tcMar>
              <w:top w:w="70" w:type="dxa"/>
              <w:left w:w="70" w:type="dxa"/>
              <w:bottom w:w="70" w:type="dxa"/>
              <w:right w:w="70" w:type="dxa"/>
            </w:tcMar>
            <w:vAlign w:val="center"/>
          </w:tcPr>
          <w:p w14:paraId="715290F0"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Recurring Charges / Statement Location</w:t>
            </w:r>
          </w:p>
        </w:tc>
      </w:tr>
      <w:tr w:rsidR="00A01BC5" w:rsidRPr="006A00BC" w14:paraId="28A8644C" w14:textId="77777777">
        <w:trPr>
          <w:cantSplit/>
          <w:trHeight w:val="475"/>
          <w:jc w:val="center"/>
        </w:trPr>
        <w:tc>
          <w:tcPr>
            <w:tcW w:w="1800" w:type="dxa"/>
            <w:tcMar>
              <w:top w:w="70" w:type="dxa"/>
              <w:left w:w="70" w:type="dxa"/>
              <w:bottom w:w="70" w:type="dxa"/>
              <w:right w:w="70" w:type="dxa"/>
            </w:tcMar>
            <w:vAlign w:val="center"/>
          </w:tcPr>
          <w:p w14:paraId="1BB8DB6C"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1DC6911C"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65B98E99"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AA082F6"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1ACCE91E"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4217DDE5" w14:textId="77777777" w:rsidR="00A01BC5" w:rsidRPr="006A00BC" w:rsidRDefault="00A01BC5" w:rsidP="006A00BC">
            <w:pPr>
              <w:spacing w:after="240"/>
              <w:rPr>
                <w:sz w:val="24"/>
                <w:szCs w:val="24"/>
              </w:rPr>
            </w:pPr>
          </w:p>
        </w:tc>
      </w:tr>
      <w:tr w:rsidR="00A01BC5" w:rsidRPr="006A00BC" w14:paraId="64B45035" w14:textId="77777777">
        <w:trPr>
          <w:cantSplit/>
          <w:trHeight w:val="475"/>
          <w:jc w:val="center"/>
        </w:trPr>
        <w:tc>
          <w:tcPr>
            <w:tcW w:w="1800" w:type="dxa"/>
            <w:tcMar>
              <w:top w:w="70" w:type="dxa"/>
              <w:left w:w="70" w:type="dxa"/>
              <w:bottom w:w="70" w:type="dxa"/>
              <w:right w:w="70" w:type="dxa"/>
            </w:tcMar>
            <w:vAlign w:val="center"/>
          </w:tcPr>
          <w:p w14:paraId="5F1C83BC"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63F6B21D"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0A1BF52E"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D9995BD"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38125E0F"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33AF3C98" w14:textId="77777777" w:rsidR="00A01BC5" w:rsidRPr="006A00BC" w:rsidRDefault="00A01BC5" w:rsidP="006A00BC">
            <w:pPr>
              <w:spacing w:after="240"/>
              <w:rPr>
                <w:sz w:val="24"/>
                <w:szCs w:val="24"/>
              </w:rPr>
            </w:pPr>
          </w:p>
        </w:tc>
      </w:tr>
      <w:tr w:rsidR="00A01BC5" w:rsidRPr="006A00BC" w14:paraId="599E0171" w14:textId="77777777">
        <w:trPr>
          <w:cantSplit/>
          <w:trHeight w:val="475"/>
          <w:jc w:val="center"/>
        </w:trPr>
        <w:tc>
          <w:tcPr>
            <w:tcW w:w="1800" w:type="dxa"/>
            <w:tcMar>
              <w:top w:w="70" w:type="dxa"/>
              <w:left w:w="70" w:type="dxa"/>
              <w:bottom w:w="70" w:type="dxa"/>
              <w:right w:w="70" w:type="dxa"/>
            </w:tcMar>
            <w:vAlign w:val="center"/>
          </w:tcPr>
          <w:p w14:paraId="7475FBE9"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6D4E00BE"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647F76D3"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08FE7BF6"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25E630C9"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0AEA4D23" w14:textId="77777777" w:rsidR="00A01BC5" w:rsidRPr="006A00BC" w:rsidRDefault="00A01BC5" w:rsidP="006A00BC">
            <w:pPr>
              <w:spacing w:after="240"/>
              <w:rPr>
                <w:sz w:val="24"/>
                <w:szCs w:val="24"/>
              </w:rPr>
            </w:pPr>
          </w:p>
        </w:tc>
      </w:tr>
      <w:tr w:rsidR="00A01BC5" w:rsidRPr="006A00BC" w14:paraId="76283596" w14:textId="77777777">
        <w:trPr>
          <w:cantSplit/>
          <w:trHeight w:val="475"/>
          <w:jc w:val="center"/>
        </w:trPr>
        <w:tc>
          <w:tcPr>
            <w:tcW w:w="1800" w:type="dxa"/>
            <w:tcMar>
              <w:top w:w="70" w:type="dxa"/>
              <w:left w:w="70" w:type="dxa"/>
              <w:bottom w:w="70" w:type="dxa"/>
              <w:right w:w="70" w:type="dxa"/>
            </w:tcMar>
            <w:vAlign w:val="center"/>
          </w:tcPr>
          <w:p w14:paraId="1DAA4211"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27B53CE0"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6EED27C7"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B1BE54C"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18384C95"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42DEBDE8" w14:textId="77777777" w:rsidR="00A01BC5" w:rsidRPr="006A00BC" w:rsidRDefault="00A01BC5" w:rsidP="006A00BC">
            <w:pPr>
              <w:spacing w:after="240"/>
              <w:rPr>
                <w:sz w:val="24"/>
                <w:szCs w:val="24"/>
              </w:rPr>
            </w:pPr>
          </w:p>
        </w:tc>
      </w:tr>
      <w:tr w:rsidR="00A01BC5" w:rsidRPr="006A00BC" w14:paraId="69FD5B4F" w14:textId="77777777">
        <w:trPr>
          <w:cantSplit/>
          <w:trHeight w:val="475"/>
          <w:jc w:val="center"/>
        </w:trPr>
        <w:tc>
          <w:tcPr>
            <w:tcW w:w="1800" w:type="dxa"/>
            <w:tcMar>
              <w:top w:w="70" w:type="dxa"/>
              <w:left w:w="70" w:type="dxa"/>
              <w:bottom w:w="70" w:type="dxa"/>
              <w:right w:w="70" w:type="dxa"/>
            </w:tcMar>
            <w:vAlign w:val="center"/>
          </w:tcPr>
          <w:p w14:paraId="7F9CA031"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36BA7CCD"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2B5287D6"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831DB89"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4BBFD27D"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18FAD656" w14:textId="77777777" w:rsidR="00A01BC5" w:rsidRPr="006A00BC" w:rsidRDefault="00A01BC5" w:rsidP="006A00BC">
            <w:pPr>
              <w:spacing w:after="240"/>
              <w:rPr>
                <w:sz w:val="24"/>
                <w:szCs w:val="24"/>
              </w:rPr>
            </w:pPr>
          </w:p>
        </w:tc>
      </w:tr>
      <w:tr w:rsidR="00A01BC5" w:rsidRPr="006A00BC" w14:paraId="5A4059BB" w14:textId="77777777">
        <w:trPr>
          <w:cantSplit/>
          <w:trHeight w:val="475"/>
          <w:jc w:val="center"/>
        </w:trPr>
        <w:tc>
          <w:tcPr>
            <w:tcW w:w="1800" w:type="dxa"/>
            <w:tcMar>
              <w:top w:w="70" w:type="dxa"/>
              <w:left w:w="70" w:type="dxa"/>
              <w:bottom w:w="70" w:type="dxa"/>
              <w:right w:w="70" w:type="dxa"/>
            </w:tcMar>
            <w:vAlign w:val="center"/>
          </w:tcPr>
          <w:p w14:paraId="37A4DD23"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4AC44FB8"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68333509"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0F868964"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3751831E"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4D1FDBCE" w14:textId="77777777" w:rsidR="00A01BC5" w:rsidRPr="006A00BC" w:rsidRDefault="00A01BC5" w:rsidP="006A00BC">
            <w:pPr>
              <w:spacing w:after="240"/>
              <w:rPr>
                <w:sz w:val="24"/>
                <w:szCs w:val="24"/>
              </w:rPr>
            </w:pPr>
          </w:p>
        </w:tc>
      </w:tr>
      <w:tr w:rsidR="00A01BC5" w:rsidRPr="006A00BC" w14:paraId="59DACAAC" w14:textId="77777777">
        <w:trPr>
          <w:cantSplit/>
          <w:trHeight w:val="475"/>
          <w:jc w:val="center"/>
        </w:trPr>
        <w:tc>
          <w:tcPr>
            <w:tcW w:w="1800" w:type="dxa"/>
            <w:tcMar>
              <w:top w:w="70" w:type="dxa"/>
              <w:left w:w="70" w:type="dxa"/>
              <w:bottom w:w="70" w:type="dxa"/>
              <w:right w:w="70" w:type="dxa"/>
            </w:tcMar>
            <w:vAlign w:val="center"/>
          </w:tcPr>
          <w:p w14:paraId="71BF4A59"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52943C5B"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1BDC4B00"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D35ED9A"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48E92C66"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34591DD9" w14:textId="77777777" w:rsidR="00A01BC5" w:rsidRPr="006A00BC" w:rsidRDefault="00A01BC5" w:rsidP="006A00BC">
            <w:pPr>
              <w:spacing w:after="240"/>
              <w:rPr>
                <w:sz w:val="24"/>
                <w:szCs w:val="24"/>
              </w:rPr>
            </w:pPr>
          </w:p>
        </w:tc>
      </w:tr>
      <w:tr w:rsidR="00A01BC5" w:rsidRPr="006A00BC" w14:paraId="4EEDA75F" w14:textId="77777777">
        <w:trPr>
          <w:cantSplit/>
          <w:trHeight w:val="475"/>
          <w:jc w:val="center"/>
        </w:trPr>
        <w:tc>
          <w:tcPr>
            <w:tcW w:w="1800" w:type="dxa"/>
            <w:tcMar>
              <w:top w:w="70" w:type="dxa"/>
              <w:left w:w="70" w:type="dxa"/>
              <w:bottom w:w="70" w:type="dxa"/>
              <w:right w:w="70" w:type="dxa"/>
            </w:tcMar>
            <w:vAlign w:val="center"/>
          </w:tcPr>
          <w:p w14:paraId="399E1535"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0A05B3D"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22D8E37E"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759C1251"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7F77A5F2" w14:textId="77777777" w:rsidR="00A01BC5" w:rsidRPr="006A00BC" w:rsidRDefault="00A01BC5" w:rsidP="006A00BC">
            <w:pPr>
              <w:spacing w:after="240"/>
              <w:rPr>
                <w:sz w:val="24"/>
                <w:szCs w:val="24"/>
              </w:rPr>
            </w:pPr>
          </w:p>
        </w:tc>
        <w:tc>
          <w:tcPr>
            <w:tcW w:w="2376" w:type="dxa"/>
            <w:tcMar>
              <w:top w:w="70" w:type="dxa"/>
              <w:left w:w="70" w:type="dxa"/>
              <w:bottom w:w="70" w:type="dxa"/>
              <w:right w:w="70" w:type="dxa"/>
            </w:tcMar>
            <w:vAlign w:val="center"/>
          </w:tcPr>
          <w:p w14:paraId="2C262888" w14:textId="77777777" w:rsidR="00A01BC5" w:rsidRPr="006A00BC" w:rsidRDefault="00A01BC5" w:rsidP="006A00BC">
            <w:pPr>
              <w:spacing w:after="240"/>
              <w:rPr>
                <w:sz w:val="24"/>
                <w:szCs w:val="24"/>
              </w:rPr>
            </w:pPr>
          </w:p>
        </w:tc>
      </w:tr>
    </w:tbl>
    <w:p w14:paraId="0E3AC9AC" w14:textId="77777777" w:rsidR="00A01BC5" w:rsidRPr="006A00BC" w:rsidRDefault="00A01BC5" w:rsidP="006A00BC">
      <w:pPr>
        <w:spacing w:after="240"/>
        <w:rPr>
          <w:sz w:val="24"/>
          <w:szCs w:val="24"/>
        </w:rPr>
      </w:pPr>
    </w:p>
    <w:p w14:paraId="00577D04"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lastRenderedPageBreak/>
        <w:t>Other debts, guarantees, leases, taxes, or contingent liabilities</w:t>
      </w:r>
    </w:p>
    <w:tbl>
      <w:tblPr>
        <w:tblStyle w:val="TableGrid"/>
        <w:tblW w:w="0" w:type="auto"/>
        <w:jc w:val="center"/>
        <w:tblLayout w:type="fixed"/>
        <w:tblLook w:val="04A0" w:firstRow="1" w:lastRow="0" w:firstColumn="1" w:lastColumn="0" w:noHBand="0" w:noVBand="1"/>
      </w:tblPr>
      <w:tblGrid>
        <w:gridCol w:w="2015"/>
        <w:gridCol w:w="1440"/>
        <w:gridCol w:w="1584"/>
        <w:gridCol w:w="1440"/>
        <w:gridCol w:w="1728"/>
        <w:gridCol w:w="1584"/>
      </w:tblGrid>
      <w:tr w:rsidR="00A01BC5" w:rsidRPr="006A00BC" w14:paraId="1B55786F" w14:textId="77777777">
        <w:trPr>
          <w:tblHeader/>
          <w:jc w:val="center"/>
        </w:trPr>
        <w:tc>
          <w:tcPr>
            <w:tcW w:w="2015" w:type="dxa"/>
            <w:shd w:val="clear" w:color="auto" w:fill="E7E6E6"/>
            <w:tcMar>
              <w:top w:w="70" w:type="dxa"/>
              <w:left w:w="70" w:type="dxa"/>
              <w:bottom w:w="70" w:type="dxa"/>
              <w:right w:w="70" w:type="dxa"/>
            </w:tcMar>
            <w:vAlign w:val="center"/>
          </w:tcPr>
          <w:p w14:paraId="3763B867"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Creditor / Obligation</w:t>
            </w:r>
          </w:p>
        </w:tc>
        <w:tc>
          <w:tcPr>
            <w:tcW w:w="1440" w:type="dxa"/>
            <w:shd w:val="clear" w:color="auto" w:fill="E7E6E6"/>
            <w:tcMar>
              <w:top w:w="70" w:type="dxa"/>
              <w:left w:w="70" w:type="dxa"/>
              <w:bottom w:w="70" w:type="dxa"/>
              <w:right w:w="70" w:type="dxa"/>
            </w:tcMar>
            <w:vAlign w:val="center"/>
          </w:tcPr>
          <w:p w14:paraId="07A618DF"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Type</w:t>
            </w:r>
          </w:p>
        </w:tc>
        <w:tc>
          <w:tcPr>
            <w:tcW w:w="1584" w:type="dxa"/>
            <w:shd w:val="clear" w:color="auto" w:fill="E7E6E6"/>
            <w:tcMar>
              <w:top w:w="70" w:type="dxa"/>
              <w:left w:w="70" w:type="dxa"/>
              <w:bottom w:w="70" w:type="dxa"/>
              <w:right w:w="70" w:type="dxa"/>
            </w:tcMar>
            <w:vAlign w:val="center"/>
          </w:tcPr>
          <w:p w14:paraId="0A14CF86"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Who Is Liable</w:t>
            </w:r>
          </w:p>
        </w:tc>
        <w:tc>
          <w:tcPr>
            <w:tcW w:w="1440" w:type="dxa"/>
            <w:shd w:val="clear" w:color="auto" w:fill="E7E6E6"/>
            <w:tcMar>
              <w:top w:w="70" w:type="dxa"/>
              <w:left w:w="70" w:type="dxa"/>
              <w:bottom w:w="70" w:type="dxa"/>
              <w:right w:w="70" w:type="dxa"/>
            </w:tcMar>
            <w:vAlign w:val="center"/>
          </w:tcPr>
          <w:p w14:paraId="5B69F71C"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Approx. Amount</w:t>
            </w:r>
          </w:p>
        </w:tc>
        <w:tc>
          <w:tcPr>
            <w:tcW w:w="1728" w:type="dxa"/>
            <w:shd w:val="clear" w:color="auto" w:fill="E7E6E6"/>
            <w:tcMar>
              <w:top w:w="70" w:type="dxa"/>
              <w:left w:w="70" w:type="dxa"/>
              <w:bottom w:w="70" w:type="dxa"/>
              <w:right w:w="70" w:type="dxa"/>
            </w:tcMar>
            <w:vAlign w:val="center"/>
          </w:tcPr>
          <w:p w14:paraId="0B39C631"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Due / Payment Terms</w:t>
            </w:r>
          </w:p>
        </w:tc>
        <w:tc>
          <w:tcPr>
            <w:tcW w:w="1584" w:type="dxa"/>
            <w:shd w:val="clear" w:color="auto" w:fill="E7E6E6"/>
            <w:tcMar>
              <w:top w:w="70" w:type="dxa"/>
              <w:left w:w="70" w:type="dxa"/>
              <w:bottom w:w="70" w:type="dxa"/>
              <w:right w:w="70" w:type="dxa"/>
            </w:tcMar>
            <w:vAlign w:val="center"/>
          </w:tcPr>
          <w:p w14:paraId="4274F12F"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Records / Notes</w:t>
            </w:r>
          </w:p>
        </w:tc>
      </w:tr>
      <w:tr w:rsidR="00A01BC5" w:rsidRPr="006A00BC" w14:paraId="676D7FE9" w14:textId="77777777">
        <w:trPr>
          <w:cantSplit/>
          <w:trHeight w:val="490"/>
          <w:jc w:val="center"/>
        </w:trPr>
        <w:tc>
          <w:tcPr>
            <w:tcW w:w="2015" w:type="dxa"/>
            <w:tcMar>
              <w:top w:w="70" w:type="dxa"/>
              <w:left w:w="70" w:type="dxa"/>
              <w:bottom w:w="70" w:type="dxa"/>
              <w:right w:w="70" w:type="dxa"/>
            </w:tcMar>
            <w:vAlign w:val="center"/>
          </w:tcPr>
          <w:p w14:paraId="38FA046E"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A88BC16"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1AA486D0"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34D4A5D7"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5CEAFF7F"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3E589589" w14:textId="77777777" w:rsidR="00A01BC5" w:rsidRPr="006A00BC" w:rsidRDefault="00A01BC5" w:rsidP="006A00BC">
            <w:pPr>
              <w:spacing w:after="240"/>
              <w:rPr>
                <w:sz w:val="24"/>
                <w:szCs w:val="24"/>
              </w:rPr>
            </w:pPr>
          </w:p>
        </w:tc>
      </w:tr>
      <w:tr w:rsidR="00A01BC5" w:rsidRPr="006A00BC" w14:paraId="63A96E35" w14:textId="77777777">
        <w:trPr>
          <w:cantSplit/>
          <w:trHeight w:val="490"/>
          <w:jc w:val="center"/>
        </w:trPr>
        <w:tc>
          <w:tcPr>
            <w:tcW w:w="2015" w:type="dxa"/>
            <w:tcMar>
              <w:top w:w="70" w:type="dxa"/>
              <w:left w:w="70" w:type="dxa"/>
              <w:bottom w:w="70" w:type="dxa"/>
              <w:right w:w="70" w:type="dxa"/>
            </w:tcMar>
            <w:vAlign w:val="center"/>
          </w:tcPr>
          <w:p w14:paraId="6ED0F0FF"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0BA614B"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6933616C"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732D4AA4"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2B9570B0"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1F10D433" w14:textId="77777777" w:rsidR="00A01BC5" w:rsidRPr="006A00BC" w:rsidRDefault="00A01BC5" w:rsidP="006A00BC">
            <w:pPr>
              <w:spacing w:after="240"/>
              <w:rPr>
                <w:sz w:val="24"/>
                <w:szCs w:val="24"/>
              </w:rPr>
            </w:pPr>
          </w:p>
        </w:tc>
      </w:tr>
      <w:tr w:rsidR="00A01BC5" w:rsidRPr="006A00BC" w14:paraId="36E67D01" w14:textId="77777777">
        <w:trPr>
          <w:cantSplit/>
          <w:trHeight w:val="490"/>
          <w:jc w:val="center"/>
        </w:trPr>
        <w:tc>
          <w:tcPr>
            <w:tcW w:w="2015" w:type="dxa"/>
            <w:tcMar>
              <w:top w:w="70" w:type="dxa"/>
              <w:left w:w="70" w:type="dxa"/>
              <w:bottom w:w="70" w:type="dxa"/>
              <w:right w:w="70" w:type="dxa"/>
            </w:tcMar>
            <w:vAlign w:val="center"/>
          </w:tcPr>
          <w:p w14:paraId="75F5E49B"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75500A16"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1A9FF0E5"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04E94142"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03794012"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5D9BA3C4" w14:textId="77777777" w:rsidR="00A01BC5" w:rsidRPr="006A00BC" w:rsidRDefault="00A01BC5" w:rsidP="006A00BC">
            <w:pPr>
              <w:spacing w:after="240"/>
              <w:rPr>
                <w:sz w:val="24"/>
                <w:szCs w:val="24"/>
              </w:rPr>
            </w:pPr>
          </w:p>
        </w:tc>
      </w:tr>
      <w:tr w:rsidR="00A01BC5" w:rsidRPr="006A00BC" w14:paraId="79829F00" w14:textId="77777777">
        <w:trPr>
          <w:cantSplit/>
          <w:trHeight w:val="490"/>
          <w:jc w:val="center"/>
        </w:trPr>
        <w:tc>
          <w:tcPr>
            <w:tcW w:w="2015" w:type="dxa"/>
            <w:tcMar>
              <w:top w:w="70" w:type="dxa"/>
              <w:left w:w="70" w:type="dxa"/>
              <w:bottom w:w="70" w:type="dxa"/>
              <w:right w:w="70" w:type="dxa"/>
            </w:tcMar>
            <w:vAlign w:val="center"/>
          </w:tcPr>
          <w:p w14:paraId="4356714B"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6453398"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7D936E6"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331BBF84"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4A8EFA01"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6A19C40A" w14:textId="77777777" w:rsidR="00A01BC5" w:rsidRPr="006A00BC" w:rsidRDefault="00A01BC5" w:rsidP="006A00BC">
            <w:pPr>
              <w:spacing w:after="240"/>
              <w:rPr>
                <w:sz w:val="24"/>
                <w:szCs w:val="24"/>
              </w:rPr>
            </w:pPr>
          </w:p>
        </w:tc>
      </w:tr>
      <w:tr w:rsidR="00A01BC5" w:rsidRPr="006A00BC" w14:paraId="4368993B" w14:textId="77777777">
        <w:trPr>
          <w:cantSplit/>
          <w:trHeight w:val="490"/>
          <w:jc w:val="center"/>
        </w:trPr>
        <w:tc>
          <w:tcPr>
            <w:tcW w:w="2015" w:type="dxa"/>
            <w:tcMar>
              <w:top w:w="70" w:type="dxa"/>
              <w:left w:w="70" w:type="dxa"/>
              <w:bottom w:w="70" w:type="dxa"/>
              <w:right w:w="70" w:type="dxa"/>
            </w:tcMar>
            <w:vAlign w:val="center"/>
          </w:tcPr>
          <w:p w14:paraId="231ACE5E"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566BC04B"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7EBCD668"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2D7A59D4"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49D4F235"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95CAD14" w14:textId="77777777" w:rsidR="00A01BC5" w:rsidRPr="006A00BC" w:rsidRDefault="00A01BC5" w:rsidP="006A00BC">
            <w:pPr>
              <w:spacing w:after="240"/>
              <w:rPr>
                <w:sz w:val="24"/>
                <w:szCs w:val="24"/>
              </w:rPr>
            </w:pPr>
          </w:p>
        </w:tc>
      </w:tr>
    </w:tbl>
    <w:p w14:paraId="1ECB326B" w14:textId="77777777" w:rsidR="00A01BC5" w:rsidRPr="006A00BC" w:rsidRDefault="00A01BC5" w:rsidP="006A00BC">
      <w:pPr>
        <w:spacing w:after="240"/>
        <w:rPr>
          <w:sz w:val="24"/>
          <w:szCs w:val="24"/>
        </w:rPr>
      </w:pPr>
    </w:p>
    <w:p w14:paraId="7459FF5F" w14:textId="77777777" w:rsidR="00A01BC5" w:rsidRPr="006A00BC" w:rsidRDefault="00000000" w:rsidP="006A00BC">
      <w:pPr>
        <w:spacing w:after="240"/>
        <w:rPr>
          <w:sz w:val="24"/>
          <w:szCs w:val="24"/>
        </w:rPr>
      </w:pPr>
      <w:r w:rsidRPr="006A00BC">
        <w:rPr>
          <w:sz w:val="24"/>
          <w:szCs w:val="24"/>
        </w:rPr>
        <w:br w:type="page"/>
      </w:r>
    </w:p>
    <w:p w14:paraId="3BA6CACF"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9. Recurring Bills and Financial Continuity</w:t>
      </w:r>
    </w:p>
    <w:p w14:paraId="08BF453D" w14:textId="77777777" w:rsidR="00A01BC5" w:rsidRPr="006A00BC" w:rsidRDefault="00000000" w:rsidP="006A00BC">
      <w:pPr>
        <w:keepNext/>
        <w:spacing w:after="240" w:line="252" w:lineRule="auto"/>
        <w:rPr>
          <w:sz w:val="24"/>
          <w:szCs w:val="24"/>
        </w:rPr>
      </w:pPr>
      <w:r w:rsidRPr="006A00BC">
        <w:rPr>
          <w:rFonts w:eastAsia="Times New Roman" w:cs="Times New Roman"/>
          <w:i/>
          <w:color w:val="444444"/>
          <w:sz w:val="24"/>
          <w:szCs w:val="24"/>
        </w:rPr>
        <w:t>This section can save an agent, executor, or trustee a great deal of time by showing which payments must be maintained or cancelled.</w:t>
      </w:r>
    </w:p>
    <w:tbl>
      <w:tblPr>
        <w:tblStyle w:val="TableGrid"/>
        <w:tblW w:w="0" w:type="auto"/>
        <w:jc w:val="center"/>
        <w:tblLayout w:type="fixed"/>
        <w:tblLook w:val="04A0" w:firstRow="1" w:lastRow="0" w:firstColumn="1" w:lastColumn="0" w:noHBand="0" w:noVBand="1"/>
      </w:tblPr>
      <w:tblGrid>
        <w:gridCol w:w="1728"/>
        <w:gridCol w:w="1800"/>
        <w:gridCol w:w="1224"/>
        <w:gridCol w:w="1584"/>
        <w:gridCol w:w="1655"/>
        <w:gridCol w:w="1944"/>
      </w:tblGrid>
      <w:tr w:rsidR="00A01BC5" w:rsidRPr="006A00BC" w14:paraId="21206CFF" w14:textId="77777777">
        <w:trPr>
          <w:tblHeader/>
          <w:jc w:val="center"/>
        </w:trPr>
        <w:tc>
          <w:tcPr>
            <w:tcW w:w="1728" w:type="dxa"/>
            <w:shd w:val="clear" w:color="auto" w:fill="E7E6E6"/>
            <w:tcMar>
              <w:top w:w="70" w:type="dxa"/>
              <w:left w:w="70" w:type="dxa"/>
              <w:bottom w:w="70" w:type="dxa"/>
              <w:right w:w="70" w:type="dxa"/>
            </w:tcMar>
            <w:vAlign w:val="center"/>
          </w:tcPr>
          <w:p w14:paraId="2CCFE710"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Expense / Service</w:t>
            </w:r>
          </w:p>
        </w:tc>
        <w:tc>
          <w:tcPr>
            <w:tcW w:w="1800" w:type="dxa"/>
            <w:shd w:val="clear" w:color="auto" w:fill="E7E6E6"/>
            <w:tcMar>
              <w:top w:w="70" w:type="dxa"/>
              <w:left w:w="70" w:type="dxa"/>
              <w:bottom w:w="70" w:type="dxa"/>
              <w:right w:w="70" w:type="dxa"/>
            </w:tcMar>
            <w:vAlign w:val="center"/>
          </w:tcPr>
          <w:p w14:paraId="3EE0299A"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Provider</w:t>
            </w:r>
          </w:p>
        </w:tc>
        <w:tc>
          <w:tcPr>
            <w:tcW w:w="1224" w:type="dxa"/>
            <w:shd w:val="clear" w:color="auto" w:fill="E7E6E6"/>
            <w:tcMar>
              <w:top w:w="70" w:type="dxa"/>
              <w:left w:w="70" w:type="dxa"/>
              <w:bottom w:w="70" w:type="dxa"/>
              <w:right w:w="70" w:type="dxa"/>
            </w:tcMar>
            <w:vAlign w:val="center"/>
          </w:tcPr>
          <w:p w14:paraId="38A8DC27"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Approx. Amount</w:t>
            </w:r>
          </w:p>
        </w:tc>
        <w:tc>
          <w:tcPr>
            <w:tcW w:w="1584" w:type="dxa"/>
            <w:shd w:val="clear" w:color="auto" w:fill="E7E6E6"/>
            <w:tcMar>
              <w:top w:w="70" w:type="dxa"/>
              <w:left w:w="70" w:type="dxa"/>
              <w:bottom w:w="70" w:type="dxa"/>
              <w:right w:w="70" w:type="dxa"/>
            </w:tcMar>
            <w:vAlign w:val="center"/>
          </w:tcPr>
          <w:p w14:paraId="41128A87"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Frequency / Due Date</w:t>
            </w:r>
          </w:p>
        </w:tc>
        <w:tc>
          <w:tcPr>
            <w:tcW w:w="1655" w:type="dxa"/>
            <w:shd w:val="clear" w:color="auto" w:fill="E7E6E6"/>
            <w:tcMar>
              <w:top w:w="70" w:type="dxa"/>
              <w:left w:w="70" w:type="dxa"/>
              <w:bottom w:w="70" w:type="dxa"/>
              <w:right w:w="70" w:type="dxa"/>
            </w:tcMar>
            <w:vAlign w:val="center"/>
          </w:tcPr>
          <w:p w14:paraId="7F592605"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Paid From / Autopay</w:t>
            </w:r>
          </w:p>
        </w:tc>
        <w:tc>
          <w:tcPr>
            <w:tcW w:w="1944" w:type="dxa"/>
            <w:shd w:val="clear" w:color="auto" w:fill="E7E6E6"/>
            <w:tcMar>
              <w:top w:w="70" w:type="dxa"/>
              <w:left w:w="70" w:type="dxa"/>
              <w:bottom w:w="70" w:type="dxa"/>
              <w:right w:w="70" w:type="dxa"/>
            </w:tcMar>
            <w:vAlign w:val="center"/>
          </w:tcPr>
          <w:p w14:paraId="1A148AE0"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Account / Contact / Cancellation Notes</w:t>
            </w:r>
          </w:p>
        </w:tc>
      </w:tr>
      <w:tr w:rsidR="00A01BC5" w:rsidRPr="006A00BC" w14:paraId="79FC1E59" w14:textId="77777777">
        <w:trPr>
          <w:cantSplit/>
          <w:trHeight w:val="490"/>
          <w:jc w:val="center"/>
        </w:trPr>
        <w:tc>
          <w:tcPr>
            <w:tcW w:w="1728" w:type="dxa"/>
            <w:tcMar>
              <w:top w:w="70" w:type="dxa"/>
              <w:left w:w="70" w:type="dxa"/>
              <w:bottom w:w="70" w:type="dxa"/>
              <w:right w:w="70" w:type="dxa"/>
            </w:tcMar>
            <w:vAlign w:val="center"/>
          </w:tcPr>
          <w:p w14:paraId="74024042" w14:textId="77777777" w:rsidR="00A01BC5" w:rsidRPr="006A00BC" w:rsidRDefault="00000000" w:rsidP="006A00BC">
            <w:pPr>
              <w:spacing w:after="240"/>
              <w:rPr>
                <w:sz w:val="24"/>
                <w:szCs w:val="24"/>
              </w:rPr>
            </w:pPr>
            <w:r w:rsidRPr="006A00BC">
              <w:rPr>
                <w:rFonts w:eastAsia="Times New Roman" w:cs="Times New Roman"/>
                <w:color w:val="222222"/>
                <w:sz w:val="24"/>
                <w:szCs w:val="24"/>
              </w:rPr>
              <w:t>Mortgage / rent</w:t>
            </w:r>
          </w:p>
        </w:tc>
        <w:tc>
          <w:tcPr>
            <w:tcW w:w="1800" w:type="dxa"/>
            <w:tcMar>
              <w:top w:w="70" w:type="dxa"/>
              <w:left w:w="70" w:type="dxa"/>
              <w:bottom w:w="70" w:type="dxa"/>
              <w:right w:w="70" w:type="dxa"/>
            </w:tcMar>
            <w:vAlign w:val="center"/>
          </w:tcPr>
          <w:p w14:paraId="15682B13"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58493E8F"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CF1D8CE"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35171D0B"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52C21067" w14:textId="77777777" w:rsidR="00A01BC5" w:rsidRPr="006A00BC" w:rsidRDefault="00A01BC5" w:rsidP="006A00BC">
            <w:pPr>
              <w:spacing w:after="240"/>
              <w:rPr>
                <w:sz w:val="24"/>
                <w:szCs w:val="24"/>
              </w:rPr>
            </w:pPr>
          </w:p>
        </w:tc>
      </w:tr>
      <w:tr w:rsidR="00A01BC5" w:rsidRPr="006A00BC" w14:paraId="49A67C4B" w14:textId="77777777">
        <w:trPr>
          <w:cantSplit/>
          <w:trHeight w:val="490"/>
          <w:jc w:val="center"/>
        </w:trPr>
        <w:tc>
          <w:tcPr>
            <w:tcW w:w="1728" w:type="dxa"/>
            <w:tcMar>
              <w:top w:w="70" w:type="dxa"/>
              <w:left w:w="70" w:type="dxa"/>
              <w:bottom w:w="70" w:type="dxa"/>
              <w:right w:w="70" w:type="dxa"/>
            </w:tcMar>
            <w:vAlign w:val="center"/>
          </w:tcPr>
          <w:p w14:paraId="582541DA" w14:textId="77777777" w:rsidR="00A01BC5" w:rsidRPr="006A00BC" w:rsidRDefault="00000000" w:rsidP="006A00BC">
            <w:pPr>
              <w:spacing w:after="240"/>
              <w:rPr>
                <w:sz w:val="24"/>
                <w:szCs w:val="24"/>
              </w:rPr>
            </w:pPr>
            <w:r w:rsidRPr="006A00BC">
              <w:rPr>
                <w:rFonts w:eastAsia="Times New Roman" w:cs="Times New Roman"/>
                <w:color w:val="222222"/>
                <w:sz w:val="24"/>
                <w:szCs w:val="24"/>
              </w:rPr>
              <w:t>Property taxes / HOA</w:t>
            </w:r>
          </w:p>
        </w:tc>
        <w:tc>
          <w:tcPr>
            <w:tcW w:w="1800" w:type="dxa"/>
            <w:tcMar>
              <w:top w:w="70" w:type="dxa"/>
              <w:left w:w="70" w:type="dxa"/>
              <w:bottom w:w="70" w:type="dxa"/>
              <w:right w:w="70" w:type="dxa"/>
            </w:tcMar>
            <w:vAlign w:val="center"/>
          </w:tcPr>
          <w:p w14:paraId="285C3C69"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7586576A"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3DD48474"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1CEA353A"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6008B8CD" w14:textId="77777777" w:rsidR="00A01BC5" w:rsidRPr="006A00BC" w:rsidRDefault="00A01BC5" w:rsidP="006A00BC">
            <w:pPr>
              <w:spacing w:after="240"/>
              <w:rPr>
                <w:sz w:val="24"/>
                <w:szCs w:val="24"/>
              </w:rPr>
            </w:pPr>
          </w:p>
        </w:tc>
      </w:tr>
      <w:tr w:rsidR="00A01BC5" w:rsidRPr="006A00BC" w14:paraId="1617B384" w14:textId="77777777">
        <w:trPr>
          <w:cantSplit/>
          <w:trHeight w:val="490"/>
          <w:jc w:val="center"/>
        </w:trPr>
        <w:tc>
          <w:tcPr>
            <w:tcW w:w="1728" w:type="dxa"/>
            <w:tcMar>
              <w:top w:w="70" w:type="dxa"/>
              <w:left w:w="70" w:type="dxa"/>
              <w:bottom w:w="70" w:type="dxa"/>
              <w:right w:w="70" w:type="dxa"/>
            </w:tcMar>
            <w:vAlign w:val="center"/>
          </w:tcPr>
          <w:p w14:paraId="12FB31B3" w14:textId="77777777" w:rsidR="00A01BC5" w:rsidRPr="006A00BC" w:rsidRDefault="00000000" w:rsidP="006A00BC">
            <w:pPr>
              <w:spacing w:after="240"/>
              <w:rPr>
                <w:sz w:val="24"/>
                <w:szCs w:val="24"/>
              </w:rPr>
            </w:pPr>
            <w:r w:rsidRPr="006A00BC">
              <w:rPr>
                <w:rFonts w:eastAsia="Times New Roman" w:cs="Times New Roman"/>
                <w:color w:val="222222"/>
                <w:sz w:val="24"/>
                <w:szCs w:val="24"/>
              </w:rPr>
              <w:t>Home / auto / umbrella insurance</w:t>
            </w:r>
          </w:p>
        </w:tc>
        <w:tc>
          <w:tcPr>
            <w:tcW w:w="1800" w:type="dxa"/>
            <w:tcMar>
              <w:top w:w="70" w:type="dxa"/>
              <w:left w:w="70" w:type="dxa"/>
              <w:bottom w:w="70" w:type="dxa"/>
              <w:right w:w="70" w:type="dxa"/>
            </w:tcMar>
            <w:vAlign w:val="center"/>
          </w:tcPr>
          <w:p w14:paraId="49AE5B72"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40F6FFD4"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5EC13291"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34BDDA9D"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72788F20" w14:textId="77777777" w:rsidR="00A01BC5" w:rsidRPr="006A00BC" w:rsidRDefault="00A01BC5" w:rsidP="006A00BC">
            <w:pPr>
              <w:spacing w:after="240"/>
              <w:rPr>
                <w:sz w:val="24"/>
                <w:szCs w:val="24"/>
              </w:rPr>
            </w:pPr>
          </w:p>
        </w:tc>
      </w:tr>
      <w:tr w:rsidR="00A01BC5" w:rsidRPr="006A00BC" w14:paraId="158A2148" w14:textId="77777777">
        <w:trPr>
          <w:cantSplit/>
          <w:trHeight w:val="490"/>
          <w:jc w:val="center"/>
        </w:trPr>
        <w:tc>
          <w:tcPr>
            <w:tcW w:w="1728" w:type="dxa"/>
            <w:tcMar>
              <w:top w:w="70" w:type="dxa"/>
              <w:left w:w="70" w:type="dxa"/>
              <w:bottom w:w="70" w:type="dxa"/>
              <w:right w:w="70" w:type="dxa"/>
            </w:tcMar>
            <w:vAlign w:val="center"/>
          </w:tcPr>
          <w:p w14:paraId="264E9038" w14:textId="77777777" w:rsidR="00A01BC5" w:rsidRPr="006A00BC" w:rsidRDefault="00000000" w:rsidP="006A00BC">
            <w:pPr>
              <w:spacing w:after="240"/>
              <w:rPr>
                <w:sz w:val="24"/>
                <w:szCs w:val="24"/>
              </w:rPr>
            </w:pPr>
            <w:r w:rsidRPr="006A00BC">
              <w:rPr>
                <w:rFonts w:eastAsia="Times New Roman" w:cs="Times New Roman"/>
                <w:color w:val="222222"/>
                <w:sz w:val="24"/>
                <w:szCs w:val="24"/>
              </w:rPr>
              <w:t>Electric / gas / water</w:t>
            </w:r>
          </w:p>
        </w:tc>
        <w:tc>
          <w:tcPr>
            <w:tcW w:w="1800" w:type="dxa"/>
            <w:tcMar>
              <w:top w:w="70" w:type="dxa"/>
              <w:left w:w="70" w:type="dxa"/>
              <w:bottom w:w="70" w:type="dxa"/>
              <w:right w:w="70" w:type="dxa"/>
            </w:tcMar>
            <w:vAlign w:val="center"/>
          </w:tcPr>
          <w:p w14:paraId="2EFF6FD7"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18724720"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731F5D0E"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1541D867"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1A1793B4" w14:textId="77777777" w:rsidR="00A01BC5" w:rsidRPr="006A00BC" w:rsidRDefault="00A01BC5" w:rsidP="006A00BC">
            <w:pPr>
              <w:spacing w:after="240"/>
              <w:rPr>
                <w:sz w:val="24"/>
                <w:szCs w:val="24"/>
              </w:rPr>
            </w:pPr>
          </w:p>
        </w:tc>
      </w:tr>
      <w:tr w:rsidR="00A01BC5" w:rsidRPr="006A00BC" w14:paraId="36A78A0E" w14:textId="77777777">
        <w:trPr>
          <w:cantSplit/>
          <w:trHeight w:val="490"/>
          <w:jc w:val="center"/>
        </w:trPr>
        <w:tc>
          <w:tcPr>
            <w:tcW w:w="1728" w:type="dxa"/>
            <w:tcMar>
              <w:top w:w="70" w:type="dxa"/>
              <w:left w:w="70" w:type="dxa"/>
              <w:bottom w:w="70" w:type="dxa"/>
              <w:right w:w="70" w:type="dxa"/>
            </w:tcMar>
            <w:vAlign w:val="center"/>
          </w:tcPr>
          <w:p w14:paraId="6F2B862B" w14:textId="77777777" w:rsidR="00A01BC5" w:rsidRPr="006A00BC" w:rsidRDefault="00000000" w:rsidP="006A00BC">
            <w:pPr>
              <w:spacing w:after="240"/>
              <w:rPr>
                <w:sz w:val="24"/>
                <w:szCs w:val="24"/>
              </w:rPr>
            </w:pPr>
            <w:r w:rsidRPr="006A00BC">
              <w:rPr>
                <w:rFonts w:eastAsia="Times New Roman" w:cs="Times New Roman"/>
                <w:color w:val="222222"/>
                <w:sz w:val="24"/>
                <w:szCs w:val="24"/>
              </w:rPr>
              <w:t>Internet / phone / alarm</w:t>
            </w:r>
          </w:p>
        </w:tc>
        <w:tc>
          <w:tcPr>
            <w:tcW w:w="1800" w:type="dxa"/>
            <w:tcMar>
              <w:top w:w="70" w:type="dxa"/>
              <w:left w:w="70" w:type="dxa"/>
              <w:bottom w:w="70" w:type="dxa"/>
              <w:right w:w="70" w:type="dxa"/>
            </w:tcMar>
            <w:vAlign w:val="center"/>
          </w:tcPr>
          <w:p w14:paraId="73C7169B"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37BB233B"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21437011"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332F09A7"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2E921E77" w14:textId="77777777" w:rsidR="00A01BC5" w:rsidRPr="006A00BC" w:rsidRDefault="00A01BC5" w:rsidP="006A00BC">
            <w:pPr>
              <w:spacing w:after="240"/>
              <w:rPr>
                <w:sz w:val="24"/>
                <w:szCs w:val="24"/>
              </w:rPr>
            </w:pPr>
          </w:p>
        </w:tc>
      </w:tr>
      <w:tr w:rsidR="00A01BC5" w:rsidRPr="006A00BC" w14:paraId="5DAFAA2F" w14:textId="77777777">
        <w:trPr>
          <w:cantSplit/>
          <w:trHeight w:val="490"/>
          <w:jc w:val="center"/>
        </w:trPr>
        <w:tc>
          <w:tcPr>
            <w:tcW w:w="1728" w:type="dxa"/>
            <w:tcMar>
              <w:top w:w="70" w:type="dxa"/>
              <w:left w:w="70" w:type="dxa"/>
              <w:bottom w:w="70" w:type="dxa"/>
              <w:right w:w="70" w:type="dxa"/>
            </w:tcMar>
            <w:vAlign w:val="center"/>
          </w:tcPr>
          <w:p w14:paraId="54681839" w14:textId="77777777" w:rsidR="00A01BC5" w:rsidRPr="006A00BC" w:rsidRDefault="00000000" w:rsidP="006A00BC">
            <w:pPr>
              <w:spacing w:after="240"/>
              <w:rPr>
                <w:sz w:val="24"/>
                <w:szCs w:val="24"/>
              </w:rPr>
            </w:pPr>
            <w:r w:rsidRPr="006A00BC">
              <w:rPr>
                <w:rFonts w:eastAsia="Times New Roman" w:cs="Times New Roman"/>
                <w:color w:val="222222"/>
                <w:sz w:val="24"/>
                <w:szCs w:val="24"/>
              </w:rPr>
              <w:t>Vehicle loan / lease</w:t>
            </w:r>
          </w:p>
        </w:tc>
        <w:tc>
          <w:tcPr>
            <w:tcW w:w="1800" w:type="dxa"/>
            <w:tcMar>
              <w:top w:w="70" w:type="dxa"/>
              <w:left w:w="70" w:type="dxa"/>
              <w:bottom w:w="70" w:type="dxa"/>
              <w:right w:w="70" w:type="dxa"/>
            </w:tcMar>
            <w:vAlign w:val="center"/>
          </w:tcPr>
          <w:p w14:paraId="38761414"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24ED2726"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39039527"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597DC36C"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48BEE04C" w14:textId="77777777" w:rsidR="00A01BC5" w:rsidRPr="006A00BC" w:rsidRDefault="00A01BC5" w:rsidP="006A00BC">
            <w:pPr>
              <w:spacing w:after="240"/>
              <w:rPr>
                <w:sz w:val="24"/>
                <w:szCs w:val="24"/>
              </w:rPr>
            </w:pPr>
          </w:p>
        </w:tc>
      </w:tr>
      <w:tr w:rsidR="00A01BC5" w:rsidRPr="006A00BC" w14:paraId="3E700A2C" w14:textId="77777777">
        <w:trPr>
          <w:cantSplit/>
          <w:trHeight w:val="490"/>
          <w:jc w:val="center"/>
        </w:trPr>
        <w:tc>
          <w:tcPr>
            <w:tcW w:w="1728" w:type="dxa"/>
            <w:tcMar>
              <w:top w:w="70" w:type="dxa"/>
              <w:left w:w="70" w:type="dxa"/>
              <w:bottom w:w="70" w:type="dxa"/>
              <w:right w:w="70" w:type="dxa"/>
            </w:tcMar>
            <w:vAlign w:val="center"/>
          </w:tcPr>
          <w:p w14:paraId="3720C077" w14:textId="77777777" w:rsidR="00A01BC5" w:rsidRPr="006A00BC" w:rsidRDefault="00000000" w:rsidP="006A00BC">
            <w:pPr>
              <w:spacing w:after="240"/>
              <w:rPr>
                <w:sz w:val="24"/>
                <w:szCs w:val="24"/>
              </w:rPr>
            </w:pPr>
            <w:r w:rsidRPr="006A00BC">
              <w:rPr>
                <w:rFonts w:eastAsia="Times New Roman" w:cs="Times New Roman"/>
                <w:color w:val="222222"/>
                <w:sz w:val="24"/>
                <w:szCs w:val="24"/>
              </w:rPr>
              <w:t>Storage unit / safe-deposit box</w:t>
            </w:r>
          </w:p>
        </w:tc>
        <w:tc>
          <w:tcPr>
            <w:tcW w:w="1800" w:type="dxa"/>
            <w:tcMar>
              <w:top w:w="70" w:type="dxa"/>
              <w:left w:w="70" w:type="dxa"/>
              <w:bottom w:w="70" w:type="dxa"/>
              <w:right w:w="70" w:type="dxa"/>
            </w:tcMar>
            <w:vAlign w:val="center"/>
          </w:tcPr>
          <w:p w14:paraId="7E846493"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38136951"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5BBC2376"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5BA95A4E"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0AFA4685" w14:textId="77777777" w:rsidR="00A01BC5" w:rsidRPr="006A00BC" w:rsidRDefault="00A01BC5" w:rsidP="006A00BC">
            <w:pPr>
              <w:spacing w:after="240"/>
              <w:rPr>
                <w:sz w:val="24"/>
                <w:szCs w:val="24"/>
              </w:rPr>
            </w:pPr>
          </w:p>
        </w:tc>
      </w:tr>
      <w:tr w:rsidR="00A01BC5" w:rsidRPr="006A00BC" w14:paraId="062B2391" w14:textId="77777777">
        <w:trPr>
          <w:cantSplit/>
          <w:trHeight w:val="490"/>
          <w:jc w:val="center"/>
        </w:trPr>
        <w:tc>
          <w:tcPr>
            <w:tcW w:w="1728" w:type="dxa"/>
            <w:tcMar>
              <w:top w:w="70" w:type="dxa"/>
              <w:left w:w="70" w:type="dxa"/>
              <w:bottom w:w="70" w:type="dxa"/>
              <w:right w:w="70" w:type="dxa"/>
            </w:tcMar>
            <w:vAlign w:val="center"/>
          </w:tcPr>
          <w:p w14:paraId="6B431A1D" w14:textId="77777777" w:rsidR="00A01BC5" w:rsidRPr="006A00BC" w:rsidRDefault="00000000" w:rsidP="006A00BC">
            <w:pPr>
              <w:spacing w:after="240"/>
              <w:rPr>
                <w:sz w:val="24"/>
                <w:szCs w:val="24"/>
              </w:rPr>
            </w:pPr>
            <w:r w:rsidRPr="006A00BC">
              <w:rPr>
                <w:rFonts w:eastAsia="Times New Roman" w:cs="Times New Roman"/>
                <w:color w:val="222222"/>
                <w:sz w:val="24"/>
                <w:szCs w:val="24"/>
              </w:rPr>
              <w:t>Subscriptions / memberships</w:t>
            </w:r>
          </w:p>
        </w:tc>
        <w:tc>
          <w:tcPr>
            <w:tcW w:w="1800" w:type="dxa"/>
            <w:tcMar>
              <w:top w:w="70" w:type="dxa"/>
              <w:left w:w="70" w:type="dxa"/>
              <w:bottom w:w="70" w:type="dxa"/>
              <w:right w:w="70" w:type="dxa"/>
            </w:tcMar>
            <w:vAlign w:val="center"/>
          </w:tcPr>
          <w:p w14:paraId="084DCC77"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2BA9A382"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25F2877F"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6444E1BC"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4194D7E4" w14:textId="77777777" w:rsidR="00A01BC5" w:rsidRPr="006A00BC" w:rsidRDefault="00A01BC5" w:rsidP="006A00BC">
            <w:pPr>
              <w:spacing w:after="240"/>
              <w:rPr>
                <w:sz w:val="24"/>
                <w:szCs w:val="24"/>
              </w:rPr>
            </w:pPr>
          </w:p>
        </w:tc>
      </w:tr>
      <w:tr w:rsidR="00A01BC5" w:rsidRPr="006A00BC" w14:paraId="10351554" w14:textId="77777777">
        <w:trPr>
          <w:cantSplit/>
          <w:trHeight w:val="490"/>
          <w:jc w:val="center"/>
        </w:trPr>
        <w:tc>
          <w:tcPr>
            <w:tcW w:w="1728" w:type="dxa"/>
            <w:tcMar>
              <w:top w:w="70" w:type="dxa"/>
              <w:left w:w="70" w:type="dxa"/>
              <w:bottom w:w="70" w:type="dxa"/>
              <w:right w:w="70" w:type="dxa"/>
            </w:tcMar>
            <w:vAlign w:val="center"/>
          </w:tcPr>
          <w:p w14:paraId="40002E11" w14:textId="77777777" w:rsidR="00A01BC5" w:rsidRPr="006A00BC" w:rsidRDefault="00000000" w:rsidP="006A00BC">
            <w:pPr>
              <w:spacing w:after="240"/>
              <w:rPr>
                <w:sz w:val="24"/>
                <w:szCs w:val="24"/>
              </w:rPr>
            </w:pPr>
            <w:r w:rsidRPr="006A00BC">
              <w:rPr>
                <w:rFonts w:eastAsia="Times New Roman" w:cs="Times New Roman"/>
                <w:color w:val="222222"/>
                <w:sz w:val="24"/>
                <w:szCs w:val="24"/>
              </w:rPr>
              <w:t>Caregiver / household payroll / services</w:t>
            </w:r>
          </w:p>
        </w:tc>
        <w:tc>
          <w:tcPr>
            <w:tcW w:w="1800" w:type="dxa"/>
            <w:tcMar>
              <w:top w:w="70" w:type="dxa"/>
              <w:left w:w="70" w:type="dxa"/>
              <w:bottom w:w="70" w:type="dxa"/>
              <w:right w:w="70" w:type="dxa"/>
            </w:tcMar>
            <w:vAlign w:val="center"/>
          </w:tcPr>
          <w:p w14:paraId="61F42B73"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6F33BC7B"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2ED2B57E"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64897185"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07D4F7DA" w14:textId="77777777" w:rsidR="00A01BC5" w:rsidRPr="006A00BC" w:rsidRDefault="00A01BC5" w:rsidP="006A00BC">
            <w:pPr>
              <w:spacing w:after="240"/>
              <w:rPr>
                <w:sz w:val="24"/>
                <w:szCs w:val="24"/>
              </w:rPr>
            </w:pPr>
          </w:p>
        </w:tc>
      </w:tr>
      <w:tr w:rsidR="00A01BC5" w:rsidRPr="006A00BC" w14:paraId="71AA2EF9" w14:textId="77777777">
        <w:trPr>
          <w:cantSplit/>
          <w:trHeight w:val="490"/>
          <w:jc w:val="center"/>
        </w:trPr>
        <w:tc>
          <w:tcPr>
            <w:tcW w:w="1728" w:type="dxa"/>
            <w:tcMar>
              <w:top w:w="70" w:type="dxa"/>
              <w:left w:w="70" w:type="dxa"/>
              <w:bottom w:w="70" w:type="dxa"/>
              <w:right w:w="70" w:type="dxa"/>
            </w:tcMar>
            <w:vAlign w:val="center"/>
          </w:tcPr>
          <w:p w14:paraId="5F7FF4A8" w14:textId="77777777" w:rsidR="00A01BC5" w:rsidRPr="006A00BC" w:rsidRDefault="00000000" w:rsidP="006A00BC">
            <w:pPr>
              <w:spacing w:after="240"/>
              <w:rPr>
                <w:sz w:val="24"/>
                <w:szCs w:val="24"/>
              </w:rPr>
            </w:pPr>
            <w:r w:rsidRPr="006A00BC">
              <w:rPr>
                <w:rFonts w:eastAsia="Times New Roman" w:cs="Times New Roman"/>
                <w:color w:val="222222"/>
                <w:sz w:val="24"/>
                <w:szCs w:val="24"/>
              </w:rPr>
              <w:t>Business obligations</w:t>
            </w:r>
          </w:p>
        </w:tc>
        <w:tc>
          <w:tcPr>
            <w:tcW w:w="1800" w:type="dxa"/>
            <w:tcMar>
              <w:top w:w="70" w:type="dxa"/>
              <w:left w:w="70" w:type="dxa"/>
              <w:bottom w:w="70" w:type="dxa"/>
              <w:right w:w="70" w:type="dxa"/>
            </w:tcMar>
            <w:vAlign w:val="center"/>
          </w:tcPr>
          <w:p w14:paraId="4AD9B343"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1CBEF034"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6411ACB7"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151BE0AB"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6986C115" w14:textId="77777777" w:rsidR="00A01BC5" w:rsidRPr="006A00BC" w:rsidRDefault="00A01BC5" w:rsidP="006A00BC">
            <w:pPr>
              <w:spacing w:after="240"/>
              <w:rPr>
                <w:sz w:val="24"/>
                <w:szCs w:val="24"/>
              </w:rPr>
            </w:pPr>
          </w:p>
        </w:tc>
      </w:tr>
      <w:tr w:rsidR="00A01BC5" w:rsidRPr="006A00BC" w14:paraId="5433A629" w14:textId="77777777">
        <w:trPr>
          <w:cantSplit/>
          <w:trHeight w:val="490"/>
          <w:jc w:val="center"/>
        </w:trPr>
        <w:tc>
          <w:tcPr>
            <w:tcW w:w="1728" w:type="dxa"/>
            <w:tcMar>
              <w:top w:w="70" w:type="dxa"/>
              <w:left w:w="70" w:type="dxa"/>
              <w:bottom w:w="70" w:type="dxa"/>
              <w:right w:w="70" w:type="dxa"/>
            </w:tcMar>
            <w:vAlign w:val="center"/>
          </w:tcPr>
          <w:p w14:paraId="28D8F953" w14:textId="77777777" w:rsidR="00A01BC5" w:rsidRPr="006A00BC" w:rsidRDefault="00000000" w:rsidP="006A00BC">
            <w:pPr>
              <w:spacing w:after="240"/>
              <w:rPr>
                <w:sz w:val="24"/>
                <w:szCs w:val="24"/>
              </w:rPr>
            </w:pPr>
            <w:r w:rsidRPr="006A00BC">
              <w:rPr>
                <w:rFonts w:eastAsia="Times New Roman" w:cs="Times New Roman"/>
                <w:color w:val="222222"/>
                <w:sz w:val="24"/>
                <w:szCs w:val="24"/>
              </w:rPr>
              <w:t>Other recurring payment</w:t>
            </w:r>
          </w:p>
        </w:tc>
        <w:tc>
          <w:tcPr>
            <w:tcW w:w="1800" w:type="dxa"/>
            <w:tcMar>
              <w:top w:w="70" w:type="dxa"/>
              <w:left w:w="70" w:type="dxa"/>
              <w:bottom w:w="70" w:type="dxa"/>
              <w:right w:w="70" w:type="dxa"/>
            </w:tcMar>
            <w:vAlign w:val="center"/>
          </w:tcPr>
          <w:p w14:paraId="26E1AA2A"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3A49CBE6"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3C200AB3"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34474E31"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2E8F8D7C" w14:textId="77777777" w:rsidR="00A01BC5" w:rsidRPr="006A00BC" w:rsidRDefault="00A01BC5" w:rsidP="006A00BC">
            <w:pPr>
              <w:spacing w:after="240"/>
              <w:rPr>
                <w:sz w:val="24"/>
                <w:szCs w:val="24"/>
              </w:rPr>
            </w:pPr>
          </w:p>
        </w:tc>
      </w:tr>
      <w:tr w:rsidR="00A01BC5" w:rsidRPr="006A00BC" w14:paraId="411376F2" w14:textId="77777777">
        <w:trPr>
          <w:cantSplit/>
          <w:trHeight w:val="490"/>
          <w:jc w:val="center"/>
        </w:trPr>
        <w:tc>
          <w:tcPr>
            <w:tcW w:w="1728" w:type="dxa"/>
            <w:tcMar>
              <w:top w:w="70" w:type="dxa"/>
              <w:left w:w="70" w:type="dxa"/>
              <w:bottom w:w="70" w:type="dxa"/>
              <w:right w:w="70" w:type="dxa"/>
            </w:tcMar>
            <w:vAlign w:val="center"/>
          </w:tcPr>
          <w:p w14:paraId="5C7A641C" w14:textId="77777777" w:rsidR="00A01BC5" w:rsidRPr="006A00BC" w:rsidRDefault="00000000" w:rsidP="006A00BC">
            <w:pPr>
              <w:spacing w:after="240"/>
              <w:rPr>
                <w:sz w:val="24"/>
                <w:szCs w:val="24"/>
              </w:rPr>
            </w:pPr>
            <w:r w:rsidRPr="006A00BC">
              <w:rPr>
                <w:rFonts w:eastAsia="Times New Roman" w:cs="Times New Roman"/>
                <w:color w:val="222222"/>
                <w:sz w:val="24"/>
                <w:szCs w:val="24"/>
              </w:rPr>
              <w:lastRenderedPageBreak/>
              <w:t>Other recurring payment</w:t>
            </w:r>
          </w:p>
        </w:tc>
        <w:tc>
          <w:tcPr>
            <w:tcW w:w="1800" w:type="dxa"/>
            <w:tcMar>
              <w:top w:w="70" w:type="dxa"/>
              <w:left w:w="70" w:type="dxa"/>
              <w:bottom w:w="70" w:type="dxa"/>
              <w:right w:w="70" w:type="dxa"/>
            </w:tcMar>
            <w:vAlign w:val="center"/>
          </w:tcPr>
          <w:p w14:paraId="5E5F719E"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0E96A660"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44795A89"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7E93134E"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6B5899DC" w14:textId="77777777" w:rsidR="00A01BC5" w:rsidRPr="006A00BC" w:rsidRDefault="00A01BC5" w:rsidP="006A00BC">
            <w:pPr>
              <w:spacing w:after="240"/>
              <w:rPr>
                <w:sz w:val="24"/>
                <w:szCs w:val="24"/>
              </w:rPr>
            </w:pPr>
          </w:p>
        </w:tc>
      </w:tr>
    </w:tbl>
    <w:p w14:paraId="22C6FCA8" w14:textId="77777777" w:rsidR="00A01BC5" w:rsidRPr="006A00BC" w:rsidRDefault="00A01BC5" w:rsidP="006A00BC">
      <w:pPr>
        <w:spacing w:after="240"/>
        <w:rPr>
          <w:sz w:val="24"/>
          <w:szCs w:val="24"/>
        </w:rPr>
      </w:pPr>
    </w:p>
    <w:p w14:paraId="46D76B3C" w14:textId="77777777" w:rsidR="00A01BC5" w:rsidRPr="006A00BC" w:rsidRDefault="00000000" w:rsidP="006A00BC">
      <w:pPr>
        <w:spacing w:after="240" w:line="252" w:lineRule="auto"/>
        <w:rPr>
          <w:sz w:val="24"/>
          <w:szCs w:val="24"/>
        </w:rPr>
      </w:pPr>
      <w:r w:rsidRPr="006A00BC">
        <w:rPr>
          <w:rFonts w:eastAsia="Times New Roman" w:cs="Times New Roman"/>
          <w:i/>
          <w:color w:val="555555"/>
          <w:sz w:val="24"/>
          <w:szCs w:val="24"/>
        </w:rPr>
        <w:t>Consider highlighting expenses that must continue immediately after death or incapacity, such as mortgage payments, insurance, utilities, property taxes, HOA dues, payroll, and business obligations.</w:t>
      </w:r>
    </w:p>
    <w:p w14:paraId="5139AB19" w14:textId="77777777" w:rsidR="00A01BC5" w:rsidRPr="006A00BC" w:rsidRDefault="00000000" w:rsidP="006A00BC">
      <w:pPr>
        <w:spacing w:after="240"/>
        <w:rPr>
          <w:sz w:val="24"/>
          <w:szCs w:val="24"/>
        </w:rPr>
      </w:pPr>
      <w:r w:rsidRPr="006A00BC">
        <w:rPr>
          <w:sz w:val="24"/>
          <w:szCs w:val="24"/>
        </w:rPr>
        <w:br w:type="page"/>
      </w:r>
    </w:p>
    <w:p w14:paraId="2C65B0CE"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10. Digital Accounts, Devices, and Online Property</w:t>
      </w:r>
    </w:p>
    <w:p w14:paraId="543C96B1" w14:textId="77777777" w:rsidR="00A01BC5" w:rsidRPr="006A00BC" w:rsidRDefault="00000000" w:rsidP="006A00BC">
      <w:pPr>
        <w:spacing w:after="240" w:line="252" w:lineRule="auto"/>
        <w:rPr>
          <w:sz w:val="24"/>
          <w:szCs w:val="24"/>
        </w:rPr>
      </w:pPr>
      <w:r w:rsidRPr="006A00BC">
        <w:rPr>
          <w:rFonts w:eastAsia="Times New Roman" w:cs="Times New Roman"/>
          <w:color w:val="222222"/>
          <w:sz w:val="24"/>
          <w:szCs w:val="24"/>
        </w:rPr>
        <w:t>The goal here is to identify what exists and how a legally authorized person can find it. For sensitive credentials, record the location of the password or recovery information rather than the password itself. Use the optional Secure Access Appendix only if you want to record credentials directly.</w:t>
      </w:r>
    </w:p>
    <w:p w14:paraId="336DE58F"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Core digital access</w:t>
      </w:r>
    </w:p>
    <w:tbl>
      <w:tblPr>
        <w:tblStyle w:val="TableGrid"/>
        <w:tblW w:w="0" w:type="auto"/>
        <w:jc w:val="center"/>
        <w:tblLayout w:type="fixed"/>
        <w:tblLook w:val="04A0" w:firstRow="1" w:lastRow="0" w:firstColumn="1" w:lastColumn="0" w:noHBand="0" w:noVBand="1"/>
      </w:tblPr>
      <w:tblGrid>
        <w:gridCol w:w="1728"/>
        <w:gridCol w:w="1800"/>
        <w:gridCol w:w="1800"/>
        <w:gridCol w:w="1655"/>
        <w:gridCol w:w="2015"/>
        <w:gridCol w:w="1152"/>
      </w:tblGrid>
      <w:tr w:rsidR="00A01BC5" w:rsidRPr="006A00BC" w14:paraId="569061BF" w14:textId="77777777">
        <w:trPr>
          <w:tblHeader/>
          <w:jc w:val="center"/>
        </w:trPr>
        <w:tc>
          <w:tcPr>
            <w:tcW w:w="1728" w:type="dxa"/>
            <w:shd w:val="clear" w:color="auto" w:fill="E7E6E6"/>
            <w:tcMar>
              <w:top w:w="70" w:type="dxa"/>
              <w:left w:w="70" w:type="dxa"/>
              <w:bottom w:w="70" w:type="dxa"/>
              <w:right w:w="70" w:type="dxa"/>
            </w:tcMar>
            <w:vAlign w:val="center"/>
          </w:tcPr>
          <w:p w14:paraId="1A0C6FF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Account / Device</w:t>
            </w:r>
          </w:p>
        </w:tc>
        <w:tc>
          <w:tcPr>
            <w:tcW w:w="1800" w:type="dxa"/>
            <w:shd w:val="clear" w:color="auto" w:fill="E7E6E6"/>
            <w:tcMar>
              <w:top w:w="70" w:type="dxa"/>
              <w:left w:w="70" w:type="dxa"/>
              <w:bottom w:w="70" w:type="dxa"/>
              <w:right w:w="70" w:type="dxa"/>
            </w:tcMar>
            <w:vAlign w:val="center"/>
          </w:tcPr>
          <w:p w14:paraId="6A2F7E50"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Provider / Model</w:t>
            </w:r>
          </w:p>
        </w:tc>
        <w:tc>
          <w:tcPr>
            <w:tcW w:w="1800" w:type="dxa"/>
            <w:shd w:val="clear" w:color="auto" w:fill="E7E6E6"/>
            <w:tcMar>
              <w:top w:w="70" w:type="dxa"/>
              <w:left w:w="70" w:type="dxa"/>
              <w:bottom w:w="70" w:type="dxa"/>
              <w:right w:w="70" w:type="dxa"/>
            </w:tcMar>
            <w:vAlign w:val="center"/>
          </w:tcPr>
          <w:p w14:paraId="3B0DB661"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Username / Email</w:t>
            </w:r>
          </w:p>
        </w:tc>
        <w:tc>
          <w:tcPr>
            <w:tcW w:w="1655" w:type="dxa"/>
            <w:shd w:val="clear" w:color="auto" w:fill="E7E6E6"/>
            <w:tcMar>
              <w:top w:w="70" w:type="dxa"/>
              <w:left w:w="70" w:type="dxa"/>
              <w:bottom w:w="70" w:type="dxa"/>
              <w:right w:w="70" w:type="dxa"/>
            </w:tcMar>
            <w:vAlign w:val="center"/>
          </w:tcPr>
          <w:p w14:paraId="181A6F9F"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MFA / Recovery Method</w:t>
            </w:r>
          </w:p>
        </w:tc>
        <w:tc>
          <w:tcPr>
            <w:tcW w:w="2015" w:type="dxa"/>
            <w:shd w:val="clear" w:color="auto" w:fill="E7E6E6"/>
            <w:tcMar>
              <w:top w:w="70" w:type="dxa"/>
              <w:left w:w="70" w:type="dxa"/>
              <w:bottom w:w="70" w:type="dxa"/>
              <w:right w:w="70" w:type="dxa"/>
            </w:tcMar>
            <w:vAlign w:val="center"/>
          </w:tcPr>
          <w:p w14:paraId="4938EC12"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Credential / Recovery Info Location</w:t>
            </w:r>
          </w:p>
        </w:tc>
        <w:tc>
          <w:tcPr>
            <w:tcW w:w="1152" w:type="dxa"/>
            <w:shd w:val="clear" w:color="auto" w:fill="E7E6E6"/>
            <w:tcMar>
              <w:top w:w="70" w:type="dxa"/>
              <w:left w:w="70" w:type="dxa"/>
              <w:bottom w:w="70" w:type="dxa"/>
              <w:right w:w="70" w:type="dxa"/>
            </w:tcMar>
            <w:vAlign w:val="center"/>
          </w:tcPr>
          <w:p w14:paraId="27C5490E"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Notes / Desired Action</w:t>
            </w:r>
          </w:p>
        </w:tc>
      </w:tr>
      <w:tr w:rsidR="00A01BC5" w:rsidRPr="006A00BC" w14:paraId="30CFECDA" w14:textId="77777777">
        <w:trPr>
          <w:cantSplit/>
          <w:trHeight w:val="562"/>
          <w:jc w:val="center"/>
        </w:trPr>
        <w:tc>
          <w:tcPr>
            <w:tcW w:w="1728" w:type="dxa"/>
            <w:tcMar>
              <w:top w:w="70" w:type="dxa"/>
              <w:left w:w="70" w:type="dxa"/>
              <w:bottom w:w="70" w:type="dxa"/>
              <w:right w:w="70" w:type="dxa"/>
            </w:tcMar>
            <w:vAlign w:val="center"/>
          </w:tcPr>
          <w:p w14:paraId="7C02B70C" w14:textId="77777777" w:rsidR="00A01BC5" w:rsidRPr="006A00BC" w:rsidRDefault="00000000" w:rsidP="006A00BC">
            <w:pPr>
              <w:spacing w:after="240"/>
              <w:rPr>
                <w:sz w:val="24"/>
                <w:szCs w:val="24"/>
              </w:rPr>
            </w:pPr>
            <w:r w:rsidRPr="006A00BC">
              <w:rPr>
                <w:rFonts w:eastAsia="Times New Roman" w:cs="Times New Roman"/>
                <w:color w:val="222222"/>
                <w:sz w:val="24"/>
                <w:szCs w:val="24"/>
              </w:rPr>
              <w:t>Primary email</w:t>
            </w:r>
          </w:p>
        </w:tc>
        <w:tc>
          <w:tcPr>
            <w:tcW w:w="1800" w:type="dxa"/>
            <w:tcMar>
              <w:top w:w="70" w:type="dxa"/>
              <w:left w:w="70" w:type="dxa"/>
              <w:bottom w:w="70" w:type="dxa"/>
              <w:right w:w="70" w:type="dxa"/>
            </w:tcMar>
            <w:vAlign w:val="center"/>
          </w:tcPr>
          <w:p w14:paraId="0F353F53"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08CAFF4A"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6EB06CD5"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014C1501"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5ECE70F2" w14:textId="77777777" w:rsidR="00A01BC5" w:rsidRPr="006A00BC" w:rsidRDefault="00A01BC5" w:rsidP="006A00BC">
            <w:pPr>
              <w:spacing w:after="240"/>
              <w:rPr>
                <w:sz w:val="24"/>
                <w:szCs w:val="24"/>
              </w:rPr>
            </w:pPr>
          </w:p>
        </w:tc>
      </w:tr>
      <w:tr w:rsidR="00A01BC5" w:rsidRPr="006A00BC" w14:paraId="02D087B4" w14:textId="77777777">
        <w:trPr>
          <w:cantSplit/>
          <w:trHeight w:val="562"/>
          <w:jc w:val="center"/>
        </w:trPr>
        <w:tc>
          <w:tcPr>
            <w:tcW w:w="1728" w:type="dxa"/>
            <w:tcMar>
              <w:top w:w="70" w:type="dxa"/>
              <w:left w:w="70" w:type="dxa"/>
              <w:bottom w:w="70" w:type="dxa"/>
              <w:right w:w="70" w:type="dxa"/>
            </w:tcMar>
            <w:vAlign w:val="center"/>
          </w:tcPr>
          <w:p w14:paraId="33BE2C94" w14:textId="77777777" w:rsidR="00A01BC5" w:rsidRPr="006A00BC" w:rsidRDefault="00000000" w:rsidP="006A00BC">
            <w:pPr>
              <w:spacing w:after="240"/>
              <w:rPr>
                <w:sz w:val="24"/>
                <w:szCs w:val="24"/>
              </w:rPr>
            </w:pPr>
            <w:r w:rsidRPr="006A00BC">
              <w:rPr>
                <w:rFonts w:eastAsia="Times New Roman" w:cs="Times New Roman"/>
                <w:color w:val="222222"/>
                <w:sz w:val="24"/>
                <w:szCs w:val="24"/>
              </w:rPr>
              <w:t>Secondary email</w:t>
            </w:r>
          </w:p>
        </w:tc>
        <w:tc>
          <w:tcPr>
            <w:tcW w:w="1800" w:type="dxa"/>
            <w:tcMar>
              <w:top w:w="70" w:type="dxa"/>
              <w:left w:w="70" w:type="dxa"/>
              <w:bottom w:w="70" w:type="dxa"/>
              <w:right w:w="70" w:type="dxa"/>
            </w:tcMar>
            <w:vAlign w:val="center"/>
          </w:tcPr>
          <w:p w14:paraId="21C10B40"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05D955CB"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7DBD016B"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56EC5A4F"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44516D07" w14:textId="77777777" w:rsidR="00A01BC5" w:rsidRPr="006A00BC" w:rsidRDefault="00A01BC5" w:rsidP="006A00BC">
            <w:pPr>
              <w:spacing w:after="240"/>
              <w:rPr>
                <w:sz w:val="24"/>
                <w:szCs w:val="24"/>
              </w:rPr>
            </w:pPr>
          </w:p>
        </w:tc>
      </w:tr>
      <w:tr w:rsidR="00A01BC5" w:rsidRPr="006A00BC" w14:paraId="4E082D94" w14:textId="77777777">
        <w:trPr>
          <w:cantSplit/>
          <w:trHeight w:val="562"/>
          <w:jc w:val="center"/>
        </w:trPr>
        <w:tc>
          <w:tcPr>
            <w:tcW w:w="1728" w:type="dxa"/>
            <w:tcMar>
              <w:top w:w="70" w:type="dxa"/>
              <w:left w:w="70" w:type="dxa"/>
              <w:bottom w:w="70" w:type="dxa"/>
              <w:right w:w="70" w:type="dxa"/>
            </w:tcMar>
            <w:vAlign w:val="center"/>
          </w:tcPr>
          <w:p w14:paraId="14F2B5EC" w14:textId="77777777" w:rsidR="00A01BC5" w:rsidRPr="006A00BC" w:rsidRDefault="00000000" w:rsidP="006A00BC">
            <w:pPr>
              <w:spacing w:after="240"/>
              <w:rPr>
                <w:sz w:val="24"/>
                <w:szCs w:val="24"/>
              </w:rPr>
            </w:pPr>
            <w:r w:rsidRPr="006A00BC">
              <w:rPr>
                <w:rFonts w:eastAsia="Times New Roman" w:cs="Times New Roman"/>
                <w:color w:val="222222"/>
                <w:sz w:val="24"/>
                <w:szCs w:val="24"/>
              </w:rPr>
              <w:t>Cell phone / mobile carrier</w:t>
            </w:r>
          </w:p>
        </w:tc>
        <w:tc>
          <w:tcPr>
            <w:tcW w:w="1800" w:type="dxa"/>
            <w:tcMar>
              <w:top w:w="70" w:type="dxa"/>
              <w:left w:w="70" w:type="dxa"/>
              <w:bottom w:w="70" w:type="dxa"/>
              <w:right w:w="70" w:type="dxa"/>
            </w:tcMar>
            <w:vAlign w:val="center"/>
          </w:tcPr>
          <w:p w14:paraId="3E39D4AF"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4BA12606"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003C95F7"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2F51D9C8"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721C9835" w14:textId="77777777" w:rsidR="00A01BC5" w:rsidRPr="006A00BC" w:rsidRDefault="00A01BC5" w:rsidP="006A00BC">
            <w:pPr>
              <w:spacing w:after="240"/>
              <w:rPr>
                <w:sz w:val="24"/>
                <w:szCs w:val="24"/>
              </w:rPr>
            </w:pPr>
          </w:p>
        </w:tc>
      </w:tr>
      <w:tr w:rsidR="00A01BC5" w:rsidRPr="006A00BC" w14:paraId="537135F4" w14:textId="77777777">
        <w:trPr>
          <w:cantSplit/>
          <w:trHeight w:val="562"/>
          <w:jc w:val="center"/>
        </w:trPr>
        <w:tc>
          <w:tcPr>
            <w:tcW w:w="1728" w:type="dxa"/>
            <w:tcMar>
              <w:top w:w="70" w:type="dxa"/>
              <w:left w:w="70" w:type="dxa"/>
              <w:bottom w:w="70" w:type="dxa"/>
              <w:right w:w="70" w:type="dxa"/>
            </w:tcMar>
            <w:vAlign w:val="center"/>
          </w:tcPr>
          <w:p w14:paraId="2AC95837" w14:textId="77777777" w:rsidR="00A01BC5" w:rsidRPr="006A00BC" w:rsidRDefault="00000000" w:rsidP="006A00BC">
            <w:pPr>
              <w:spacing w:after="240"/>
              <w:rPr>
                <w:sz w:val="24"/>
                <w:szCs w:val="24"/>
              </w:rPr>
            </w:pPr>
            <w:r w:rsidRPr="006A00BC">
              <w:rPr>
                <w:rFonts w:eastAsia="Times New Roman" w:cs="Times New Roman"/>
                <w:color w:val="222222"/>
                <w:sz w:val="24"/>
                <w:szCs w:val="24"/>
              </w:rPr>
              <w:t>Primary computer</w:t>
            </w:r>
          </w:p>
        </w:tc>
        <w:tc>
          <w:tcPr>
            <w:tcW w:w="1800" w:type="dxa"/>
            <w:tcMar>
              <w:top w:w="70" w:type="dxa"/>
              <w:left w:w="70" w:type="dxa"/>
              <w:bottom w:w="70" w:type="dxa"/>
              <w:right w:w="70" w:type="dxa"/>
            </w:tcMar>
            <w:vAlign w:val="center"/>
          </w:tcPr>
          <w:p w14:paraId="0949FA78"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761A81D1"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71F31FEA"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171C50EB"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3458F30E" w14:textId="77777777" w:rsidR="00A01BC5" w:rsidRPr="006A00BC" w:rsidRDefault="00A01BC5" w:rsidP="006A00BC">
            <w:pPr>
              <w:spacing w:after="240"/>
              <w:rPr>
                <w:sz w:val="24"/>
                <w:szCs w:val="24"/>
              </w:rPr>
            </w:pPr>
          </w:p>
        </w:tc>
      </w:tr>
      <w:tr w:rsidR="00A01BC5" w:rsidRPr="006A00BC" w14:paraId="07A79421" w14:textId="77777777">
        <w:trPr>
          <w:cantSplit/>
          <w:trHeight w:val="562"/>
          <w:jc w:val="center"/>
        </w:trPr>
        <w:tc>
          <w:tcPr>
            <w:tcW w:w="1728" w:type="dxa"/>
            <w:tcMar>
              <w:top w:w="70" w:type="dxa"/>
              <w:left w:w="70" w:type="dxa"/>
              <w:bottom w:w="70" w:type="dxa"/>
              <w:right w:w="70" w:type="dxa"/>
            </w:tcMar>
            <w:vAlign w:val="center"/>
          </w:tcPr>
          <w:p w14:paraId="392FB1A0" w14:textId="77777777" w:rsidR="00A01BC5" w:rsidRPr="006A00BC" w:rsidRDefault="00000000" w:rsidP="006A00BC">
            <w:pPr>
              <w:spacing w:after="240"/>
              <w:rPr>
                <w:sz w:val="24"/>
                <w:szCs w:val="24"/>
              </w:rPr>
            </w:pPr>
            <w:r w:rsidRPr="006A00BC">
              <w:rPr>
                <w:rFonts w:eastAsia="Times New Roman" w:cs="Times New Roman"/>
                <w:color w:val="222222"/>
                <w:sz w:val="24"/>
                <w:szCs w:val="24"/>
              </w:rPr>
              <w:t xml:space="preserve">Tablet / </w:t>
            </w:r>
            <w:proofErr w:type="gramStart"/>
            <w:r w:rsidRPr="006A00BC">
              <w:rPr>
                <w:rFonts w:eastAsia="Times New Roman" w:cs="Times New Roman"/>
                <w:color w:val="222222"/>
                <w:sz w:val="24"/>
                <w:szCs w:val="24"/>
              </w:rPr>
              <w:t>other</w:t>
            </w:r>
            <w:proofErr w:type="gramEnd"/>
            <w:r w:rsidRPr="006A00BC">
              <w:rPr>
                <w:rFonts w:eastAsia="Times New Roman" w:cs="Times New Roman"/>
                <w:color w:val="222222"/>
                <w:sz w:val="24"/>
                <w:szCs w:val="24"/>
              </w:rPr>
              <w:t xml:space="preserve"> device</w:t>
            </w:r>
          </w:p>
        </w:tc>
        <w:tc>
          <w:tcPr>
            <w:tcW w:w="1800" w:type="dxa"/>
            <w:tcMar>
              <w:top w:w="70" w:type="dxa"/>
              <w:left w:w="70" w:type="dxa"/>
              <w:bottom w:w="70" w:type="dxa"/>
              <w:right w:w="70" w:type="dxa"/>
            </w:tcMar>
            <w:vAlign w:val="center"/>
          </w:tcPr>
          <w:p w14:paraId="75BE14BF"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182EEA7C"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5AE65DB4"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52A5A73E"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380DE218" w14:textId="77777777" w:rsidR="00A01BC5" w:rsidRPr="006A00BC" w:rsidRDefault="00A01BC5" w:rsidP="006A00BC">
            <w:pPr>
              <w:spacing w:after="240"/>
              <w:rPr>
                <w:sz w:val="24"/>
                <w:szCs w:val="24"/>
              </w:rPr>
            </w:pPr>
          </w:p>
        </w:tc>
      </w:tr>
      <w:tr w:rsidR="00A01BC5" w:rsidRPr="006A00BC" w14:paraId="7ABE0F5E" w14:textId="77777777">
        <w:trPr>
          <w:cantSplit/>
          <w:trHeight w:val="562"/>
          <w:jc w:val="center"/>
        </w:trPr>
        <w:tc>
          <w:tcPr>
            <w:tcW w:w="1728" w:type="dxa"/>
            <w:tcMar>
              <w:top w:w="70" w:type="dxa"/>
              <w:left w:w="70" w:type="dxa"/>
              <w:bottom w:w="70" w:type="dxa"/>
              <w:right w:w="70" w:type="dxa"/>
            </w:tcMar>
            <w:vAlign w:val="center"/>
          </w:tcPr>
          <w:p w14:paraId="42EA6E8F" w14:textId="77777777" w:rsidR="00A01BC5" w:rsidRPr="006A00BC" w:rsidRDefault="00000000" w:rsidP="006A00BC">
            <w:pPr>
              <w:spacing w:after="240"/>
              <w:rPr>
                <w:sz w:val="24"/>
                <w:szCs w:val="24"/>
              </w:rPr>
            </w:pPr>
            <w:r w:rsidRPr="006A00BC">
              <w:rPr>
                <w:rFonts w:eastAsia="Times New Roman" w:cs="Times New Roman"/>
                <w:color w:val="222222"/>
                <w:sz w:val="24"/>
                <w:szCs w:val="24"/>
              </w:rPr>
              <w:t>Password manager</w:t>
            </w:r>
          </w:p>
        </w:tc>
        <w:tc>
          <w:tcPr>
            <w:tcW w:w="1800" w:type="dxa"/>
            <w:tcMar>
              <w:top w:w="70" w:type="dxa"/>
              <w:left w:w="70" w:type="dxa"/>
              <w:bottom w:w="70" w:type="dxa"/>
              <w:right w:w="70" w:type="dxa"/>
            </w:tcMar>
            <w:vAlign w:val="center"/>
          </w:tcPr>
          <w:p w14:paraId="36A0431C"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3D3B56DF"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288090B7"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673C7EF1" w14:textId="77777777" w:rsidR="00A01BC5" w:rsidRPr="006A00BC" w:rsidRDefault="00A01BC5" w:rsidP="006A00BC">
            <w:pPr>
              <w:spacing w:after="240"/>
              <w:rPr>
                <w:sz w:val="24"/>
                <w:szCs w:val="24"/>
              </w:rPr>
            </w:pPr>
          </w:p>
        </w:tc>
        <w:tc>
          <w:tcPr>
            <w:tcW w:w="1152" w:type="dxa"/>
            <w:tcMar>
              <w:top w:w="70" w:type="dxa"/>
              <w:left w:w="70" w:type="dxa"/>
              <w:bottom w:w="70" w:type="dxa"/>
              <w:right w:w="70" w:type="dxa"/>
            </w:tcMar>
            <w:vAlign w:val="center"/>
          </w:tcPr>
          <w:p w14:paraId="16DEC1D0" w14:textId="77777777" w:rsidR="00A01BC5" w:rsidRPr="006A00BC" w:rsidRDefault="00A01BC5" w:rsidP="006A00BC">
            <w:pPr>
              <w:spacing w:after="240"/>
              <w:rPr>
                <w:sz w:val="24"/>
                <w:szCs w:val="24"/>
              </w:rPr>
            </w:pPr>
          </w:p>
        </w:tc>
      </w:tr>
    </w:tbl>
    <w:p w14:paraId="68607BF0" w14:textId="77777777" w:rsidR="00A01BC5" w:rsidRPr="006A00BC" w:rsidRDefault="00A01BC5" w:rsidP="006A00BC">
      <w:pPr>
        <w:spacing w:after="240"/>
        <w:rPr>
          <w:sz w:val="24"/>
          <w:szCs w:val="24"/>
        </w:rPr>
      </w:pPr>
    </w:p>
    <w:p w14:paraId="587F8A84"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Other online accounts and digital property</w:t>
      </w:r>
    </w:p>
    <w:tbl>
      <w:tblPr>
        <w:tblStyle w:val="TableGrid"/>
        <w:tblW w:w="0" w:type="auto"/>
        <w:jc w:val="center"/>
        <w:tblLayout w:type="fixed"/>
        <w:tblLook w:val="04A0" w:firstRow="1" w:lastRow="0" w:firstColumn="1" w:lastColumn="0" w:noHBand="0" w:noVBand="1"/>
      </w:tblPr>
      <w:tblGrid>
        <w:gridCol w:w="1728"/>
        <w:gridCol w:w="1655"/>
        <w:gridCol w:w="1872"/>
        <w:gridCol w:w="1440"/>
        <w:gridCol w:w="1800"/>
        <w:gridCol w:w="1584"/>
      </w:tblGrid>
      <w:tr w:rsidR="00A01BC5" w:rsidRPr="006A00BC" w14:paraId="240027F5" w14:textId="77777777">
        <w:trPr>
          <w:tblHeader/>
          <w:jc w:val="center"/>
        </w:trPr>
        <w:tc>
          <w:tcPr>
            <w:tcW w:w="1728" w:type="dxa"/>
            <w:shd w:val="clear" w:color="auto" w:fill="E7E6E6"/>
            <w:tcMar>
              <w:top w:w="70" w:type="dxa"/>
              <w:left w:w="70" w:type="dxa"/>
              <w:bottom w:w="70" w:type="dxa"/>
              <w:right w:w="70" w:type="dxa"/>
            </w:tcMar>
            <w:vAlign w:val="center"/>
          </w:tcPr>
          <w:p w14:paraId="2FF1CC1C"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Service / Asset</w:t>
            </w:r>
          </w:p>
        </w:tc>
        <w:tc>
          <w:tcPr>
            <w:tcW w:w="1655" w:type="dxa"/>
            <w:shd w:val="clear" w:color="auto" w:fill="E7E6E6"/>
            <w:tcMar>
              <w:top w:w="70" w:type="dxa"/>
              <w:left w:w="70" w:type="dxa"/>
              <w:bottom w:w="70" w:type="dxa"/>
              <w:right w:w="70" w:type="dxa"/>
            </w:tcMar>
            <w:vAlign w:val="center"/>
          </w:tcPr>
          <w:p w14:paraId="6A30260F"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Type / Purpose</w:t>
            </w:r>
          </w:p>
        </w:tc>
        <w:tc>
          <w:tcPr>
            <w:tcW w:w="1872" w:type="dxa"/>
            <w:shd w:val="clear" w:color="auto" w:fill="E7E6E6"/>
            <w:tcMar>
              <w:top w:w="70" w:type="dxa"/>
              <w:left w:w="70" w:type="dxa"/>
              <w:bottom w:w="70" w:type="dxa"/>
              <w:right w:w="70" w:type="dxa"/>
            </w:tcMar>
            <w:vAlign w:val="center"/>
          </w:tcPr>
          <w:p w14:paraId="54311020"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Username / Email</w:t>
            </w:r>
          </w:p>
        </w:tc>
        <w:tc>
          <w:tcPr>
            <w:tcW w:w="1440" w:type="dxa"/>
            <w:shd w:val="clear" w:color="auto" w:fill="E7E6E6"/>
            <w:tcMar>
              <w:top w:w="70" w:type="dxa"/>
              <w:left w:w="70" w:type="dxa"/>
              <w:bottom w:w="70" w:type="dxa"/>
              <w:right w:w="70" w:type="dxa"/>
            </w:tcMar>
            <w:vAlign w:val="center"/>
          </w:tcPr>
          <w:p w14:paraId="79446D12"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Value / Revenue (if any)</w:t>
            </w:r>
          </w:p>
        </w:tc>
        <w:tc>
          <w:tcPr>
            <w:tcW w:w="1800" w:type="dxa"/>
            <w:shd w:val="clear" w:color="auto" w:fill="E7E6E6"/>
            <w:tcMar>
              <w:top w:w="70" w:type="dxa"/>
              <w:left w:w="70" w:type="dxa"/>
              <w:bottom w:w="70" w:type="dxa"/>
              <w:right w:w="70" w:type="dxa"/>
            </w:tcMar>
            <w:vAlign w:val="center"/>
          </w:tcPr>
          <w:p w14:paraId="5119366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Credential Location</w:t>
            </w:r>
          </w:p>
        </w:tc>
        <w:tc>
          <w:tcPr>
            <w:tcW w:w="1584" w:type="dxa"/>
            <w:shd w:val="clear" w:color="auto" w:fill="E7E6E6"/>
            <w:tcMar>
              <w:top w:w="70" w:type="dxa"/>
              <w:left w:w="70" w:type="dxa"/>
              <w:bottom w:w="70" w:type="dxa"/>
              <w:right w:w="70" w:type="dxa"/>
            </w:tcMar>
            <w:vAlign w:val="center"/>
          </w:tcPr>
          <w:p w14:paraId="4F484EB4"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Keep / Transfer / Close / Notes</w:t>
            </w:r>
          </w:p>
        </w:tc>
      </w:tr>
      <w:tr w:rsidR="00A01BC5" w:rsidRPr="006A00BC" w14:paraId="6F25286C" w14:textId="77777777">
        <w:trPr>
          <w:cantSplit/>
          <w:trHeight w:val="490"/>
          <w:jc w:val="center"/>
        </w:trPr>
        <w:tc>
          <w:tcPr>
            <w:tcW w:w="1728" w:type="dxa"/>
            <w:tcMar>
              <w:top w:w="70" w:type="dxa"/>
              <w:left w:w="70" w:type="dxa"/>
              <w:bottom w:w="70" w:type="dxa"/>
              <w:right w:w="70" w:type="dxa"/>
            </w:tcMar>
            <w:vAlign w:val="center"/>
          </w:tcPr>
          <w:p w14:paraId="3509B04E"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4FBD730E"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31F3CE4E"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713E6797"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02190338"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149D3C76" w14:textId="77777777" w:rsidR="00A01BC5" w:rsidRPr="006A00BC" w:rsidRDefault="00A01BC5" w:rsidP="006A00BC">
            <w:pPr>
              <w:spacing w:after="240"/>
              <w:rPr>
                <w:sz w:val="24"/>
                <w:szCs w:val="24"/>
              </w:rPr>
            </w:pPr>
          </w:p>
        </w:tc>
      </w:tr>
      <w:tr w:rsidR="00A01BC5" w:rsidRPr="006A00BC" w14:paraId="3CC3924D" w14:textId="77777777">
        <w:trPr>
          <w:cantSplit/>
          <w:trHeight w:val="490"/>
          <w:jc w:val="center"/>
        </w:trPr>
        <w:tc>
          <w:tcPr>
            <w:tcW w:w="1728" w:type="dxa"/>
            <w:tcMar>
              <w:top w:w="70" w:type="dxa"/>
              <w:left w:w="70" w:type="dxa"/>
              <w:bottom w:w="70" w:type="dxa"/>
              <w:right w:w="70" w:type="dxa"/>
            </w:tcMar>
            <w:vAlign w:val="center"/>
          </w:tcPr>
          <w:p w14:paraId="7F8CB8DB"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549CB30D"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1A8DDF8E"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4FC5F84B"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78D32770"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579CFDDB" w14:textId="77777777" w:rsidR="00A01BC5" w:rsidRPr="006A00BC" w:rsidRDefault="00A01BC5" w:rsidP="006A00BC">
            <w:pPr>
              <w:spacing w:after="240"/>
              <w:rPr>
                <w:sz w:val="24"/>
                <w:szCs w:val="24"/>
              </w:rPr>
            </w:pPr>
          </w:p>
        </w:tc>
      </w:tr>
      <w:tr w:rsidR="00A01BC5" w:rsidRPr="006A00BC" w14:paraId="041000EF" w14:textId="77777777">
        <w:trPr>
          <w:cantSplit/>
          <w:trHeight w:val="490"/>
          <w:jc w:val="center"/>
        </w:trPr>
        <w:tc>
          <w:tcPr>
            <w:tcW w:w="1728" w:type="dxa"/>
            <w:tcMar>
              <w:top w:w="70" w:type="dxa"/>
              <w:left w:w="70" w:type="dxa"/>
              <w:bottom w:w="70" w:type="dxa"/>
              <w:right w:w="70" w:type="dxa"/>
            </w:tcMar>
            <w:vAlign w:val="center"/>
          </w:tcPr>
          <w:p w14:paraId="35D06259"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1659CA06"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0DA80BEB"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02DDF1A5"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178BEE0F"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6E3861E2" w14:textId="77777777" w:rsidR="00A01BC5" w:rsidRPr="006A00BC" w:rsidRDefault="00A01BC5" w:rsidP="006A00BC">
            <w:pPr>
              <w:spacing w:after="240"/>
              <w:rPr>
                <w:sz w:val="24"/>
                <w:szCs w:val="24"/>
              </w:rPr>
            </w:pPr>
          </w:p>
        </w:tc>
      </w:tr>
      <w:tr w:rsidR="00A01BC5" w:rsidRPr="006A00BC" w14:paraId="1F7826C4" w14:textId="77777777">
        <w:trPr>
          <w:cantSplit/>
          <w:trHeight w:val="490"/>
          <w:jc w:val="center"/>
        </w:trPr>
        <w:tc>
          <w:tcPr>
            <w:tcW w:w="1728" w:type="dxa"/>
            <w:tcMar>
              <w:top w:w="70" w:type="dxa"/>
              <w:left w:w="70" w:type="dxa"/>
              <w:bottom w:w="70" w:type="dxa"/>
              <w:right w:w="70" w:type="dxa"/>
            </w:tcMar>
            <w:vAlign w:val="center"/>
          </w:tcPr>
          <w:p w14:paraId="75007E9A"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2F05D97A"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0E74D6CB"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3360E970"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27E8304D"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1191BFCF" w14:textId="77777777" w:rsidR="00A01BC5" w:rsidRPr="006A00BC" w:rsidRDefault="00A01BC5" w:rsidP="006A00BC">
            <w:pPr>
              <w:spacing w:after="240"/>
              <w:rPr>
                <w:sz w:val="24"/>
                <w:szCs w:val="24"/>
              </w:rPr>
            </w:pPr>
          </w:p>
        </w:tc>
      </w:tr>
      <w:tr w:rsidR="00A01BC5" w:rsidRPr="006A00BC" w14:paraId="6FEA8DF5" w14:textId="77777777">
        <w:trPr>
          <w:cantSplit/>
          <w:trHeight w:val="490"/>
          <w:jc w:val="center"/>
        </w:trPr>
        <w:tc>
          <w:tcPr>
            <w:tcW w:w="1728" w:type="dxa"/>
            <w:tcMar>
              <w:top w:w="70" w:type="dxa"/>
              <w:left w:w="70" w:type="dxa"/>
              <w:bottom w:w="70" w:type="dxa"/>
              <w:right w:w="70" w:type="dxa"/>
            </w:tcMar>
            <w:vAlign w:val="center"/>
          </w:tcPr>
          <w:p w14:paraId="5F73FA61"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7F593885"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1CDA4BFE"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7DA2048B"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4B954E51"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39EA6326" w14:textId="77777777" w:rsidR="00A01BC5" w:rsidRPr="006A00BC" w:rsidRDefault="00A01BC5" w:rsidP="006A00BC">
            <w:pPr>
              <w:spacing w:after="240"/>
              <w:rPr>
                <w:sz w:val="24"/>
                <w:szCs w:val="24"/>
              </w:rPr>
            </w:pPr>
          </w:p>
        </w:tc>
      </w:tr>
      <w:tr w:rsidR="00A01BC5" w:rsidRPr="006A00BC" w14:paraId="34A3123D" w14:textId="77777777">
        <w:trPr>
          <w:cantSplit/>
          <w:trHeight w:val="490"/>
          <w:jc w:val="center"/>
        </w:trPr>
        <w:tc>
          <w:tcPr>
            <w:tcW w:w="1728" w:type="dxa"/>
            <w:tcMar>
              <w:top w:w="70" w:type="dxa"/>
              <w:left w:w="70" w:type="dxa"/>
              <w:bottom w:w="70" w:type="dxa"/>
              <w:right w:w="70" w:type="dxa"/>
            </w:tcMar>
            <w:vAlign w:val="center"/>
          </w:tcPr>
          <w:p w14:paraId="1454D217"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150C66FE"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17D7DF50"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4F9ECD03"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1A2BDAD6"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1F77090E" w14:textId="77777777" w:rsidR="00A01BC5" w:rsidRPr="006A00BC" w:rsidRDefault="00A01BC5" w:rsidP="006A00BC">
            <w:pPr>
              <w:spacing w:after="240"/>
              <w:rPr>
                <w:sz w:val="24"/>
                <w:szCs w:val="24"/>
              </w:rPr>
            </w:pPr>
          </w:p>
        </w:tc>
      </w:tr>
      <w:tr w:rsidR="00A01BC5" w:rsidRPr="006A00BC" w14:paraId="068DB124" w14:textId="77777777">
        <w:trPr>
          <w:cantSplit/>
          <w:trHeight w:val="490"/>
          <w:jc w:val="center"/>
        </w:trPr>
        <w:tc>
          <w:tcPr>
            <w:tcW w:w="1728" w:type="dxa"/>
            <w:tcMar>
              <w:top w:w="70" w:type="dxa"/>
              <w:left w:w="70" w:type="dxa"/>
              <w:bottom w:w="70" w:type="dxa"/>
              <w:right w:w="70" w:type="dxa"/>
            </w:tcMar>
            <w:vAlign w:val="center"/>
          </w:tcPr>
          <w:p w14:paraId="6EFF71D1"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58BE5FF3"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1A73E564"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6B33E752"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413E2542"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828212F" w14:textId="77777777" w:rsidR="00A01BC5" w:rsidRPr="006A00BC" w:rsidRDefault="00A01BC5" w:rsidP="006A00BC">
            <w:pPr>
              <w:spacing w:after="240"/>
              <w:rPr>
                <w:sz w:val="24"/>
                <w:szCs w:val="24"/>
              </w:rPr>
            </w:pPr>
          </w:p>
        </w:tc>
      </w:tr>
      <w:tr w:rsidR="00A01BC5" w:rsidRPr="006A00BC" w14:paraId="3DBA7EF0" w14:textId="77777777">
        <w:trPr>
          <w:cantSplit/>
          <w:trHeight w:val="490"/>
          <w:jc w:val="center"/>
        </w:trPr>
        <w:tc>
          <w:tcPr>
            <w:tcW w:w="1728" w:type="dxa"/>
            <w:tcMar>
              <w:top w:w="70" w:type="dxa"/>
              <w:left w:w="70" w:type="dxa"/>
              <w:bottom w:w="70" w:type="dxa"/>
              <w:right w:w="70" w:type="dxa"/>
            </w:tcMar>
            <w:vAlign w:val="center"/>
          </w:tcPr>
          <w:p w14:paraId="04D153E0"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6D8B68C7"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183F812C"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574B3798"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7BA0AE69"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5E4FFD6F" w14:textId="77777777" w:rsidR="00A01BC5" w:rsidRPr="006A00BC" w:rsidRDefault="00A01BC5" w:rsidP="006A00BC">
            <w:pPr>
              <w:spacing w:after="240"/>
              <w:rPr>
                <w:sz w:val="24"/>
                <w:szCs w:val="24"/>
              </w:rPr>
            </w:pPr>
          </w:p>
        </w:tc>
      </w:tr>
      <w:tr w:rsidR="00A01BC5" w:rsidRPr="006A00BC" w14:paraId="09C9374B" w14:textId="77777777">
        <w:trPr>
          <w:cantSplit/>
          <w:trHeight w:val="490"/>
          <w:jc w:val="center"/>
        </w:trPr>
        <w:tc>
          <w:tcPr>
            <w:tcW w:w="1728" w:type="dxa"/>
            <w:tcMar>
              <w:top w:w="70" w:type="dxa"/>
              <w:left w:w="70" w:type="dxa"/>
              <w:bottom w:w="70" w:type="dxa"/>
              <w:right w:w="70" w:type="dxa"/>
            </w:tcMar>
            <w:vAlign w:val="center"/>
          </w:tcPr>
          <w:p w14:paraId="36A4A171"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64D2473D"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7203CB2B"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169632ED"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1B2C5CC8"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FF01E5B" w14:textId="77777777" w:rsidR="00A01BC5" w:rsidRPr="006A00BC" w:rsidRDefault="00A01BC5" w:rsidP="006A00BC">
            <w:pPr>
              <w:spacing w:after="240"/>
              <w:rPr>
                <w:sz w:val="24"/>
                <w:szCs w:val="24"/>
              </w:rPr>
            </w:pPr>
          </w:p>
        </w:tc>
      </w:tr>
      <w:tr w:rsidR="00A01BC5" w:rsidRPr="006A00BC" w14:paraId="70572306" w14:textId="77777777">
        <w:trPr>
          <w:cantSplit/>
          <w:trHeight w:val="490"/>
          <w:jc w:val="center"/>
        </w:trPr>
        <w:tc>
          <w:tcPr>
            <w:tcW w:w="1728" w:type="dxa"/>
            <w:tcMar>
              <w:top w:w="70" w:type="dxa"/>
              <w:left w:w="70" w:type="dxa"/>
              <w:bottom w:w="70" w:type="dxa"/>
              <w:right w:w="70" w:type="dxa"/>
            </w:tcMar>
            <w:vAlign w:val="center"/>
          </w:tcPr>
          <w:p w14:paraId="075AEE7F"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467C4518"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28738416"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729EF5B7"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7455062"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1929B6D1" w14:textId="77777777" w:rsidR="00A01BC5" w:rsidRPr="006A00BC" w:rsidRDefault="00A01BC5" w:rsidP="006A00BC">
            <w:pPr>
              <w:spacing w:after="240"/>
              <w:rPr>
                <w:sz w:val="24"/>
                <w:szCs w:val="24"/>
              </w:rPr>
            </w:pPr>
          </w:p>
        </w:tc>
      </w:tr>
    </w:tbl>
    <w:p w14:paraId="59E798BC" w14:textId="77777777" w:rsidR="00A01BC5" w:rsidRPr="006A00BC" w:rsidRDefault="00A01BC5" w:rsidP="006A00BC">
      <w:pPr>
        <w:spacing w:after="240"/>
        <w:rPr>
          <w:sz w:val="24"/>
          <w:szCs w:val="24"/>
        </w:rPr>
      </w:pPr>
    </w:p>
    <w:p w14:paraId="24DB525E" w14:textId="77777777" w:rsidR="00A01BC5" w:rsidRPr="006A00BC" w:rsidRDefault="00000000" w:rsidP="006A00BC">
      <w:pPr>
        <w:spacing w:after="240" w:line="252" w:lineRule="auto"/>
        <w:rPr>
          <w:sz w:val="24"/>
          <w:szCs w:val="24"/>
        </w:rPr>
      </w:pPr>
      <w:r w:rsidRPr="006A00BC">
        <w:rPr>
          <w:rFonts w:eastAsia="Times New Roman" w:cs="Times New Roman"/>
          <w:i/>
          <w:color w:val="555555"/>
          <w:sz w:val="24"/>
          <w:szCs w:val="24"/>
        </w:rPr>
        <w:t>Examples: cloud storage, photo libraries, social media, domain names, websites, online stores, creator accounts, software licenses, airline miles/loyalty programs, digital subscriptions, and monetized online content.</w:t>
      </w:r>
    </w:p>
    <w:p w14:paraId="0CF3B379" w14:textId="77777777" w:rsidR="00A01BC5" w:rsidRPr="006A00BC" w:rsidRDefault="00000000" w:rsidP="006A00BC">
      <w:pPr>
        <w:spacing w:after="240"/>
        <w:rPr>
          <w:sz w:val="24"/>
          <w:szCs w:val="24"/>
        </w:rPr>
      </w:pPr>
      <w:r w:rsidRPr="006A00BC">
        <w:rPr>
          <w:sz w:val="24"/>
          <w:szCs w:val="24"/>
        </w:rPr>
        <w:br w:type="page"/>
      </w:r>
    </w:p>
    <w:p w14:paraId="7C38DBD4"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11. Cryptocurrency and Other Digital Financial Assets</w:t>
      </w:r>
    </w:p>
    <w:p w14:paraId="2C566108" w14:textId="77777777" w:rsidR="00A01BC5" w:rsidRPr="006A00BC" w:rsidRDefault="00000000" w:rsidP="006A00BC">
      <w:pPr>
        <w:spacing w:after="240" w:line="252" w:lineRule="auto"/>
        <w:rPr>
          <w:sz w:val="24"/>
          <w:szCs w:val="24"/>
        </w:rPr>
      </w:pPr>
      <w:r w:rsidRPr="006A00BC">
        <w:rPr>
          <w:rFonts w:eastAsia="Times New Roman" w:cs="Times New Roman"/>
          <w:color w:val="222222"/>
          <w:sz w:val="24"/>
          <w:szCs w:val="24"/>
        </w:rPr>
        <w:t>Digital financial assets can be lost permanently if the existence of the account or the recovery method cannot be identified. Record enough information for a trusted person to locate the asset and the recovery materials.</w:t>
      </w:r>
    </w:p>
    <w:tbl>
      <w:tblPr>
        <w:tblStyle w:val="TableGrid"/>
        <w:tblW w:w="0" w:type="auto"/>
        <w:jc w:val="center"/>
        <w:tblLayout w:type="fixed"/>
        <w:tblLook w:val="04A0" w:firstRow="1" w:lastRow="0" w:firstColumn="1" w:lastColumn="0" w:noHBand="0" w:noVBand="1"/>
      </w:tblPr>
      <w:tblGrid>
        <w:gridCol w:w="1584"/>
        <w:gridCol w:w="1080"/>
        <w:gridCol w:w="1655"/>
        <w:gridCol w:w="1224"/>
        <w:gridCol w:w="1584"/>
        <w:gridCol w:w="2088"/>
        <w:gridCol w:w="1007"/>
      </w:tblGrid>
      <w:tr w:rsidR="00A01BC5" w:rsidRPr="006A00BC" w14:paraId="19AAAC4A" w14:textId="77777777">
        <w:trPr>
          <w:tblHeader/>
          <w:jc w:val="center"/>
        </w:trPr>
        <w:tc>
          <w:tcPr>
            <w:tcW w:w="1584" w:type="dxa"/>
            <w:shd w:val="clear" w:color="auto" w:fill="E7E6E6"/>
            <w:tcMar>
              <w:top w:w="70" w:type="dxa"/>
              <w:left w:w="70" w:type="dxa"/>
              <w:bottom w:w="70" w:type="dxa"/>
              <w:right w:w="70" w:type="dxa"/>
            </w:tcMar>
            <w:vAlign w:val="center"/>
          </w:tcPr>
          <w:p w14:paraId="08D5440E"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Exchange / Wallet / Asset</w:t>
            </w:r>
          </w:p>
        </w:tc>
        <w:tc>
          <w:tcPr>
            <w:tcW w:w="1080" w:type="dxa"/>
            <w:shd w:val="clear" w:color="auto" w:fill="E7E6E6"/>
            <w:tcMar>
              <w:top w:w="70" w:type="dxa"/>
              <w:left w:w="70" w:type="dxa"/>
              <w:bottom w:w="70" w:type="dxa"/>
              <w:right w:w="70" w:type="dxa"/>
            </w:tcMar>
            <w:vAlign w:val="center"/>
          </w:tcPr>
          <w:p w14:paraId="78A07FE2"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Owner</w:t>
            </w:r>
          </w:p>
        </w:tc>
        <w:tc>
          <w:tcPr>
            <w:tcW w:w="1655" w:type="dxa"/>
            <w:shd w:val="clear" w:color="auto" w:fill="E7E6E6"/>
            <w:tcMar>
              <w:top w:w="70" w:type="dxa"/>
              <w:left w:w="70" w:type="dxa"/>
              <w:bottom w:w="70" w:type="dxa"/>
              <w:right w:w="70" w:type="dxa"/>
            </w:tcMar>
            <w:vAlign w:val="center"/>
          </w:tcPr>
          <w:p w14:paraId="40570726"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Account / Wallet Identifier</w:t>
            </w:r>
          </w:p>
        </w:tc>
        <w:tc>
          <w:tcPr>
            <w:tcW w:w="1224" w:type="dxa"/>
            <w:shd w:val="clear" w:color="auto" w:fill="E7E6E6"/>
            <w:tcMar>
              <w:top w:w="70" w:type="dxa"/>
              <w:left w:w="70" w:type="dxa"/>
              <w:bottom w:w="70" w:type="dxa"/>
              <w:right w:w="70" w:type="dxa"/>
            </w:tcMar>
            <w:vAlign w:val="center"/>
          </w:tcPr>
          <w:p w14:paraId="65BA14FE"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Approx. Value</w:t>
            </w:r>
          </w:p>
        </w:tc>
        <w:tc>
          <w:tcPr>
            <w:tcW w:w="1584" w:type="dxa"/>
            <w:shd w:val="clear" w:color="auto" w:fill="E7E6E6"/>
            <w:tcMar>
              <w:top w:w="70" w:type="dxa"/>
              <w:left w:w="70" w:type="dxa"/>
              <w:bottom w:w="70" w:type="dxa"/>
              <w:right w:w="70" w:type="dxa"/>
            </w:tcMar>
            <w:vAlign w:val="center"/>
          </w:tcPr>
          <w:p w14:paraId="2EC44C76"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Hardware Device Location</w:t>
            </w:r>
          </w:p>
        </w:tc>
        <w:tc>
          <w:tcPr>
            <w:tcW w:w="2088" w:type="dxa"/>
            <w:shd w:val="clear" w:color="auto" w:fill="E7E6E6"/>
            <w:tcMar>
              <w:top w:w="70" w:type="dxa"/>
              <w:left w:w="70" w:type="dxa"/>
              <w:bottom w:w="70" w:type="dxa"/>
              <w:right w:w="70" w:type="dxa"/>
            </w:tcMar>
            <w:vAlign w:val="center"/>
          </w:tcPr>
          <w:p w14:paraId="3BB60BD5"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Seed Phrase / Private Key / MFA Location</w:t>
            </w:r>
          </w:p>
        </w:tc>
        <w:tc>
          <w:tcPr>
            <w:tcW w:w="1007" w:type="dxa"/>
            <w:shd w:val="clear" w:color="auto" w:fill="E7E6E6"/>
            <w:tcMar>
              <w:top w:w="70" w:type="dxa"/>
              <w:left w:w="70" w:type="dxa"/>
              <w:bottom w:w="70" w:type="dxa"/>
              <w:right w:w="70" w:type="dxa"/>
            </w:tcMar>
            <w:vAlign w:val="center"/>
          </w:tcPr>
          <w:p w14:paraId="51F0B05C"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Notes</w:t>
            </w:r>
          </w:p>
        </w:tc>
      </w:tr>
      <w:tr w:rsidR="00A01BC5" w:rsidRPr="006A00BC" w14:paraId="27A478B8" w14:textId="77777777">
        <w:trPr>
          <w:cantSplit/>
          <w:trHeight w:val="576"/>
          <w:jc w:val="center"/>
        </w:trPr>
        <w:tc>
          <w:tcPr>
            <w:tcW w:w="1584" w:type="dxa"/>
            <w:tcMar>
              <w:top w:w="70" w:type="dxa"/>
              <w:left w:w="70" w:type="dxa"/>
              <w:bottom w:w="70" w:type="dxa"/>
              <w:right w:w="70" w:type="dxa"/>
            </w:tcMar>
            <w:vAlign w:val="center"/>
          </w:tcPr>
          <w:p w14:paraId="43A057D1" w14:textId="77777777" w:rsidR="00A01BC5" w:rsidRPr="006A00BC" w:rsidRDefault="00A01BC5" w:rsidP="006A00BC">
            <w:pPr>
              <w:spacing w:after="240"/>
              <w:rPr>
                <w:sz w:val="24"/>
                <w:szCs w:val="24"/>
              </w:rPr>
            </w:pPr>
          </w:p>
        </w:tc>
        <w:tc>
          <w:tcPr>
            <w:tcW w:w="1080" w:type="dxa"/>
            <w:tcMar>
              <w:top w:w="70" w:type="dxa"/>
              <w:left w:w="70" w:type="dxa"/>
              <w:bottom w:w="70" w:type="dxa"/>
              <w:right w:w="70" w:type="dxa"/>
            </w:tcMar>
            <w:vAlign w:val="center"/>
          </w:tcPr>
          <w:p w14:paraId="7955CAF5"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6B5817A1"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2D8F7ACB"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74668899"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1C934108"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583295AA" w14:textId="77777777" w:rsidR="00A01BC5" w:rsidRPr="006A00BC" w:rsidRDefault="00A01BC5" w:rsidP="006A00BC">
            <w:pPr>
              <w:spacing w:after="240"/>
              <w:rPr>
                <w:sz w:val="24"/>
                <w:szCs w:val="24"/>
              </w:rPr>
            </w:pPr>
          </w:p>
        </w:tc>
      </w:tr>
      <w:tr w:rsidR="00A01BC5" w:rsidRPr="006A00BC" w14:paraId="6AFF8F86" w14:textId="77777777">
        <w:trPr>
          <w:cantSplit/>
          <w:trHeight w:val="576"/>
          <w:jc w:val="center"/>
        </w:trPr>
        <w:tc>
          <w:tcPr>
            <w:tcW w:w="1584" w:type="dxa"/>
            <w:tcMar>
              <w:top w:w="70" w:type="dxa"/>
              <w:left w:w="70" w:type="dxa"/>
              <w:bottom w:w="70" w:type="dxa"/>
              <w:right w:w="70" w:type="dxa"/>
            </w:tcMar>
            <w:vAlign w:val="center"/>
          </w:tcPr>
          <w:p w14:paraId="6BB7FC23" w14:textId="77777777" w:rsidR="00A01BC5" w:rsidRPr="006A00BC" w:rsidRDefault="00A01BC5" w:rsidP="006A00BC">
            <w:pPr>
              <w:spacing w:after="240"/>
              <w:rPr>
                <w:sz w:val="24"/>
                <w:szCs w:val="24"/>
              </w:rPr>
            </w:pPr>
          </w:p>
        </w:tc>
        <w:tc>
          <w:tcPr>
            <w:tcW w:w="1080" w:type="dxa"/>
            <w:tcMar>
              <w:top w:w="70" w:type="dxa"/>
              <w:left w:w="70" w:type="dxa"/>
              <w:bottom w:w="70" w:type="dxa"/>
              <w:right w:w="70" w:type="dxa"/>
            </w:tcMar>
            <w:vAlign w:val="center"/>
          </w:tcPr>
          <w:p w14:paraId="0C50CDFE"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12FB45BE"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4CAF53E7"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7D32A280"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1A9103AF"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48471BBA" w14:textId="77777777" w:rsidR="00A01BC5" w:rsidRPr="006A00BC" w:rsidRDefault="00A01BC5" w:rsidP="006A00BC">
            <w:pPr>
              <w:spacing w:after="240"/>
              <w:rPr>
                <w:sz w:val="24"/>
                <w:szCs w:val="24"/>
              </w:rPr>
            </w:pPr>
          </w:p>
        </w:tc>
      </w:tr>
      <w:tr w:rsidR="00A01BC5" w:rsidRPr="006A00BC" w14:paraId="7CE72D67" w14:textId="77777777">
        <w:trPr>
          <w:cantSplit/>
          <w:trHeight w:val="576"/>
          <w:jc w:val="center"/>
        </w:trPr>
        <w:tc>
          <w:tcPr>
            <w:tcW w:w="1584" w:type="dxa"/>
            <w:tcMar>
              <w:top w:w="70" w:type="dxa"/>
              <w:left w:w="70" w:type="dxa"/>
              <w:bottom w:w="70" w:type="dxa"/>
              <w:right w:w="70" w:type="dxa"/>
            </w:tcMar>
            <w:vAlign w:val="center"/>
          </w:tcPr>
          <w:p w14:paraId="69320987" w14:textId="77777777" w:rsidR="00A01BC5" w:rsidRPr="006A00BC" w:rsidRDefault="00A01BC5" w:rsidP="006A00BC">
            <w:pPr>
              <w:spacing w:after="240"/>
              <w:rPr>
                <w:sz w:val="24"/>
                <w:szCs w:val="24"/>
              </w:rPr>
            </w:pPr>
          </w:p>
        </w:tc>
        <w:tc>
          <w:tcPr>
            <w:tcW w:w="1080" w:type="dxa"/>
            <w:tcMar>
              <w:top w:w="70" w:type="dxa"/>
              <w:left w:w="70" w:type="dxa"/>
              <w:bottom w:w="70" w:type="dxa"/>
              <w:right w:w="70" w:type="dxa"/>
            </w:tcMar>
            <w:vAlign w:val="center"/>
          </w:tcPr>
          <w:p w14:paraId="3FA47801"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239C90C9"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486B415E"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55B77E86"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7B7DD08A"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24B6339F" w14:textId="77777777" w:rsidR="00A01BC5" w:rsidRPr="006A00BC" w:rsidRDefault="00A01BC5" w:rsidP="006A00BC">
            <w:pPr>
              <w:spacing w:after="240"/>
              <w:rPr>
                <w:sz w:val="24"/>
                <w:szCs w:val="24"/>
              </w:rPr>
            </w:pPr>
          </w:p>
        </w:tc>
      </w:tr>
      <w:tr w:rsidR="00A01BC5" w:rsidRPr="006A00BC" w14:paraId="5FF3CBBB" w14:textId="77777777">
        <w:trPr>
          <w:cantSplit/>
          <w:trHeight w:val="576"/>
          <w:jc w:val="center"/>
        </w:trPr>
        <w:tc>
          <w:tcPr>
            <w:tcW w:w="1584" w:type="dxa"/>
            <w:tcMar>
              <w:top w:w="70" w:type="dxa"/>
              <w:left w:w="70" w:type="dxa"/>
              <w:bottom w:w="70" w:type="dxa"/>
              <w:right w:w="70" w:type="dxa"/>
            </w:tcMar>
            <w:vAlign w:val="center"/>
          </w:tcPr>
          <w:p w14:paraId="4BC5D608" w14:textId="77777777" w:rsidR="00A01BC5" w:rsidRPr="006A00BC" w:rsidRDefault="00A01BC5" w:rsidP="006A00BC">
            <w:pPr>
              <w:spacing w:after="240"/>
              <w:rPr>
                <w:sz w:val="24"/>
                <w:szCs w:val="24"/>
              </w:rPr>
            </w:pPr>
          </w:p>
        </w:tc>
        <w:tc>
          <w:tcPr>
            <w:tcW w:w="1080" w:type="dxa"/>
            <w:tcMar>
              <w:top w:w="70" w:type="dxa"/>
              <w:left w:w="70" w:type="dxa"/>
              <w:bottom w:w="70" w:type="dxa"/>
              <w:right w:w="70" w:type="dxa"/>
            </w:tcMar>
            <w:vAlign w:val="center"/>
          </w:tcPr>
          <w:p w14:paraId="7FB0D66E"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3E1F3EE2"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4FBC46EE"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4FA08B5"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072CBEFB"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5AA751A3" w14:textId="77777777" w:rsidR="00A01BC5" w:rsidRPr="006A00BC" w:rsidRDefault="00A01BC5" w:rsidP="006A00BC">
            <w:pPr>
              <w:spacing w:after="240"/>
              <w:rPr>
                <w:sz w:val="24"/>
                <w:szCs w:val="24"/>
              </w:rPr>
            </w:pPr>
          </w:p>
        </w:tc>
      </w:tr>
      <w:tr w:rsidR="00A01BC5" w:rsidRPr="006A00BC" w14:paraId="43C75937" w14:textId="77777777">
        <w:trPr>
          <w:cantSplit/>
          <w:trHeight w:val="576"/>
          <w:jc w:val="center"/>
        </w:trPr>
        <w:tc>
          <w:tcPr>
            <w:tcW w:w="1584" w:type="dxa"/>
            <w:tcMar>
              <w:top w:w="70" w:type="dxa"/>
              <w:left w:w="70" w:type="dxa"/>
              <w:bottom w:w="70" w:type="dxa"/>
              <w:right w:w="70" w:type="dxa"/>
            </w:tcMar>
            <w:vAlign w:val="center"/>
          </w:tcPr>
          <w:p w14:paraId="26DBA5E5" w14:textId="77777777" w:rsidR="00A01BC5" w:rsidRPr="006A00BC" w:rsidRDefault="00A01BC5" w:rsidP="006A00BC">
            <w:pPr>
              <w:spacing w:after="240"/>
              <w:rPr>
                <w:sz w:val="24"/>
                <w:szCs w:val="24"/>
              </w:rPr>
            </w:pPr>
          </w:p>
        </w:tc>
        <w:tc>
          <w:tcPr>
            <w:tcW w:w="1080" w:type="dxa"/>
            <w:tcMar>
              <w:top w:w="70" w:type="dxa"/>
              <w:left w:w="70" w:type="dxa"/>
              <w:bottom w:w="70" w:type="dxa"/>
              <w:right w:w="70" w:type="dxa"/>
            </w:tcMar>
            <w:vAlign w:val="center"/>
          </w:tcPr>
          <w:p w14:paraId="5377F751"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3C57AFF3"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0B05C8BC"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77F28466"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2DCE2E6C"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59D7B854" w14:textId="77777777" w:rsidR="00A01BC5" w:rsidRPr="006A00BC" w:rsidRDefault="00A01BC5" w:rsidP="006A00BC">
            <w:pPr>
              <w:spacing w:after="240"/>
              <w:rPr>
                <w:sz w:val="24"/>
                <w:szCs w:val="24"/>
              </w:rPr>
            </w:pPr>
          </w:p>
        </w:tc>
      </w:tr>
      <w:tr w:rsidR="00A01BC5" w:rsidRPr="006A00BC" w14:paraId="49B5063E" w14:textId="77777777">
        <w:trPr>
          <w:cantSplit/>
          <w:trHeight w:val="576"/>
          <w:jc w:val="center"/>
        </w:trPr>
        <w:tc>
          <w:tcPr>
            <w:tcW w:w="1584" w:type="dxa"/>
            <w:tcMar>
              <w:top w:w="70" w:type="dxa"/>
              <w:left w:w="70" w:type="dxa"/>
              <w:bottom w:w="70" w:type="dxa"/>
              <w:right w:w="70" w:type="dxa"/>
            </w:tcMar>
            <w:vAlign w:val="center"/>
          </w:tcPr>
          <w:p w14:paraId="51B65FA2" w14:textId="77777777" w:rsidR="00A01BC5" w:rsidRPr="006A00BC" w:rsidRDefault="00A01BC5" w:rsidP="006A00BC">
            <w:pPr>
              <w:spacing w:after="240"/>
              <w:rPr>
                <w:sz w:val="24"/>
                <w:szCs w:val="24"/>
              </w:rPr>
            </w:pPr>
          </w:p>
        </w:tc>
        <w:tc>
          <w:tcPr>
            <w:tcW w:w="1080" w:type="dxa"/>
            <w:tcMar>
              <w:top w:w="70" w:type="dxa"/>
              <w:left w:w="70" w:type="dxa"/>
              <w:bottom w:w="70" w:type="dxa"/>
              <w:right w:w="70" w:type="dxa"/>
            </w:tcMar>
            <w:vAlign w:val="center"/>
          </w:tcPr>
          <w:p w14:paraId="5C7F9CB9"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26AC3B00"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38604804"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60B79333"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7D96EBE2"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21E42D92" w14:textId="77777777" w:rsidR="00A01BC5" w:rsidRPr="006A00BC" w:rsidRDefault="00A01BC5" w:rsidP="006A00BC">
            <w:pPr>
              <w:spacing w:after="240"/>
              <w:rPr>
                <w:sz w:val="24"/>
                <w:szCs w:val="24"/>
              </w:rPr>
            </w:pPr>
          </w:p>
        </w:tc>
      </w:tr>
      <w:tr w:rsidR="00A01BC5" w:rsidRPr="006A00BC" w14:paraId="67DFBDB9" w14:textId="77777777">
        <w:trPr>
          <w:cantSplit/>
          <w:trHeight w:val="576"/>
          <w:jc w:val="center"/>
        </w:trPr>
        <w:tc>
          <w:tcPr>
            <w:tcW w:w="1584" w:type="dxa"/>
            <w:tcMar>
              <w:top w:w="70" w:type="dxa"/>
              <w:left w:w="70" w:type="dxa"/>
              <w:bottom w:w="70" w:type="dxa"/>
              <w:right w:w="70" w:type="dxa"/>
            </w:tcMar>
            <w:vAlign w:val="center"/>
          </w:tcPr>
          <w:p w14:paraId="40BD47F3" w14:textId="77777777" w:rsidR="00A01BC5" w:rsidRPr="006A00BC" w:rsidRDefault="00A01BC5" w:rsidP="006A00BC">
            <w:pPr>
              <w:spacing w:after="240"/>
              <w:rPr>
                <w:sz w:val="24"/>
                <w:szCs w:val="24"/>
              </w:rPr>
            </w:pPr>
          </w:p>
        </w:tc>
        <w:tc>
          <w:tcPr>
            <w:tcW w:w="1080" w:type="dxa"/>
            <w:tcMar>
              <w:top w:w="70" w:type="dxa"/>
              <w:left w:w="70" w:type="dxa"/>
              <w:bottom w:w="70" w:type="dxa"/>
              <w:right w:w="70" w:type="dxa"/>
            </w:tcMar>
            <w:vAlign w:val="center"/>
          </w:tcPr>
          <w:p w14:paraId="387DFD6F"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54706217" w14:textId="77777777" w:rsidR="00A01BC5" w:rsidRPr="006A00BC" w:rsidRDefault="00A01BC5" w:rsidP="006A00BC">
            <w:pPr>
              <w:spacing w:after="240"/>
              <w:rPr>
                <w:sz w:val="24"/>
                <w:szCs w:val="24"/>
              </w:rPr>
            </w:pPr>
          </w:p>
        </w:tc>
        <w:tc>
          <w:tcPr>
            <w:tcW w:w="1224" w:type="dxa"/>
            <w:tcMar>
              <w:top w:w="70" w:type="dxa"/>
              <w:left w:w="70" w:type="dxa"/>
              <w:bottom w:w="70" w:type="dxa"/>
              <w:right w:w="70" w:type="dxa"/>
            </w:tcMar>
            <w:vAlign w:val="center"/>
          </w:tcPr>
          <w:p w14:paraId="766FF33B"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3FD30755" w14:textId="77777777" w:rsidR="00A01BC5" w:rsidRPr="006A00BC" w:rsidRDefault="00A01BC5" w:rsidP="006A00BC">
            <w:pPr>
              <w:spacing w:after="240"/>
              <w:rPr>
                <w:sz w:val="24"/>
                <w:szCs w:val="24"/>
              </w:rPr>
            </w:pPr>
          </w:p>
        </w:tc>
        <w:tc>
          <w:tcPr>
            <w:tcW w:w="2088" w:type="dxa"/>
            <w:tcMar>
              <w:top w:w="70" w:type="dxa"/>
              <w:left w:w="70" w:type="dxa"/>
              <w:bottom w:w="70" w:type="dxa"/>
              <w:right w:w="70" w:type="dxa"/>
            </w:tcMar>
            <w:vAlign w:val="center"/>
          </w:tcPr>
          <w:p w14:paraId="1DCD2D1C"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63484DDB" w14:textId="77777777" w:rsidR="00A01BC5" w:rsidRPr="006A00BC" w:rsidRDefault="00A01BC5" w:rsidP="006A00BC">
            <w:pPr>
              <w:spacing w:after="240"/>
              <w:rPr>
                <w:sz w:val="24"/>
                <w:szCs w:val="24"/>
              </w:rPr>
            </w:pPr>
          </w:p>
        </w:tc>
      </w:tr>
    </w:tbl>
    <w:p w14:paraId="0D7E4305" w14:textId="77777777" w:rsidR="00A01BC5" w:rsidRPr="006A00BC" w:rsidRDefault="00A01BC5" w:rsidP="006A00BC">
      <w:pPr>
        <w:spacing w:after="240"/>
        <w:rPr>
          <w:sz w:val="24"/>
          <w:szCs w:val="24"/>
        </w:rPr>
      </w:pPr>
    </w:p>
    <w:tbl>
      <w:tblPr>
        <w:tblStyle w:val="TableGrid"/>
        <w:tblW w:w="0" w:type="auto"/>
        <w:tblLook w:val="04A0" w:firstRow="1" w:lastRow="0" w:firstColumn="1" w:lastColumn="0" w:noHBand="0" w:noVBand="1"/>
      </w:tblPr>
      <w:tblGrid>
        <w:gridCol w:w="10358"/>
      </w:tblGrid>
      <w:tr w:rsidR="00A01BC5" w:rsidRPr="006A00BC" w14:paraId="38CF0621" w14:textId="77777777">
        <w:tc>
          <w:tcPr>
            <w:tcW w:w="10368" w:type="dxa"/>
            <w:shd w:val="clear" w:color="auto" w:fill="FFF2CC"/>
            <w:tcMar>
              <w:top w:w="70" w:type="dxa"/>
              <w:left w:w="70" w:type="dxa"/>
              <w:bottom w:w="70" w:type="dxa"/>
              <w:right w:w="70" w:type="dxa"/>
            </w:tcMar>
            <w:vAlign w:val="center"/>
          </w:tcPr>
          <w:p w14:paraId="3FDDBE01" w14:textId="77777777" w:rsidR="00A01BC5" w:rsidRPr="006A00BC" w:rsidRDefault="00000000" w:rsidP="006A00BC">
            <w:pPr>
              <w:spacing w:after="240"/>
              <w:rPr>
                <w:sz w:val="24"/>
                <w:szCs w:val="24"/>
              </w:rPr>
            </w:pPr>
            <w:r w:rsidRPr="006A00BC">
              <w:rPr>
                <w:rFonts w:eastAsia="Times New Roman" w:cs="Times New Roman"/>
                <w:b/>
                <w:color w:val="222222"/>
                <w:sz w:val="24"/>
                <w:szCs w:val="24"/>
              </w:rPr>
              <w:t xml:space="preserve">Security warning: Do NOT write a crypto seed phrase or private key in this organizer. Instead, state where the sealed or otherwise secured recovery information </w:t>
            </w:r>
            <w:proofErr w:type="gramStart"/>
            <w:r w:rsidRPr="006A00BC">
              <w:rPr>
                <w:rFonts w:eastAsia="Times New Roman" w:cs="Times New Roman"/>
                <w:b/>
                <w:color w:val="222222"/>
                <w:sz w:val="24"/>
                <w:szCs w:val="24"/>
              </w:rPr>
              <w:t>is</w:t>
            </w:r>
            <w:proofErr w:type="gramEnd"/>
            <w:r w:rsidRPr="006A00BC">
              <w:rPr>
                <w:rFonts w:eastAsia="Times New Roman" w:cs="Times New Roman"/>
                <w:b/>
                <w:color w:val="222222"/>
                <w:sz w:val="24"/>
                <w:szCs w:val="24"/>
              </w:rPr>
              <w:t xml:space="preserve"> kept. Anyone who obtains a seed phrase or private key may be able to control the asset.</w:t>
            </w:r>
          </w:p>
        </w:tc>
      </w:tr>
    </w:tbl>
    <w:p w14:paraId="792AEAB0" w14:textId="77777777" w:rsidR="00A01BC5" w:rsidRPr="006A00BC" w:rsidRDefault="00A01BC5" w:rsidP="006A00BC">
      <w:pPr>
        <w:spacing w:after="240"/>
        <w:rPr>
          <w:sz w:val="24"/>
          <w:szCs w:val="24"/>
        </w:rPr>
      </w:pPr>
    </w:p>
    <w:p w14:paraId="7E7A65CF"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Other digital financial items</w:t>
      </w:r>
    </w:p>
    <w:tbl>
      <w:tblPr>
        <w:tblStyle w:val="TableGrid"/>
        <w:tblW w:w="0" w:type="auto"/>
        <w:jc w:val="center"/>
        <w:tblLayout w:type="fixed"/>
        <w:tblLook w:val="04A0" w:firstRow="1" w:lastRow="0" w:firstColumn="1" w:lastColumn="0" w:noHBand="0" w:noVBand="1"/>
      </w:tblPr>
      <w:tblGrid>
        <w:gridCol w:w="2015"/>
        <w:gridCol w:w="1296"/>
        <w:gridCol w:w="1584"/>
        <w:gridCol w:w="1440"/>
        <w:gridCol w:w="2015"/>
        <w:gridCol w:w="1728"/>
      </w:tblGrid>
      <w:tr w:rsidR="00A01BC5" w:rsidRPr="006A00BC" w14:paraId="7AA9B27F" w14:textId="77777777">
        <w:trPr>
          <w:tblHeader/>
          <w:jc w:val="center"/>
        </w:trPr>
        <w:tc>
          <w:tcPr>
            <w:tcW w:w="2015" w:type="dxa"/>
            <w:shd w:val="clear" w:color="auto" w:fill="E7E6E6"/>
            <w:tcMar>
              <w:top w:w="70" w:type="dxa"/>
              <w:left w:w="70" w:type="dxa"/>
              <w:bottom w:w="70" w:type="dxa"/>
              <w:right w:w="70" w:type="dxa"/>
            </w:tcMar>
            <w:vAlign w:val="center"/>
          </w:tcPr>
          <w:p w14:paraId="38A0AA6A"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Asset / Platform</w:t>
            </w:r>
          </w:p>
        </w:tc>
        <w:tc>
          <w:tcPr>
            <w:tcW w:w="1296" w:type="dxa"/>
            <w:shd w:val="clear" w:color="auto" w:fill="E7E6E6"/>
            <w:tcMar>
              <w:top w:w="70" w:type="dxa"/>
              <w:left w:w="70" w:type="dxa"/>
              <w:bottom w:w="70" w:type="dxa"/>
              <w:right w:w="70" w:type="dxa"/>
            </w:tcMar>
            <w:vAlign w:val="center"/>
          </w:tcPr>
          <w:p w14:paraId="06B673DC"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Owner</w:t>
            </w:r>
          </w:p>
        </w:tc>
        <w:tc>
          <w:tcPr>
            <w:tcW w:w="1584" w:type="dxa"/>
            <w:shd w:val="clear" w:color="auto" w:fill="E7E6E6"/>
            <w:tcMar>
              <w:top w:w="70" w:type="dxa"/>
              <w:left w:w="70" w:type="dxa"/>
              <w:bottom w:w="70" w:type="dxa"/>
              <w:right w:w="70" w:type="dxa"/>
            </w:tcMar>
            <w:vAlign w:val="center"/>
          </w:tcPr>
          <w:p w14:paraId="2087801D"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Identifier</w:t>
            </w:r>
          </w:p>
        </w:tc>
        <w:tc>
          <w:tcPr>
            <w:tcW w:w="1440" w:type="dxa"/>
            <w:shd w:val="clear" w:color="auto" w:fill="E7E6E6"/>
            <w:tcMar>
              <w:top w:w="70" w:type="dxa"/>
              <w:left w:w="70" w:type="dxa"/>
              <w:bottom w:w="70" w:type="dxa"/>
              <w:right w:w="70" w:type="dxa"/>
            </w:tcMar>
            <w:vAlign w:val="center"/>
          </w:tcPr>
          <w:p w14:paraId="094A8D10"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Approx. Value</w:t>
            </w:r>
          </w:p>
        </w:tc>
        <w:tc>
          <w:tcPr>
            <w:tcW w:w="2015" w:type="dxa"/>
            <w:shd w:val="clear" w:color="auto" w:fill="E7E6E6"/>
            <w:tcMar>
              <w:top w:w="70" w:type="dxa"/>
              <w:left w:w="70" w:type="dxa"/>
              <w:bottom w:w="70" w:type="dxa"/>
              <w:right w:w="70" w:type="dxa"/>
            </w:tcMar>
            <w:vAlign w:val="center"/>
          </w:tcPr>
          <w:p w14:paraId="0C125EF4"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Access / Recovery Location</w:t>
            </w:r>
          </w:p>
        </w:tc>
        <w:tc>
          <w:tcPr>
            <w:tcW w:w="1728" w:type="dxa"/>
            <w:shd w:val="clear" w:color="auto" w:fill="E7E6E6"/>
            <w:tcMar>
              <w:top w:w="70" w:type="dxa"/>
              <w:left w:w="70" w:type="dxa"/>
              <w:bottom w:w="70" w:type="dxa"/>
              <w:right w:w="70" w:type="dxa"/>
            </w:tcMar>
            <w:vAlign w:val="center"/>
          </w:tcPr>
          <w:p w14:paraId="37D17CB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Notes</w:t>
            </w:r>
          </w:p>
        </w:tc>
      </w:tr>
      <w:tr w:rsidR="00A01BC5" w:rsidRPr="006A00BC" w14:paraId="268D2A5C" w14:textId="77777777">
        <w:trPr>
          <w:cantSplit/>
          <w:trHeight w:val="518"/>
          <w:jc w:val="center"/>
        </w:trPr>
        <w:tc>
          <w:tcPr>
            <w:tcW w:w="2015" w:type="dxa"/>
            <w:tcMar>
              <w:top w:w="70" w:type="dxa"/>
              <w:left w:w="70" w:type="dxa"/>
              <w:bottom w:w="70" w:type="dxa"/>
              <w:right w:w="70" w:type="dxa"/>
            </w:tcMar>
            <w:vAlign w:val="center"/>
          </w:tcPr>
          <w:p w14:paraId="5B319950"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18D3708D"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02918693"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23E47578"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0E7B3BB0"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28AD972C" w14:textId="77777777" w:rsidR="00A01BC5" w:rsidRPr="006A00BC" w:rsidRDefault="00A01BC5" w:rsidP="006A00BC">
            <w:pPr>
              <w:spacing w:after="240"/>
              <w:rPr>
                <w:sz w:val="24"/>
                <w:szCs w:val="24"/>
              </w:rPr>
            </w:pPr>
          </w:p>
        </w:tc>
      </w:tr>
      <w:tr w:rsidR="00A01BC5" w:rsidRPr="006A00BC" w14:paraId="7291DF16" w14:textId="77777777">
        <w:trPr>
          <w:cantSplit/>
          <w:trHeight w:val="518"/>
          <w:jc w:val="center"/>
        </w:trPr>
        <w:tc>
          <w:tcPr>
            <w:tcW w:w="2015" w:type="dxa"/>
            <w:tcMar>
              <w:top w:w="70" w:type="dxa"/>
              <w:left w:w="70" w:type="dxa"/>
              <w:bottom w:w="70" w:type="dxa"/>
              <w:right w:w="70" w:type="dxa"/>
            </w:tcMar>
            <w:vAlign w:val="center"/>
          </w:tcPr>
          <w:p w14:paraId="109EC7D1"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36645FD6"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43BD7673"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5675EE38"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0540CF63"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2260B1CE" w14:textId="77777777" w:rsidR="00A01BC5" w:rsidRPr="006A00BC" w:rsidRDefault="00A01BC5" w:rsidP="006A00BC">
            <w:pPr>
              <w:spacing w:after="240"/>
              <w:rPr>
                <w:sz w:val="24"/>
                <w:szCs w:val="24"/>
              </w:rPr>
            </w:pPr>
          </w:p>
        </w:tc>
      </w:tr>
      <w:tr w:rsidR="00A01BC5" w:rsidRPr="006A00BC" w14:paraId="23086B1C" w14:textId="77777777">
        <w:trPr>
          <w:cantSplit/>
          <w:trHeight w:val="518"/>
          <w:jc w:val="center"/>
        </w:trPr>
        <w:tc>
          <w:tcPr>
            <w:tcW w:w="2015" w:type="dxa"/>
            <w:tcMar>
              <w:top w:w="70" w:type="dxa"/>
              <w:left w:w="70" w:type="dxa"/>
              <w:bottom w:w="70" w:type="dxa"/>
              <w:right w:w="70" w:type="dxa"/>
            </w:tcMar>
            <w:vAlign w:val="center"/>
          </w:tcPr>
          <w:p w14:paraId="6128321F"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5E17B516"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4E8B076D"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46A8B2CB"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50DFF98D"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3B756DF7" w14:textId="77777777" w:rsidR="00A01BC5" w:rsidRPr="006A00BC" w:rsidRDefault="00A01BC5" w:rsidP="006A00BC">
            <w:pPr>
              <w:spacing w:after="240"/>
              <w:rPr>
                <w:sz w:val="24"/>
                <w:szCs w:val="24"/>
              </w:rPr>
            </w:pPr>
          </w:p>
        </w:tc>
      </w:tr>
      <w:tr w:rsidR="00A01BC5" w:rsidRPr="006A00BC" w14:paraId="282CAC18" w14:textId="77777777">
        <w:trPr>
          <w:cantSplit/>
          <w:trHeight w:val="518"/>
          <w:jc w:val="center"/>
        </w:trPr>
        <w:tc>
          <w:tcPr>
            <w:tcW w:w="2015" w:type="dxa"/>
            <w:tcMar>
              <w:top w:w="70" w:type="dxa"/>
              <w:left w:w="70" w:type="dxa"/>
              <w:bottom w:w="70" w:type="dxa"/>
              <w:right w:w="70" w:type="dxa"/>
            </w:tcMar>
            <w:vAlign w:val="center"/>
          </w:tcPr>
          <w:p w14:paraId="1501C480" w14:textId="77777777" w:rsidR="00A01BC5" w:rsidRPr="006A00BC" w:rsidRDefault="00A01BC5" w:rsidP="006A00BC">
            <w:pPr>
              <w:spacing w:after="240"/>
              <w:rPr>
                <w:sz w:val="24"/>
                <w:szCs w:val="24"/>
              </w:rPr>
            </w:pPr>
          </w:p>
        </w:tc>
        <w:tc>
          <w:tcPr>
            <w:tcW w:w="1296" w:type="dxa"/>
            <w:tcMar>
              <w:top w:w="70" w:type="dxa"/>
              <w:left w:w="70" w:type="dxa"/>
              <w:bottom w:w="70" w:type="dxa"/>
              <w:right w:w="70" w:type="dxa"/>
            </w:tcMar>
            <w:vAlign w:val="center"/>
          </w:tcPr>
          <w:p w14:paraId="7FDC263B" w14:textId="77777777" w:rsidR="00A01BC5" w:rsidRPr="006A00BC" w:rsidRDefault="00A01BC5" w:rsidP="006A00BC">
            <w:pPr>
              <w:spacing w:after="240"/>
              <w:rPr>
                <w:sz w:val="24"/>
                <w:szCs w:val="24"/>
              </w:rPr>
            </w:pPr>
          </w:p>
        </w:tc>
        <w:tc>
          <w:tcPr>
            <w:tcW w:w="1584" w:type="dxa"/>
            <w:tcMar>
              <w:top w:w="70" w:type="dxa"/>
              <w:left w:w="70" w:type="dxa"/>
              <w:bottom w:w="70" w:type="dxa"/>
              <w:right w:w="70" w:type="dxa"/>
            </w:tcMar>
            <w:vAlign w:val="center"/>
          </w:tcPr>
          <w:p w14:paraId="3BB3AD6E" w14:textId="77777777" w:rsidR="00A01BC5" w:rsidRPr="006A00BC" w:rsidRDefault="00A01BC5" w:rsidP="006A00BC">
            <w:pPr>
              <w:spacing w:after="240"/>
              <w:rPr>
                <w:sz w:val="24"/>
                <w:szCs w:val="24"/>
              </w:rPr>
            </w:pPr>
          </w:p>
        </w:tc>
        <w:tc>
          <w:tcPr>
            <w:tcW w:w="1440" w:type="dxa"/>
            <w:tcMar>
              <w:top w:w="70" w:type="dxa"/>
              <w:left w:w="70" w:type="dxa"/>
              <w:bottom w:w="70" w:type="dxa"/>
              <w:right w:w="70" w:type="dxa"/>
            </w:tcMar>
            <w:vAlign w:val="center"/>
          </w:tcPr>
          <w:p w14:paraId="77112282" w14:textId="77777777" w:rsidR="00A01BC5" w:rsidRPr="006A00BC" w:rsidRDefault="00A01BC5" w:rsidP="006A00BC">
            <w:pPr>
              <w:spacing w:after="240"/>
              <w:rPr>
                <w:sz w:val="24"/>
                <w:szCs w:val="24"/>
              </w:rPr>
            </w:pPr>
          </w:p>
        </w:tc>
        <w:tc>
          <w:tcPr>
            <w:tcW w:w="2015" w:type="dxa"/>
            <w:tcMar>
              <w:top w:w="70" w:type="dxa"/>
              <w:left w:w="70" w:type="dxa"/>
              <w:bottom w:w="70" w:type="dxa"/>
              <w:right w:w="70" w:type="dxa"/>
            </w:tcMar>
            <w:vAlign w:val="center"/>
          </w:tcPr>
          <w:p w14:paraId="6765D55A"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48B6CEE9" w14:textId="77777777" w:rsidR="00A01BC5" w:rsidRPr="006A00BC" w:rsidRDefault="00A01BC5" w:rsidP="006A00BC">
            <w:pPr>
              <w:spacing w:after="240"/>
              <w:rPr>
                <w:sz w:val="24"/>
                <w:szCs w:val="24"/>
              </w:rPr>
            </w:pPr>
          </w:p>
        </w:tc>
      </w:tr>
    </w:tbl>
    <w:p w14:paraId="54D2DA54" w14:textId="77777777" w:rsidR="00A01BC5" w:rsidRPr="006A00BC" w:rsidRDefault="00A01BC5" w:rsidP="006A00BC">
      <w:pPr>
        <w:spacing w:after="240"/>
        <w:rPr>
          <w:sz w:val="24"/>
          <w:szCs w:val="24"/>
        </w:rPr>
      </w:pPr>
    </w:p>
    <w:p w14:paraId="380E988A" w14:textId="77777777" w:rsidR="00A01BC5" w:rsidRPr="006A00BC" w:rsidRDefault="00000000" w:rsidP="006A00BC">
      <w:pPr>
        <w:spacing w:after="240"/>
        <w:rPr>
          <w:sz w:val="24"/>
          <w:szCs w:val="24"/>
        </w:rPr>
      </w:pPr>
      <w:r w:rsidRPr="006A00BC">
        <w:rPr>
          <w:sz w:val="24"/>
          <w:szCs w:val="24"/>
        </w:rPr>
        <w:br w:type="page"/>
      </w:r>
    </w:p>
    <w:p w14:paraId="22FEBFAD"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12. Important Records and Professional Contacts</w:t>
      </w:r>
    </w:p>
    <w:p w14:paraId="220C05A6"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Where important records are kept</w:t>
      </w:r>
    </w:p>
    <w:tbl>
      <w:tblPr>
        <w:tblStyle w:val="TableGrid"/>
        <w:tblW w:w="0" w:type="auto"/>
        <w:jc w:val="center"/>
        <w:tblLayout w:type="fixed"/>
        <w:tblLook w:val="04A0" w:firstRow="1" w:lastRow="0" w:firstColumn="1" w:lastColumn="0" w:noHBand="0" w:noVBand="1"/>
      </w:tblPr>
      <w:tblGrid>
        <w:gridCol w:w="3240"/>
        <w:gridCol w:w="3384"/>
        <w:gridCol w:w="3024"/>
      </w:tblGrid>
      <w:tr w:rsidR="00A01BC5" w:rsidRPr="006A00BC" w14:paraId="6AD37EE5" w14:textId="77777777">
        <w:trPr>
          <w:tblHeader/>
          <w:jc w:val="center"/>
        </w:trPr>
        <w:tc>
          <w:tcPr>
            <w:tcW w:w="3240" w:type="dxa"/>
            <w:shd w:val="clear" w:color="auto" w:fill="E7E6E6"/>
            <w:tcMar>
              <w:top w:w="70" w:type="dxa"/>
              <w:left w:w="70" w:type="dxa"/>
              <w:bottom w:w="70" w:type="dxa"/>
              <w:right w:w="70" w:type="dxa"/>
            </w:tcMar>
            <w:vAlign w:val="center"/>
          </w:tcPr>
          <w:p w14:paraId="424174D1"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Record</w:t>
            </w:r>
          </w:p>
        </w:tc>
        <w:tc>
          <w:tcPr>
            <w:tcW w:w="3384" w:type="dxa"/>
            <w:shd w:val="clear" w:color="auto" w:fill="E7E6E6"/>
            <w:tcMar>
              <w:top w:w="70" w:type="dxa"/>
              <w:left w:w="70" w:type="dxa"/>
              <w:bottom w:w="70" w:type="dxa"/>
              <w:right w:w="70" w:type="dxa"/>
            </w:tcMar>
            <w:vAlign w:val="center"/>
          </w:tcPr>
          <w:p w14:paraId="642B42A7"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Physical / Electronic Location</w:t>
            </w:r>
          </w:p>
        </w:tc>
        <w:tc>
          <w:tcPr>
            <w:tcW w:w="3024" w:type="dxa"/>
            <w:shd w:val="clear" w:color="auto" w:fill="E7E6E6"/>
            <w:tcMar>
              <w:top w:w="70" w:type="dxa"/>
              <w:left w:w="70" w:type="dxa"/>
              <w:bottom w:w="70" w:type="dxa"/>
              <w:right w:w="70" w:type="dxa"/>
            </w:tcMar>
            <w:vAlign w:val="center"/>
          </w:tcPr>
          <w:p w14:paraId="6AA8DA81"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Access Instructions / Notes</w:t>
            </w:r>
          </w:p>
        </w:tc>
      </w:tr>
      <w:tr w:rsidR="00A01BC5" w:rsidRPr="006A00BC" w14:paraId="10C82140" w14:textId="77777777">
        <w:trPr>
          <w:cantSplit/>
          <w:trHeight w:val="475"/>
          <w:jc w:val="center"/>
        </w:trPr>
        <w:tc>
          <w:tcPr>
            <w:tcW w:w="3240" w:type="dxa"/>
            <w:tcMar>
              <w:top w:w="70" w:type="dxa"/>
              <w:left w:w="70" w:type="dxa"/>
              <w:bottom w:w="70" w:type="dxa"/>
              <w:right w:w="70" w:type="dxa"/>
            </w:tcMar>
            <w:vAlign w:val="center"/>
          </w:tcPr>
          <w:p w14:paraId="4EB816F2" w14:textId="77777777" w:rsidR="00A01BC5" w:rsidRPr="006A00BC" w:rsidRDefault="00000000" w:rsidP="006A00BC">
            <w:pPr>
              <w:spacing w:after="240"/>
              <w:rPr>
                <w:sz w:val="24"/>
                <w:szCs w:val="24"/>
              </w:rPr>
            </w:pPr>
            <w:r w:rsidRPr="006A00BC">
              <w:rPr>
                <w:rFonts w:eastAsia="Times New Roman" w:cs="Times New Roman"/>
                <w:color w:val="222222"/>
                <w:sz w:val="24"/>
                <w:szCs w:val="24"/>
              </w:rPr>
              <w:t>Estate planning originals</w:t>
            </w:r>
          </w:p>
        </w:tc>
        <w:tc>
          <w:tcPr>
            <w:tcW w:w="3384" w:type="dxa"/>
            <w:tcMar>
              <w:top w:w="70" w:type="dxa"/>
              <w:left w:w="70" w:type="dxa"/>
              <w:bottom w:w="70" w:type="dxa"/>
              <w:right w:w="70" w:type="dxa"/>
            </w:tcMar>
            <w:vAlign w:val="center"/>
          </w:tcPr>
          <w:p w14:paraId="07551038"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655BE0B3" w14:textId="77777777" w:rsidR="00A01BC5" w:rsidRPr="006A00BC" w:rsidRDefault="00A01BC5" w:rsidP="006A00BC">
            <w:pPr>
              <w:spacing w:after="240"/>
              <w:rPr>
                <w:sz w:val="24"/>
                <w:szCs w:val="24"/>
              </w:rPr>
            </w:pPr>
          </w:p>
        </w:tc>
      </w:tr>
      <w:tr w:rsidR="00A01BC5" w:rsidRPr="006A00BC" w14:paraId="3678F64F" w14:textId="77777777">
        <w:trPr>
          <w:cantSplit/>
          <w:trHeight w:val="475"/>
          <w:jc w:val="center"/>
        </w:trPr>
        <w:tc>
          <w:tcPr>
            <w:tcW w:w="3240" w:type="dxa"/>
            <w:tcMar>
              <w:top w:w="70" w:type="dxa"/>
              <w:left w:w="70" w:type="dxa"/>
              <w:bottom w:w="70" w:type="dxa"/>
              <w:right w:w="70" w:type="dxa"/>
            </w:tcMar>
            <w:vAlign w:val="center"/>
          </w:tcPr>
          <w:p w14:paraId="68B04F24" w14:textId="77777777" w:rsidR="00A01BC5" w:rsidRPr="006A00BC" w:rsidRDefault="00000000" w:rsidP="006A00BC">
            <w:pPr>
              <w:spacing w:after="240"/>
              <w:rPr>
                <w:sz w:val="24"/>
                <w:szCs w:val="24"/>
              </w:rPr>
            </w:pPr>
            <w:r w:rsidRPr="006A00BC">
              <w:rPr>
                <w:rFonts w:eastAsia="Times New Roman" w:cs="Times New Roman"/>
                <w:color w:val="222222"/>
                <w:sz w:val="24"/>
                <w:szCs w:val="24"/>
              </w:rPr>
              <w:t>Real estate deeds / closing files</w:t>
            </w:r>
          </w:p>
        </w:tc>
        <w:tc>
          <w:tcPr>
            <w:tcW w:w="3384" w:type="dxa"/>
            <w:tcMar>
              <w:top w:w="70" w:type="dxa"/>
              <w:left w:w="70" w:type="dxa"/>
              <w:bottom w:w="70" w:type="dxa"/>
              <w:right w:w="70" w:type="dxa"/>
            </w:tcMar>
            <w:vAlign w:val="center"/>
          </w:tcPr>
          <w:p w14:paraId="4ED90F70"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78322316" w14:textId="77777777" w:rsidR="00A01BC5" w:rsidRPr="006A00BC" w:rsidRDefault="00A01BC5" w:rsidP="006A00BC">
            <w:pPr>
              <w:spacing w:after="240"/>
              <w:rPr>
                <w:sz w:val="24"/>
                <w:szCs w:val="24"/>
              </w:rPr>
            </w:pPr>
          </w:p>
        </w:tc>
      </w:tr>
      <w:tr w:rsidR="00A01BC5" w:rsidRPr="006A00BC" w14:paraId="07E4A542" w14:textId="77777777">
        <w:trPr>
          <w:cantSplit/>
          <w:trHeight w:val="475"/>
          <w:jc w:val="center"/>
        </w:trPr>
        <w:tc>
          <w:tcPr>
            <w:tcW w:w="3240" w:type="dxa"/>
            <w:tcMar>
              <w:top w:w="70" w:type="dxa"/>
              <w:left w:w="70" w:type="dxa"/>
              <w:bottom w:w="70" w:type="dxa"/>
              <w:right w:w="70" w:type="dxa"/>
            </w:tcMar>
            <w:vAlign w:val="center"/>
          </w:tcPr>
          <w:p w14:paraId="598DFD27" w14:textId="77777777" w:rsidR="00A01BC5" w:rsidRPr="006A00BC" w:rsidRDefault="00000000" w:rsidP="006A00BC">
            <w:pPr>
              <w:spacing w:after="240"/>
              <w:rPr>
                <w:sz w:val="24"/>
                <w:szCs w:val="24"/>
              </w:rPr>
            </w:pPr>
            <w:r w:rsidRPr="006A00BC">
              <w:rPr>
                <w:rFonts w:eastAsia="Times New Roman" w:cs="Times New Roman"/>
                <w:color w:val="222222"/>
                <w:sz w:val="24"/>
                <w:szCs w:val="24"/>
              </w:rPr>
              <w:t>Vehicle titles</w:t>
            </w:r>
          </w:p>
        </w:tc>
        <w:tc>
          <w:tcPr>
            <w:tcW w:w="3384" w:type="dxa"/>
            <w:tcMar>
              <w:top w:w="70" w:type="dxa"/>
              <w:left w:w="70" w:type="dxa"/>
              <w:bottom w:w="70" w:type="dxa"/>
              <w:right w:w="70" w:type="dxa"/>
            </w:tcMar>
            <w:vAlign w:val="center"/>
          </w:tcPr>
          <w:p w14:paraId="3735B3CF"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223FE298" w14:textId="77777777" w:rsidR="00A01BC5" w:rsidRPr="006A00BC" w:rsidRDefault="00A01BC5" w:rsidP="006A00BC">
            <w:pPr>
              <w:spacing w:after="240"/>
              <w:rPr>
                <w:sz w:val="24"/>
                <w:szCs w:val="24"/>
              </w:rPr>
            </w:pPr>
          </w:p>
        </w:tc>
      </w:tr>
      <w:tr w:rsidR="00A01BC5" w:rsidRPr="006A00BC" w14:paraId="61DF3E90" w14:textId="77777777">
        <w:trPr>
          <w:cantSplit/>
          <w:trHeight w:val="475"/>
          <w:jc w:val="center"/>
        </w:trPr>
        <w:tc>
          <w:tcPr>
            <w:tcW w:w="3240" w:type="dxa"/>
            <w:tcMar>
              <w:top w:w="70" w:type="dxa"/>
              <w:left w:w="70" w:type="dxa"/>
              <w:bottom w:w="70" w:type="dxa"/>
              <w:right w:w="70" w:type="dxa"/>
            </w:tcMar>
            <w:vAlign w:val="center"/>
          </w:tcPr>
          <w:p w14:paraId="69A485C1" w14:textId="77777777" w:rsidR="00A01BC5" w:rsidRPr="006A00BC" w:rsidRDefault="00000000" w:rsidP="006A00BC">
            <w:pPr>
              <w:spacing w:after="240"/>
              <w:rPr>
                <w:sz w:val="24"/>
                <w:szCs w:val="24"/>
              </w:rPr>
            </w:pPr>
            <w:r w:rsidRPr="006A00BC">
              <w:rPr>
                <w:rFonts w:eastAsia="Times New Roman" w:cs="Times New Roman"/>
                <w:color w:val="222222"/>
                <w:sz w:val="24"/>
                <w:szCs w:val="24"/>
              </w:rPr>
              <w:t>Insurance policies / beneficiary confirmations</w:t>
            </w:r>
          </w:p>
        </w:tc>
        <w:tc>
          <w:tcPr>
            <w:tcW w:w="3384" w:type="dxa"/>
            <w:tcMar>
              <w:top w:w="70" w:type="dxa"/>
              <w:left w:w="70" w:type="dxa"/>
              <w:bottom w:w="70" w:type="dxa"/>
              <w:right w:w="70" w:type="dxa"/>
            </w:tcMar>
            <w:vAlign w:val="center"/>
          </w:tcPr>
          <w:p w14:paraId="67AC2077"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51666FE3" w14:textId="77777777" w:rsidR="00A01BC5" w:rsidRPr="006A00BC" w:rsidRDefault="00A01BC5" w:rsidP="006A00BC">
            <w:pPr>
              <w:spacing w:after="240"/>
              <w:rPr>
                <w:sz w:val="24"/>
                <w:szCs w:val="24"/>
              </w:rPr>
            </w:pPr>
          </w:p>
        </w:tc>
      </w:tr>
      <w:tr w:rsidR="00A01BC5" w:rsidRPr="006A00BC" w14:paraId="0A56D9B1" w14:textId="77777777">
        <w:trPr>
          <w:cantSplit/>
          <w:trHeight w:val="475"/>
          <w:jc w:val="center"/>
        </w:trPr>
        <w:tc>
          <w:tcPr>
            <w:tcW w:w="3240" w:type="dxa"/>
            <w:tcMar>
              <w:top w:w="70" w:type="dxa"/>
              <w:left w:w="70" w:type="dxa"/>
              <w:bottom w:w="70" w:type="dxa"/>
              <w:right w:w="70" w:type="dxa"/>
            </w:tcMar>
            <w:vAlign w:val="center"/>
          </w:tcPr>
          <w:p w14:paraId="4C70181E" w14:textId="77777777" w:rsidR="00A01BC5" w:rsidRPr="006A00BC" w:rsidRDefault="00000000" w:rsidP="006A00BC">
            <w:pPr>
              <w:spacing w:after="240"/>
              <w:rPr>
                <w:sz w:val="24"/>
                <w:szCs w:val="24"/>
              </w:rPr>
            </w:pPr>
            <w:r w:rsidRPr="006A00BC">
              <w:rPr>
                <w:rFonts w:eastAsia="Times New Roman" w:cs="Times New Roman"/>
                <w:color w:val="222222"/>
                <w:sz w:val="24"/>
                <w:szCs w:val="24"/>
              </w:rPr>
              <w:t>Recent tax returns (at least 2 years)</w:t>
            </w:r>
          </w:p>
        </w:tc>
        <w:tc>
          <w:tcPr>
            <w:tcW w:w="3384" w:type="dxa"/>
            <w:tcMar>
              <w:top w:w="70" w:type="dxa"/>
              <w:left w:w="70" w:type="dxa"/>
              <w:bottom w:w="70" w:type="dxa"/>
              <w:right w:w="70" w:type="dxa"/>
            </w:tcMar>
            <w:vAlign w:val="center"/>
          </w:tcPr>
          <w:p w14:paraId="035A0FC4"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311B9604" w14:textId="77777777" w:rsidR="00A01BC5" w:rsidRPr="006A00BC" w:rsidRDefault="00A01BC5" w:rsidP="006A00BC">
            <w:pPr>
              <w:spacing w:after="240"/>
              <w:rPr>
                <w:sz w:val="24"/>
                <w:szCs w:val="24"/>
              </w:rPr>
            </w:pPr>
          </w:p>
        </w:tc>
      </w:tr>
      <w:tr w:rsidR="00A01BC5" w:rsidRPr="006A00BC" w14:paraId="3B5B78C5" w14:textId="77777777">
        <w:trPr>
          <w:cantSplit/>
          <w:trHeight w:val="475"/>
          <w:jc w:val="center"/>
        </w:trPr>
        <w:tc>
          <w:tcPr>
            <w:tcW w:w="3240" w:type="dxa"/>
            <w:tcMar>
              <w:top w:w="70" w:type="dxa"/>
              <w:left w:w="70" w:type="dxa"/>
              <w:bottom w:w="70" w:type="dxa"/>
              <w:right w:w="70" w:type="dxa"/>
            </w:tcMar>
            <w:vAlign w:val="center"/>
          </w:tcPr>
          <w:p w14:paraId="40EA24A8" w14:textId="77777777" w:rsidR="00A01BC5" w:rsidRPr="006A00BC" w:rsidRDefault="00000000" w:rsidP="006A00BC">
            <w:pPr>
              <w:spacing w:after="240"/>
              <w:rPr>
                <w:sz w:val="24"/>
                <w:szCs w:val="24"/>
              </w:rPr>
            </w:pPr>
            <w:r w:rsidRPr="006A00BC">
              <w:rPr>
                <w:rFonts w:eastAsia="Times New Roman" w:cs="Times New Roman"/>
                <w:color w:val="222222"/>
                <w:sz w:val="24"/>
                <w:szCs w:val="24"/>
              </w:rPr>
              <w:t>Business entity / buy-sell records</w:t>
            </w:r>
          </w:p>
        </w:tc>
        <w:tc>
          <w:tcPr>
            <w:tcW w:w="3384" w:type="dxa"/>
            <w:tcMar>
              <w:top w:w="70" w:type="dxa"/>
              <w:left w:w="70" w:type="dxa"/>
              <w:bottom w:w="70" w:type="dxa"/>
              <w:right w:w="70" w:type="dxa"/>
            </w:tcMar>
            <w:vAlign w:val="center"/>
          </w:tcPr>
          <w:p w14:paraId="718D1433"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4C4CDA31" w14:textId="77777777" w:rsidR="00A01BC5" w:rsidRPr="006A00BC" w:rsidRDefault="00A01BC5" w:rsidP="006A00BC">
            <w:pPr>
              <w:spacing w:after="240"/>
              <w:rPr>
                <w:sz w:val="24"/>
                <w:szCs w:val="24"/>
              </w:rPr>
            </w:pPr>
          </w:p>
        </w:tc>
      </w:tr>
      <w:tr w:rsidR="00A01BC5" w:rsidRPr="006A00BC" w14:paraId="4EB4E1CB" w14:textId="77777777">
        <w:trPr>
          <w:cantSplit/>
          <w:trHeight w:val="475"/>
          <w:jc w:val="center"/>
        </w:trPr>
        <w:tc>
          <w:tcPr>
            <w:tcW w:w="3240" w:type="dxa"/>
            <w:tcMar>
              <w:top w:w="70" w:type="dxa"/>
              <w:left w:w="70" w:type="dxa"/>
              <w:bottom w:w="70" w:type="dxa"/>
              <w:right w:w="70" w:type="dxa"/>
            </w:tcMar>
            <w:vAlign w:val="center"/>
          </w:tcPr>
          <w:p w14:paraId="3F34F7C8" w14:textId="77777777" w:rsidR="00A01BC5" w:rsidRPr="006A00BC" w:rsidRDefault="00000000" w:rsidP="006A00BC">
            <w:pPr>
              <w:spacing w:after="240"/>
              <w:rPr>
                <w:sz w:val="24"/>
                <w:szCs w:val="24"/>
              </w:rPr>
            </w:pPr>
            <w:r w:rsidRPr="006A00BC">
              <w:rPr>
                <w:rFonts w:eastAsia="Times New Roman" w:cs="Times New Roman"/>
                <w:color w:val="222222"/>
                <w:sz w:val="24"/>
                <w:szCs w:val="24"/>
              </w:rPr>
              <w:t>Retirement / investment statements</w:t>
            </w:r>
          </w:p>
        </w:tc>
        <w:tc>
          <w:tcPr>
            <w:tcW w:w="3384" w:type="dxa"/>
            <w:tcMar>
              <w:top w:w="70" w:type="dxa"/>
              <w:left w:w="70" w:type="dxa"/>
              <w:bottom w:w="70" w:type="dxa"/>
              <w:right w:w="70" w:type="dxa"/>
            </w:tcMar>
            <w:vAlign w:val="center"/>
          </w:tcPr>
          <w:p w14:paraId="6E1281CE"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570AA6FB" w14:textId="77777777" w:rsidR="00A01BC5" w:rsidRPr="006A00BC" w:rsidRDefault="00A01BC5" w:rsidP="006A00BC">
            <w:pPr>
              <w:spacing w:after="240"/>
              <w:rPr>
                <w:sz w:val="24"/>
                <w:szCs w:val="24"/>
              </w:rPr>
            </w:pPr>
          </w:p>
        </w:tc>
      </w:tr>
      <w:tr w:rsidR="00A01BC5" w:rsidRPr="006A00BC" w14:paraId="4231A04A" w14:textId="77777777">
        <w:trPr>
          <w:cantSplit/>
          <w:trHeight w:val="475"/>
          <w:jc w:val="center"/>
        </w:trPr>
        <w:tc>
          <w:tcPr>
            <w:tcW w:w="3240" w:type="dxa"/>
            <w:tcMar>
              <w:top w:w="70" w:type="dxa"/>
              <w:left w:w="70" w:type="dxa"/>
              <w:bottom w:w="70" w:type="dxa"/>
              <w:right w:w="70" w:type="dxa"/>
            </w:tcMar>
            <w:vAlign w:val="center"/>
          </w:tcPr>
          <w:p w14:paraId="0C471732" w14:textId="77777777" w:rsidR="00A01BC5" w:rsidRPr="006A00BC" w:rsidRDefault="00000000" w:rsidP="006A00BC">
            <w:pPr>
              <w:spacing w:after="240"/>
              <w:rPr>
                <w:sz w:val="24"/>
                <w:szCs w:val="24"/>
              </w:rPr>
            </w:pPr>
            <w:r w:rsidRPr="006A00BC">
              <w:rPr>
                <w:rFonts w:eastAsia="Times New Roman" w:cs="Times New Roman"/>
                <w:color w:val="222222"/>
                <w:sz w:val="24"/>
                <w:szCs w:val="24"/>
              </w:rPr>
              <w:t>Bank statements</w:t>
            </w:r>
          </w:p>
        </w:tc>
        <w:tc>
          <w:tcPr>
            <w:tcW w:w="3384" w:type="dxa"/>
            <w:tcMar>
              <w:top w:w="70" w:type="dxa"/>
              <w:left w:w="70" w:type="dxa"/>
              <w:bottom w:w="70" w:type="dxa"/>
              <w:right w:w="70" w:type="dxa"/>
            </w:tcMar>
            <w:vAlign w:val="center"/>
          </w:tcPr>
          <w:p w14:paraId="1E51829A"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380C1295" w14:textId="77777777" w:rsidR="00A01BC5" w:rsidRPr="006A00BC" w:rsidRDefault="00A01BC5" w:rsidP="006A00BC">
            <w:pPr>
              <w:spacing w:after="240"/>
              <w:rPr>
                <w:sz w:val="24"/>
                <w:szCs w:val="24"/>
              </w:rPr>
            </w:pPr>
          </w:p>
        </w:tc>
      </w:tr>
      <w:tr w:rsidR="00A01BC5" w:rsidRPr="006A00BC" w14:paraId="38666F91" w14:textId="77777777">
        <w:trPr>
          <w:cantSplit/>
          <w:trHeight w:val="475"/>
          <w:jc w:val="center"/>
        </w:trPr>
        <w:tc>
          <w:tcPr>
            <w:tcW w:w="3240" w:type="dxa"/>
            <w:tcMar>
              <w:top w:w="70" w:type="dxa"/>
              <w:left w:w="70" w:type="dxa"/>
              <w:bottom w:w="70" w:type="dxa"/>
              <w:right w:w="70" w:type="dxa"/>
            </w:tcMar>
            <w:vAlign w:val="center"/>
          </w:tcPr>
          <w:p w14:paraId="04DF1FA3" w14:textId="77777777" w:rsidR="00A01BC5" w:rsidRPr="006A00BC" w:rsidRDefault="00000000" w:rsidP="006A00BC">
            <w:pPr>
              <w:spacing w:after="240"/>
              <w:rPr>
                <w:sz w:val="24"/>
                <w:szCs w:val="24"/>
              </w:rPr>
            </w:pPr>
            <w:r w:rsidRPr="006A00BC">
              <w:rPr>
                <w:rFonts w:eastAsia="Times New Roman" w:cs="Times New Roman"/>
                <w:color w:val="222222"/>
                <w:sz w:val="24"/>
                <w:szCs w:val="24"/>
              </w:rPr>
              <w:t>Marriage / divorce / premarital or postmarital records</w:t>
            </w:r>
          </w:p>
        </w:tc>
        <w:tc>
          <w:tcPr>
            <w:tcW w:w="3384" w:type="dxa"/>
            <w:tcMar>
              <w:top w:w="70" w:type="dxa"/>
              <w:left w:w="70" w:type="dxa"/>
              <w:bottom w:w="70" w:type="dxa"/>
              <w:right w:w="70" w:type="dxa"/>
            </w:tcMar>
            <w:vAlign w:val="center"/>
          </w:tcPr>
          <w:p w14:paraId="7ECD6124"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2814935F" w14:textId="77777777" w:rsidR="00A01BC5" w:rsidRPr="006A00BC" w:rsidRDefault="00A01BC5" w:rsidP="006A00BC">
            <w:pPr>
              <w:spacing w:after="240"/>
              <w:rPr>
                <w:sz w:val="24"/>
                <w:szCs w:val="24"/>
              </w:rPr>
            </w:pPr>
          </w:p>
        </w:tc>
      </w:tr>
      <w:tr w:rsidR="00A01BC5" w:rsidRPr="006A00BC" w14:paraId="6D150F47" w14:textId="77777777">
        <w:trPr>
          <w:cantSplit/>
          <w:trHeight w:val="475"/>
          <w:jc w:val="center"/>
        </w:trPr>
        <w:tc>
          <w:tcPr>
            <w:tcW w:w="3240" w:type="dxa"/>
            <w:tcMar>
              <w:top w:w="70" w:type="dxa"/>
              <w:left w:w="70" w:type="dxa"/>
              <w:bottom w:w="70" w:type="dxa"/>
              <w:right w:w="70" w:type="dxa"/>
            </w:tcMar>
            <w:vAlign w:val="center"/>
          </w:tcPr>
          <w:p w14:paraId="4CD2CF2A" w14:textId="77777777" w:rsidR="00A01BC5" w:rsidRPr="006A00BC" w:rsidRDefault="00000000" w:rsidP="006A00BC">
            <w:pPr>
              <w:spacing w:after="240"/>
              <w:rPr>
                <w:sz w:val="24"/>
                <w:szCs w:val="24"/>
              </w:rPr>
            </w:pPr>
            <w:r w:rsidRPr="006A00BC">
              <w:rPr>
                <w:rFonts w:eastAsia="Times New Roman" w:cs="Times New Roman"/>
                <w:color w:val="222222"/>
                <w:sz w:val="24"/>
                <w:szCs w:val="24"/>
              </w:rPr>
              <w:t>Birth / adoption / citizenship / military records</w:t>
            </w:r>
          </w:p>
        </w:tc>
        <w:tc>
          <w:tcPr>
            <w:tcW w:w="3384" w:type="dxa"/>
            <w:tcMar>
              <w:top w:w="70" w:type="dxa"/>
              <w:left w:w="70" w:type="dxa"/>
              <w:bottom w:w="70" w:type="dxa"/>
              <w:right w:w="70" w:type="dxa"/>
            </w:tcMar>
            <w:vAlign w:val="center"/>
          </w:tcPr>
          <w:p w14:paraId="4E624EA8"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2C70590D" w14:textId="77777777" w:rsidR="00A01BC5" w:rsidRPr="006A00BC" w:rsidRDefault="00A01BC5" w:rsidP="006A00BC">
            <w:pPr>
              <w:spacing w:after="240"/>
              <w:rPr>
                <w:sz w:val="24"/>
                <w:szCs w:val="24"/>
              </w:rPr>
            </w:pPr>
          </w:p>
        </w:tc>
      </w:tr>
      <w:tr w:rsidR="00A01BC5" w:rsidRPr="006A00BC" w14:paraId="34553302" w14:textId="77777777">
        <w:trPr>
          <w:cantSplit/>
          <w:trHeight w:val="475"/>
          <w:jc w:val="center"/>
        </w:trPr>
        <w:tc>
          <w:tcPr>
            <w:tcW w:w="3240" w:type="dxa"/>
            <w:tcMar>
              <w:top w:w="70" w:type="dxa"/>
              <w:left w:w="70" w:type="dxa"/>
              <w:bottom w:w="70" w:type="dxa"/>
              <w:right w:w="70" w:type="dxa"/>
            </w:tcMar>
            <w:vAlign w:val="center"/>
          </w:tcPr>
          <w:p w14:paraId="5BF8028A" w14:textId="77777777" w:rsidR="00A01BC5" w:rsidRPr="006A00BC" w:rsidRDefault="00000000" w:rsidP="006A00BC">
            <w:pPr>
              <w:spacing w:after="240"/>
              <w:rPr>
                <w:sz w:val="24"/>
                <w:szCs w:val="24"/>
              </w:rPr>
            </w:pPr>
            <w:r w:rsidRPr="006A00BC">
              <w:rPr>
                <w:rFonts w:eastAsia="Times New Roman" w:cs="Times New Roman"/>
                <w:color w:val="222222"/>
                <w:sz w:val="24"/>
                <w:szCs w:val="24"/>
              </w:rPr>
              <w:t>Appraisals / inventories of valuables</w:t>
            </w:r>
          </w:p>
        </w:tc>
        <w:tc>
          <w:tcPr>
            <w:tcW w:w="3384" w:type="dxa"/>
            <w:tcMar>
              <w:top w:w="70" w:type="dxa"/>
              <w:left w:w="70" w:type="dxa"/>
              <w:bottom w:w="70" w:type="dxa"/>
              <w:right w:w="70" w:type="dxa"/>
            </w:tcMar>
            <w:vAlign w:val="center"/>
          </w:tcPr>
          <w:p w14:paraId="548649C3"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3EC8B1AE" w14:textId="77777777" w:rsidR="00A01BC5" w:rsidRPr="006A00BC" w:rsidRDefault="00A01BC5" w:rsidP="006A00BC">
            <w:pPr>
              <w:spacing w:after="240"/>
              <w:rPr>
                <w:sz w:val="24"/>
                <w:szCs w:val="24"/>
              </w:rPr>
            </w:pPr>
          </w:p>
        </w:tc>
      </w:tr>
      <w:tr w:rsidR="00A01BC5" w:rsidRPr="006A00BC" w14:paraId="3554D9C7" w14:textId="77777777">
        <w:trPr>
          <w:cantSplit/>
          <w:trHeight w:val="475"/>
          <w:jc w:val="center"/>
        </w:trPr>
        <w:tc>
          <w:tcPr>
            <w:tcW w:w="3240" w:type="dxa"/>
            <w:tcMar>
              <w:top w:w="70" w:type="dxa"/>
              <w:left w:w="70" w:type="dxa"/>
              <w:bottom w:w="70" w:type="dxa"/>
              <w:right w:w="70" w:type="dxa"/>
            </w:tcMar>
            <w:vAlign w:val="center"/>
          </w:tcPr>
          <w:p w14:paraId="4392A28D" w14:textId="77777777" w:rsidR="00A01BC5" w:rsidRPr="006A00BC" w:rsidRDefault="00000000" w:rsidP="006A00BC">
            <w:pPr>
              <w:spacing w:after="240"/>
              <w:rPr>
                <w:sz w:val="24"/>
                <w:szCs w:val="24"/>
              </w:rPr>
            </w:pPr>
            <w:r w:rsidRPr="006A00BC">
              <w:rPr>
                <w:rFonts w:eastAsia="Times New Roman" w:cs="Times New Roman"/>
                <w:color w:val="222222"/>
                <w:sz w:val="24"/>
                <w:szCs w:val="24"/>
              </w:rPr>
              <w:t>Funeral / cemetery / prepaid arrangements</w:t>
            </w:r>
          </w:p>
        </w:tc>
        <w:tc>
          <w:tcPr>
            <w:tcW w:w="3384" w:type="dxa"/>
            <w:tcMar>
              <w:top w:w="70" w:type="dxa"/>
              <w:left w:w="70" w:type="dxa"/>
              <w:bottom w:w="70" w:type="dxa"/>
              <w:right w:w="70" w:type="dxa"/>
            </w:tcMar>
            <w:vAlign w:val="center"/>
          </w:tcPr>
          <w:p w14:paraId="6B72D85B"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2FE312CC" w14:textId="77777777" w:rsidR="00A01BC5" w:rsidRPr="006A00BC" w:rsidRDefault="00A01BC5" w:rsidP="006A00BC">
            <w:pPr>
              <w:spacing w:after="240"/>
              <w:rPr>
                <w:sz w:val="24"/>
                <w:szCs w:val="24"/>
              </w:rPr>
            </w:pPr>
          </w:p>
        </w:tc>
      </w:tr>
      <w:tr w:rsidR="00A01BC5" w:rsidRPr="006A00BC" w14:paraId="1D498C58" w14:textId="77777777">
        <w:trPr>
          <w:cantSplit/>
          <w:trHeight w:val="475"/>
          <w:jc w:val="center"/>
        </w:trPr>
        <w:tc>
          <w:tcPr>
            <w:tcW w:w="3240" w:type="dxa"/>
            <w:tcMar>
              <w:top w:w="70" w:type="dxa"/>
              <w:left w:w="70" w:type="dxa"/>
              <w:bottom w:w="70" w:type="dxa"/>
              <w:right w:w="70" w:type="dxa"/>
            </w:tcMar>
            <w:vAlign w:val="center"/>
          </w:tcPr>
          <w:p w14:paraId="13336D94" w14:textId="77777777" w:rsidR="00A01BC5" w:rsidRPr="006A00BC" w:rsidRDefault="00000000" w:rsidP="006A00BC">
            <w:pPr>
              <w:spacing w:after="240"/>
              <w:rPr>
                <w:sz w:val="24"/>
                <w:szCs w:val="24"/>
              </w:rPr>
            </w:pPr>
            <w:r w:rsidRPr="006A00BC">
              <w:rPr>
                <w:rFonts w:eastAsia="Times New Roman" w:cs="Times New Roman"/>
                <w:color w:val="222222"/>
                <w:sz w:val="24"/>
                <w:szCs w:val="24"/>
              </w:rPr>
              <w:t>Passwords / recovery codes / emergency access</w:t>
            </w:r>
          </w:p>
        </w:tc>
        <w:tc>
          <w:tcPr>
            <w:tcW w:w="3384" w:type="dxa"/>
            <w:tcMar>
              <w:top w:w="70" w:type="dxa"/>
              <w:left w:w="70" w:type="dxa"/>
              <w:bottom w:w="70" w:type="dxa"/>
              <w:right w:w="70" w:type="dxa"/>
            </w:tcMar>
            <w:vAlign w:val="center"/>
          </w:tcPr>
          <w:p w14:paraId="36FF88C7"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042F151C" w14:textId="77777777" w:rsidR="00A01BC5" w:rsidRPr="006A00BC" w:rsidRDefault="00A01BC5" w:rsidP="006A00BC">
            <w:pPr>
              <w:spacing w:after="240"/>
              <w:rPr>
                <w:sz w:val="24"/>
                <w:szCs w:val="24"/>
              </w:rPr>
            </w:pPr>
          </w:p>
        </w:tc>
      </w:tr>
      <w:tr w:rsidR="00A01BC5" w:rsidRPr="006A00BC" w14:paraId="4E07F644" w14:textId="77777777">
        <w:trPr>
          <w:cantSplit/>
          <w:trHeight w:val="475"/>
          <w:jc w:val="center"/>
        </w:trPr>
        <w:tc>
          <w:tcPr>
            <w:tcW w:w="3240" w:type="dxa"/>
            <w:tcMar>
              <w:top w:w="70" w:type="dxa"/>
              <w:left w:w="70" w:type="dxa"/>
              <w:bottom w:w="70" w:type="dxa"/>
              <w:right w:w="70" w:type="dxa"/>
            </w:tcMar>
            <w:vAlign w:val="center"/>
          </w:tcPr>
          <w:p w14:paraId="2999D626" w14:textId="77777777" w:rsidR="00A01BC5" w:rsidRPr="006A00BC" w:rsidRDefault="00000000" w:rsidP="006A00BC">
            <w:pPr>
              <w:spacing w:after="240"/>
              <w:rPr>
                <w:sz w:val="24"/>
                <w:szCs w:val="24"/>
              </w:rPr>
            </w:pPr>
            <w:r w:rsidRPr="006A00BC">
              <w:rPr>
                <w:rFonts w:eastAsia="Times New Roman" w:cs="Times New Roman"/>
                <w:color w:val="222222"/>
                <w:sz w:val="24"/>
                <w:szCs w:val="24"/>
              </w:rPr>
              <w:t>Other critical records</w:t>
            </w:r>
          </w:p>
        </w:tc>
        <w:tc>
          <w:tcPr>
            <w:tcW w:w="3384" w:type="dxa"/>
            <w:tcMar>
              <w:top w:w="70" w:type="dxa"/>
              <w:left w:w="70" w:type="dxa"/>
              <w:bottom w:w="70" w:type="dxa"/>
              <w:right w:w="70" w:type="dxa"/>
            </w:tcMar>
            <w:vAlign w:val="center"/>
          </w:tcPr>
          <w:p w14:paraId="0DB942E7"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17485C41" w14:textId="77777777" w:rsidR="00A01BC5" w:rsidRPr="006A00BC" w:rsidRDefault="00A01BC5" w:rsidP="006A00BC">
            <w:pPr>
              <w:spacing w:after="240"/>
              <w:rPr>
                <w:sz w:val="24"/>
                <w:szCs w:val="24"/>
              </w:rPr>
            </w:pPr>
          </w:p>
        </w:tc>
      </w:tr>
    </w:tbl>
    <w:p w14:paraId="227F6193" w14:textId="77777777" w:rsidR="00A01BC5" w:rsidRPr="006A00BC" w:rsidRDefault="00A01BC5" w:rsidP="006A00BC">
      <w:pPr>
        <w:spacing w:after="240"/>
        <w:rPr>
          <w:sz w:val="24"/>
          <w:szCs w:val="24"/>
        </w:rPr>
      </w:pPr>
    </w:p>
    <w:p w14:paraId="0BCF1A33"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lastRenderedPageBreak/>
        <w:t>Professional and practical contacts</w:t>
      </w:r>
    </w:p>
    <w:tbl>
      <w:tblPr>
        <w:tblStyle w:val="TableGrid"/>
        <w:tblW w:w="0" w:type="auto"/>
        <w:jc w:val="center"/>
        <w:tblLayout w:type="fixed"/>
        <w:tblLook w:val="04A0" w:firstRow="1" w:lastRow="0" w:firstColumn="1" w:lastColumn="0" w:noHBand="0" w:noVBand="1"/>
      </w:tblPr>
      <w:tblGrid>
        <w:gridCol w:w="2088"/>
        <w:gridCol w:w="2880"/>
        <w:gridCol w:w="3024"/>
        <w:gridCol w:w="1655"/>
      </w:tblGrid>
      <w:tr w:rsidR="00A01BC5" w:rsidRPr="006A00BC" w14:paraId="6CE25F74" w14:textId="77777777">
        <w:trPr>
          <w:tblHeader/>
          <w:jc w:val="center"/>
        </w:trPr>
        <w:tc>
          <w:tcPr>
            <w:tcW w:w="2088" w:type="dxa"/>
            <w:shd w:val="clear" w:color="auto" w:fill="E7E6E6"/>
            <w:tcMar>
              <w:top w:w="70" w:type="dxa"/>
              <w:left w:w="70" w:type="dxa"/>
              <w:bottom w:w="70" w:type="dxa"/>
              <w:right w:w="70" w:type="dxa"/>
            </w:tcMar>
            <w:vAlign w:val="center"/>
          </w:tcPr>
          <w:p w14:paraId="232CC92E"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Role</w:t>
            </w:r>
          </w:p>
        </w:tc>
        <w:tc>
          <w:tcPr>
            <w:tcW w:w="2880" w:type="dxa"/>
            <w:shd w:val="clear" w:color="auto" w:fill="E7E6E6"/>
            <w:tcMar>
              <w:top w:w="70" w:type="dxa"/>
              <w:left w:w="70" w:type="dxa"/>
              <w:bottom w:w="70" w:type="dxa"/>
              <w:right w:w="70" w:type="dxa"/>
            </w:tcMar>
            <w:vAlign w:val="center"/>
          </w:tcPr>
          <w:p w14:paraId="082EBB76"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Name / Firm</w:t>
            </w:r>
          </w:p>
        </w:tc>
        <w:tc>
          <w:tcPr>
            <w:tcW w:w="3024" w:type="dxa"/>
            <w:shd w:val="clear" w:color="auto" w:fill="E7E6E6"/>
            <w:tcMar>
              <w:top w:w="70" w:type="dxa"/>
              <w:left w:w="70" w:type="dxa"/>
              <w:bottom w:w="70" w:type="dxa"/>
              <w:right w:w="70" w:type="dxa"/>
            </w:tcMar>
            <w:vAlign w:val="center"/>
          </w:tcPr>
          <w:p w14:paraId="03DA57DE"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Phone / Email</w:t>
            </w:r>
          </w:p>
        </w:tc>
        <w:tc>
          <w:tcPr>
            <w:tcW w:w="1655" w:type="dxa"/>
            <w:shd w:val="clear" w:color="auto" w:fill="E7E6E6"/>
            <w:tcMar>
              <w:top w:w="70" w:type="dxa"/>
              <w:left w:w="70" w:type="dxa"/>
              <w:bottom w:w="70" w:type="dxa"/>
              <w:right w:w="70" w:type="dxa"/>
            </w:tcMar>
            <w:vAlign w:val="center"/>
          </w:tcPr>
          <w:p w14:paraId="6A69836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Notes</w:t>
            </w:r>
          </w:p>
        </w:tc>
      </w:tr>
      <w:tr w:rsidR="00A01BC5" w:rsidRPr="006A00BC" w14:paraId="5398D5F4" w14:textId="77777777">
        <w:trPr>
          <w:cantSplit/>
          <w:trHeight w:val="475"/>
          <w:jc w:val="center"/>
        </w:trPr>
        <w:tc>
          <w:tcPr>
            <w:tcW w:w="2088" w:type="dxa"/>
            <w:tcMar>
              <w:top w:w="70" w:type="dxa"/>
              <w:left w:w="70" w:type="dxa"/>
              <w:bottom w:w="70" w:type="dxa"/>
              <w:right w:w="70" w:type="dxa"/>
            </w:tcMar>
            <w:vAlign w:val="center"/>
          </w:tcPr>
          <w:p w14:paraId="4374D3F6" w14:textId="77777777" w:rsidR="00A01BC5" w:rsidRPr="006A00BC" w:rsidRDefault="00000000" w:rsidP="006A00BC">
            <w:pPr>
              <w:spacing w:after="240"/>
              <w:rPr>
                <w:sz w:val="24"/>
                <w:szCs w:val="24"/>
              </w:rPr>
            </w:pPr>
            <w:r w:rsidRPr="006A00BC">
              <w:rPr>
                <w:rFonts w:eastAsia="Times New Roman" w:cs="Times New Roman"/>
                <w:color w:val="222222"/>
                <w:sz w:val="24"/>
                <w:szCs w:val="24"/>
              </w:rPr>
              <w:t>Estate planning attorney</w:t>
            </w:r>
          </w:p>
        </w:tc>
        <w:tc>
          <w:tcPr>
            <w:tcW w:w="2880" w:type="dxa"/>
            <w:tcMar>
              <w:top w:w="70" w:type="dxa"/>
              <w:left w:w="70" w:type="dxa"/>
              <w:bottom w:w="70" w:type="dxa"/>
              <w:right w:w="70" w:type="dxa"/>
            </w:tcMar>
            <w:vAlign w:val="center"/>
          </w:tcPr>
          <w:p w14:paraId="73F450B7" w14:textId="77777777" w:rsidR="00A01BC5" w:rsidRPr="006A00BC" w:rsidRDefault="00000000" w:rsidP="006A00BC">
            <w:pPr>
              <w:spacing w:after="240"/>
              <w:rPr>
                <w:sz w:val="24"/>
                <w:szCs w:val="24"/>
              </w:rPr>
            </w:pPr>
            <w:r w:rsidRPr="006A00BC">
              <w:rPr>
                <w:rFonts w:eastAsia="Times New Roman" w:cs="Times New Roman"/>
                <w:color w:val="222222"/>
                <w:sz w:val="24"/>
                <w:szCs w:val="24"/>
              </w:rPr>
              <w:t>Griswold Law Firm / Timothy A. Griswold</w:t>
            </w:r>
          </w:p>
        </w:tc>
        <w:tc>
          <w:tcPr>
            <w:tcW w:w="3024" w:type="dxa"/>
            <w:tcMar>
              <w:top w:w="70" w:type="dxa"/>
              <w:left w:w="70" w:type="dxa"/>
              <w:bottom w:w="70" w:type="dxa"/>
              <w:right w:w="70" w:type="dxa"/>
            </w:tcMar>
            <w:vAlign w:val="center"/>
          </w:tcPr>
          <w:p w14:paraId="7EC98033" w14:textId="77777777" w:rsidR="00A01BC5" w:rsidRPr="006A00BC" w:rsidRDefault="00000000" w:rsidP="006A00BC">
            <w:pPr>
              <w:spacing w:after="240"/>
              <w:rPr>
                <w:sz w:val="24"/>
                <w:szCs w:val="24"/>
              </w:rPr>
            </w:pPr>
            <w:r w:rsidRPr="006A00BC">
              <w:rPr>
                <w:rFonts w:eastAsia="Times New Roman" w:cs="Times New Roman"/>
                <w:color w:val="222222"/>
                <w:sz w:val="24"/>
                <w:szCs w:val="24"/>
              </w:rPr>
              <w:t>(512) 575-5816 / tim@griswoldlawfirm.com</w:t>
            </w:r>
          </w:p>
        </w:tc>
        <w:tc>
          <w:tcPr>
            <w:tcW w:w="1655" w:type="dxa"/>
            <w:tcMar>
              <w:top w:w="70" w:type="dxa"/>
              <w:left w:w="70" w:type="dxa"/>
              <w:bottom w:w="70" w:type="dxa"/>
              <w:right w:w="70" w:type="dxa"/>
            </w:tcMar>
            <w:vAlign w:val="center"/>
          </w:tcPr>
          <w:p w14:paraId="13483152" w14:textId="77777777" w:rsidR="00A01BC5" w:rsidRPr="006A00BC" w:rsidRDefault="00A01BC5" w:rsidP="006A00BC">
            <w:pPr>
              <w:spacing w:after="240"/>
              <w:rPr>
                <w:sz w:val="24"/>
                <w:szCs w:val="24"/>
              </w:rPr>
            </w:pPr>
          </w:p>
        </w:tc>
      </w:tr>
      <w:tr w:rsidR="00A01BC5" w:rsidRPr="006A00BC" w14:paraId="52E1EB5D" w14:textId="77777777">
        <w:trPr>
          <w:cantSplit/>
          <w:trHeight w:val="475"/>
          <w:jc w:val="center"/>
        </w:trPr>
        <w:tc>
          <w:tcPr>
            <w:tcW w:w="2088" w:type="dxa"/>
            <w:tcMar>
              <w:top w:w="70" w:type="dxa"/>
              <w:left w:w="70" w:type="dxa"/>
              <w:bottom w:w="70" w:type="dxa"/>
              <w:right w:w="70" w:type="dxa"/>
            </w:tcMar>
            <w:vAlign w:val="center"/>
          </w:tcPr>
          <w:p w14:paraId="2954D034" w14:textId="77777777" w:rsidR="00A01BC5" w:rsidRPr="006A00BC" w:rsidRDefault="00000000" w:rsidP="006A00BC">
            <w:pPr>
              <w:spacing w:after="240"/>
              <w:rPr>
                <w:sz w:val="24"/>
                <w:szCs w:val="24"/>
              </w:rPr>
            </w:pPr>
            <w:r w:rsidRPr="006A00BC">
              <w:rPr>
                <w:rFonts w:eastAsia="Times New Roman" w:cs="Times New Roman"/>
                <w:color w:val="222222"/>
                <w:sz w:val="24"/>
                <w:szCs w:val="24"/>
              </w:rPr>
              <w:t>CPA / tax preparer</w:t>
            </w:r>
          </w:p>
        </w:tc>
        <w:tc>
          <w:tcPr>
            <w:tcW w:w="2880" w:type="dxa"/>
            <w:tcMar>
              <w:top w:w="70" w:type="dxa"/>
              <w:left w:w="70" w:type="dxa"/>
              <w:bottom w:w="70" w:type="dxa"/>
              <w:right w:w="70" w:type="dxa"/>
            </w:tcMar>
            <w:vAlign w:val="center"/>
          </w:tcPr>
          <w:p w14:paraId="35C41735"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3EBB2E8F"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2DF609C7" w14:textId="77777777" w:rsidR="00A01BC5" w:rsidRPr="006A00BC" w:rsidRDefault="00A01BC5" w:rsidP="006A00BC">
            <w:pPr>
              <w:spacing w:after="240"/>
              <w:rPr>
                <w:sz w:val="24"/>
                <w:szCs w:val="24"/>
              </w:rPr>
            </w:pPr>
          </w:p>
        </w:tc>
      </w:tr>
      <w:tr w:rsidR="00A01BC5" w:rsidRPr="006A00BC" w14:paraId="45F709AF" w14:textId="77777777">
        <w:trPr>
          <w:cantSplit/>
          <w:trHeight w:val="475"/>
          <w:jc w:val="center"/>
        </w:trPr>
        <w:tc>
          <w:tcPr>
            <w:tcW w:w="2088" w:type="dxa"/>
            <w:tcMar>
              <w:top w:w="70" w:type="dxa"/>
              <w:left w:w="70" w:type="dxa"/>
              <w:bottom w:w="70" w:type="dxa"/>
              <w:right w:w="70" w:type="dxa"/>
            </w:tcMar>
            <w:vAlign w:val="center"/>
          </w:tcPr>
          <w:p w14:paraId="400F20FB" w14:textId="77777777" w:rsidR="00A01BC5" w:rsidRPr="006A00BC" w:rsidRDefault="00000000" w:rsidP="006A00BC">
            <w:pPr>
              <w:spacing w:after="240"/>
              <w:rPr>
                <w:sz w:val="24"/>
                <w:szCs w:val="24"/>
              </w:rPr>
            </w:pPr>
            <w:r w:rsidRPr="006A00BC">
              <w:rPr>
                <w:rFonts w:eastAsia="Times New Roman" w:cs="Times New Roman"/>
                <w:color w:val="222222"/>
                <w:sz w:val="24"/>
                <w:szCs w:val="24"/>
              </w:rPr>
              <w:t>Financial advisor / broker</w:t>
            </w:r>
          </w:p>
        </w:tc>
        <w:tc>
          <w:tcPr>
            <w:tcW w:w="2880" w:type="dxa"/>
            <w:tcMar>
              <w:top w:w="70" w:type="dxa"/>
              <w:left w:w="70" w:type="dxa"/>
              <w:bottom w:w="70" w:type="dxa"/>
              <w:right w:w="70" w:type="dxa"/>
            </w:tcMar>
            <w:vAlign w:val="center"/>
          </w:tcPr>
          <w:p w14:paraId="1F7120FE"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520B61A7"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19AE120C" w14:textId="77777777" w:rsidR="00A01BC5" w:rsidRPr="006A00BC" w:rsidRDefault="00A01BC5" w:rsidP="006A00BC">
            <w:pPr>
              <w:spacing w:after="240"/>
              <w:rPr>
                <w:sz w:val="24"/>
                <w:szCs w:val="24"/>
              </w:rPr>
            </w:pPr>
          </w:p>
        </w:tc>
      </w:tr>
      <w:tr w:rsidR="00A01BC5" w:rsidRPr="006A00BC" w14:paraId="02F0B250" w14:textId="77777777">
        <w:trPr>
          <w:cantSplit/>
          <w:trHeight w:val="475"/>
          <w:jc w:val="center"/>
        </w:trPr>
        <w:tc>
          <w:tcPr>
            <w:tcW w:w="2088" w:type="dxa"/>
            <w:tcMar>
              <w:top w:w="70" w:type="dxa"/>
              <w:left w:w="70" w:type="dxa"/>
              <w:bottom w:w="70" w:type="dxa"/>
              <w:right w:w="70" w:type="dxa"/>
            </w:tcMar>
            <w:vAlign w:val="center"/>
          </w:tcPr>
          <w:p w14:paraId="313B68AD" w14:textId="77777777" w:rsidR="00A01BC5" w:rsidRPr="006A00BC" w:rsidRDefault="00000000" w:rsidP="006A00BC">
            <w:pPr>
              <w:spacing w:after="240"/>
              <w:rPr>
                <w:sz w:val="24"/>
                <w:szCs w:val="24"/>
              </w:rPr>
            </w:pPr>
            <w:r w:rsidRPr="006A00BC">
              <w:rPr>
                <w:rFonts w:eastAsia="Times New Roman" w:cs="Times New Roman"/>
                <w:color w:val="222222"/>
                <w:sz w:val="24"/>
                <w:szCs w:val="24"/>
              </w:rPr>
              <w:t>Insurance agent</w:t>
            </w:r>
          </w:p>
        </w:tc>
        <w:tc>
          <w:tcPr>
            <w:tcW w:w="2880" w:type="dxa"/>
            <w:tcMar>
              <w:top w:w="70" w:type="dxa"/>
              <w:left w:w="70" w:type="dxa"/>
              <w:bottom w:w="70" w:type="dxa"/>
              <w:right w:w="70" w:type="dxa"/>
            </w:tcMar>
            <w:vAlign w:val="center"/>
          </w:tcPr>
          <w:p w14:paraId="4F2B701E"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5078FC60"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4C76C1AC" w14:textId="77777777" w:rsidR="00A01BC5" w:rsidRPr="006A00BC" w:rsidRDefault="00A01BC5" w:rsidP="006A00BC">
            <w:pPr>
              <w:spacing w:after="240"/>
              <w:rPr>
                <w:sz w:val="24"/>
                <w:szCs w:val="24"/>
              </w:rPr>
            </w:pPr>
          </w:p>
        </w:tc>
      </w:tr>
      <w:tr w:rsidR="00A01BC5" w:rsidRPr="006A00BC" w14:paraId="4E66C008" w14:textId="77777777">
        <w:trPr>
          <w:cantSplit/>
          <w:trHeight w:val="475"/>
          <w:jc w:val="center"/>
        </w:trPr>
        <w:tc>
          <w:tcPr>
            <w:tcW w:w="2088" w:type="dxa"/>
            <w:tcMar>
              <w:top w:w="70" w:type="dxa"/>
              <w:left w:w="70" w:type="dxa"/>
              <w:bottom w:w="70" w:type="dxa"/>
              <w:right w:w="70" w:type="dxa"/>
            </w:tcMar>
            <w:vAlign w:val="center"/>
          </w:tcPr>
          <w:p w14:paraId="66F55DD5" w14:textId="77777777" w:rsidR="00A01BC5" w:rsidRPr="006A00BC" w:rsidRDefault="00000000" w:rsidP="006A00BC">
            <w:pPr>
              <w:spacing w:after="240"/>
              <w:rPr>
                <w:sz w:val="24"/>
                <w:szCs w:val="24"/>
              </w:rPr>
            </w:pPr>
            <w:r w:rsidRPr="006A00BC">
              <w:rPr>
                <w:rFonts w:eastAsia="Times New Roman" w:cs="Times New Roman"/>
                <w:color w:val="222222"/>
                <w:sz w:val="24"/>
                <w:szCs w:val="24"/>
              </w:rPr>
              <w:t>Banker / lending contact</w:t>
            </w:r>
          </w:p>
        </w:tc>
        <w:tc>
          <w:tcPr>
            <w:tcW w:w="2880" w:type="dxa"/>
            <w:tcMar>
              <w:top w:w="70" w:type="dxa"/>
              <w:left w:w="70" w:type="dxa"/>
              <w:bottom w:w="70" w:type="dxa"/>
              <w:right w:w="70" w:type="dxa"/>
            </w:tcMar>
            <w:vAlign w:val="center"/>
          </w:tcPr>
          <w:p w14:paraId="6E1DAC1D"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0360CF6C"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34021184" w14:textId="77777777" w:rsidR="00A01BC5" w:rsidRPr="006A00BC" w:rsidRDefault="00A01BC5" w:rsidP="006A00BC">
            <w:pPr>
              <w:spacing w:after="240"/>
              <w:rPr>
                <w:sz w:val="24"/>
                <w:szCs w:val="24"/>
              </w:rPr>
            </w:pPr>
          </w:p>
        </w:tc>
      </w:tr>
      <w:tr w:rsidR="00A01BC5" w:rsidRPr="006A00BC" w14:paraId="54AEFE5E" w14:textId="77777777">
        <w:trPr>
          <w:cantSplit/>
          <w:trHeight w:val="475"/>
          <w:jc w:val="center"/>
        </w:trPr>
        <w:tc>
          <w:tcPr>
            <w:tcW w:w="2088" w:type="dxa"/>
            <w:tcMar>
              <w:top w:w="70" w:type="dxa"/>
              <w:left w:w="70" w:type="dxa"/>
              <w:bottom w:w="70" w:type="dxa"/>
              <w:right w:w="70" w:type="dxa"/>
            </w:tcMar>
            <w:vAlign w:val="center"/>
          </w:tcPr>
          <w:p w14:paraId="56E1CCE5" w14:textId="77777777" w:rsidR="00A01BC5" w:rsidRPr="006A00BC" w:rsidRDefault="00000000" w:rsidP="006A00BC">
            <w:pPr>
              <w:spacing w:after="240"/>
              <w:rPr>
                <w:sz w:val="24"/>
                <w:szCs w:val="24"/>
              </w:rPr>
            </w:pPr>
            <w:r w:rsidRPr="006A00BC">
              <w:rPr>
                <w:rFonts w:eastAsia="Times New Roman" w:cs="Times New Roman"/>
                <w:color w:val="222222"/>
                <w:sz w:val="24"/>
                <w:szCs w:val="24"/>
              </w:rPr>
              <w:t>Employer HR / benefits contact</w:t>
            </w:r>
          </w:p>
        </w:tc>
        <w:tc>
          <w:tcPr>
            <w:tcW w:w="2880" w:type="dxa"/>
            <w:tcMar>
              <w:top w:w="70" w:type="dxa"/>
              <w:left w:w="70" w:type="dxa"/>
              <w:bottom w:w="70" w:type="dxa"/>
              <w:right w:w="70" w:type="dxa"/>
            </w:tcMar>
            <w:vAlign w:val="center"/>
          </w:tcPr>
          <w:p w14:paraId="2F7E4CCD"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1B55259F"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2C9113BD" w14:textId="77777777" w:rsidR="00A01BC5" w:rsidRPr="006A00BC" w:rsidRDefault="00A01BC5" w:rsidP="006A00BC">
            <w:pPr>
              <w:spacing w:after="240"/>
              <w:rPr>
                <w:sz w:val="24"/>
                <w:szCs w:val="24"/>
              </w:rPr>
            </w:pPr>
          </w:p>
        </w:tc>
      </w:tr>
      <w:tr w:rsidR="00A01BC5" w:rsidRPr="006A00BC" w14:paraId="561D4EE3" w14:textId="77777777">
        <w:trPr>
          <w:cantSplit/>
          <w:trHeight w:val="475"/>
          <w:jc w:val="center"/>
        </w:trPr>
        <w:tc>
          <w:tcPr>
            <w:tcW w:w="2088" w:type="dxa"/>
            <w:tcMar>
              <w:top w:w="70" w:type="dxa"/>
              <w:left w:w="70" w:type="dxa"/>
              <w:bottom w:w="70" w:type="dxa"/>
              <w:right w:w="70" w:type="dxa"/>
            </w:tcMar>
            <w:vAlign w:val="center"/>
          </w:tcPr>
          <w:p w14:paraId="58614BA4" w14:textId="77777777" w:rsidR="00A01BC5" w:rsidRPr="006A00BC" w:rsidRDefault="00000000" w:rsidP="006A00BC">
            <w:pPr>
              <w:spacing w:after="240"/>
              <w:rPr>
                <w:sz w:val="24"/>
                <w:szCs w:val="24"/>
              </w:rPr>
            </w:pPr>
            <w:r w:rsidRPr="006A00BC">
              <w:rPr>
                <w:rFonts w:eastAsia="Times New Roman" w:cs="Times New Roman"/>
                <w:color w:val="222222"/>
                <w:sz w:val="24"/>
                <w:szCs w:val="24"/>
              </w:rPr>
              <w:t>Business attorney / accountant</w:t>
            </w:r>
          </w:p>
        </w:tc>
        <w:tc>
          <w:tcPr>
            <w:tcW w:w="2880" w:type="dxa"/>
            <w:tcMar>
              <w:top w:w="70" w:type="dxa"/>
              <w:left w:w="70" w:type="dxa"/>
              <w:bottom w:w="70" w:type="dxa"/>
              <w:right w:w="70" w:type="dxa"/>
            </w:tcMar>
            <w:vAlign w:val="center"/>
          </w:tcPr>
          <w:p w14:paraId="279FB735"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354443EC"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16EE7C25" w14:textId="77777777" w:rsidR="00A01BC5" w:rsidRPr="006A00BC" w:rsidRDefault="00A01BC5" w:rsidP="006A00BC">
            <w:pPr>
              <w:spacing w:after="240"/>
              <w:rPr>
                <w:sz w:val="24"/>
                <w:szCs w:val="24"/>
              </w:rPr>
            </w:pPr>
          </w:p>
        </w:tc>
      </w:tr>
      <w:tr w:rsidR="00A01BC5" w:rsidRPr="006A00BC" w14:paraId="2D64BE9B" w14:textId="77777777">
        <w:trPr>
          <w:cantSplit/>
          <w:trHeight w:val="475"/>
          <w:jc w:val="center"/>
        </w:trPr>
        <w:tc>
          <w:tcPr>
            <w:tcW w:w="2088" w:type="dxa"/>
            <w:tcMar>
              <w:top w:w="70" w:type="dxa"/>
              <w:left w:w="70" w:type="dxa"/>
              <w:bottom w:w="70" w:type="dxa"/>
              <w:right w:w="70" w:type="dxa"/>
            </w:tcMar>
            <w:vAlign w:val="center"/>
          </w:tcPr>
          <w:p w14:paraId="3D684430" w14:textId="77777777" w:rsidR="00A01BC5" w:rsidRPr="006A00BC" w:rsidRDefault="00000000" w:rsidP="006A00BC">
            <w:pPr>
              <w:spacing w:after="240"/>
              <w:rPr>
                <w:sz w:val="24"/>
                <w:szCs w:val="24"/>
              </w:rPr>
            </w:pPr>
            <w:r w:rsidRPr="006A00BC">
              <w:rPr>
                <w:rFonts w:eastAsia="Times New Roman" w:cs="Times New Roman"/>
                <w:color w:val="222222"/>
                <w:sz w:val="24"/>
                <w:szCs w:val="24"/>
              </w:rPr>
              <w:t>Property manager / realtor</w:t>
            </w:r>
          </w:p>
        </w:tc>
        <w:tc>
          <w:tcPr>
            <w:tcW w:w="2880" w:type="dxa"/>
            <w:tcMar>
              <w:top w:w="70" w:type="dxa"/>
              <w:left w:w="70" w:type="dxa"/>
              <w:bottom w:w="70" w:type="dxa"/>
              <w:right w:w="70" w:type="dxa"/>
            </w:tcMar>
            <w:vAlign w:val="center"/>
          </w:tcPr>
          <w:p w14:paraId="640CCA97"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59C4E4EF"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718F9C1B" w14:textId="77777777" w:rsidR="00A01BC5" w:rsidRPr="006A00BC" w:rsidRDefault="00A01BC5" w:rsidP="006A00BC">
            <w:pPr>
              <w:spacing w:after="240"/>
              <w:rPr>
                <w:sz w:val="24"/>
                <w:szCs w:val="24"/>
              </w:rPr>
            </w:pPr>
          </w:p>
        </w:tc>
      </w:tr>
      <w:tr w:rsidR="00A01BC5" w:rsidRPr="006A00BC" w14:paraId="198E5AEC" w14:textId="77777777">
        <w:trPr>
          <w:cantSplit/>
          <w:trHeight w:val="475"/>
          <w:jc w:val="center"/>
        </w:trPr>
        <w:tc>
          <w:tcPr>
            <w:tcW w:w="2088" w:type="dxa"/>
            <w:tcMar>
              <w:top w:w="70" w:type="dxa"/>
              <w:left w:w="70" w:type="dxa"/>
              <w:bottom w:w="70" w:type="dxa"/>
              <w:right w:w="70" w:type="dxa"/>
            </w:tcMar>
            <w:vAlign w:val="center"/>
          </w:tcPr>
          <w:p w14:paraId="0CF11176" w14:textId="77777777" w:rsidR="00A01BC5" w:rsidRPr="006A00BC" w:rsidRDefault="00000000" w:rsidP="006A00BC">
            <w:pPr>
              <w:spacing w:after="240"/>
              <w:rPr>
                <w:sz w:val="24"/>
                <w:szCs w:val="24"/>
              </w:rPr>
            </w:pPr>
            <w:proofErr w:type="gramStart"/>
            <w:r w:rsidRPr="006A00BC">
              <w:rPr>
                <w:rFonts w:eastAsia="Times New Roman" w:cs="Times New Roman"/>
                <w:color w:val="222222"/>
                <w:sz w:val="24"/>
                <w:szCs w:val="24"/>
              </w:rPr>
              <w:t>Other</w:t>
            </w:r>
            <w:proofErr w:type="gramEnd"/>
            <w:r w:rsidRPr="006A00BC">
              <w:rPr>
                <w:rFonts w:eastAsia="Times New Roman" w:cs="Times New Roman"/>
                <w:color w:val="222222"/>
                <w:sz w:val="24"/>
                <w:szCs w:val="24"/>
              </w:rPr>
              <w:t xml:space="preserve"> key advisor</w:t>
            </w:r>
          </w:p>
        </w:tc>
        <w:tc>
          <w:tcPr>
            <w:tcW w:w="2880" w:type="dxa"/>
            <w:tcMar>
              <w:top w:w="70" w:type="dxa"/>
              <w:left w:w="70" w:type="dxa"/>
              <w:bottom w:w="70" w:type="dxa"/>
              <w:right w:w="70" w:type="dxa"/>
            </w:tcMar>
            <w:vAlign w:val="center"/>
          </w:tcPr>
          <w:p w14:paraId="1737847B" w14:textId="77777777" w:rsidR="00A01BC5" w:rsidRPr="006A00BC" w:rsidRDefault="00A01BC5" w:rsidP="006A00BC">
            <w:pPr>
              <w:spacing w:after="240"/>
              <w:rPr>
                <w:sz w:val="24"/>
                <w:szCs w:val="24"/>
              </w:rPr>
            </w:pPr>
          </w:p>
        </w:tc>
        <w:tc>
          <w:tcPr>
            <w:tcW w:w="3024" w:type="dxa"/>
            <w:tcMar>
              <w:top w:w="70" w:type="dxa"/>
              <w:left w:w="70" w:type="dxa"/>
              <w:bottom w:w="70" w:type="dxa"/>
              <w:right w:w="70" w:type="dxa"/>
            </w:tcMar>
            <w:vAlign w:val="center"/>
          </w:tcPr>
          <w:p w14:paraId="47E22765" w14:textId="77777777" w:rsidR="00A01BC5" w:rsidRPr="006A00BC" w:rsidRDefault="00A01BC5" w:rsidP="006A00BC">
            <w:pPr>
              <w:spacing w:after="240"/>
              <w:rPr>
                <w:sz w:val="24"/>
                <w:szCs w:val="24"/>
              </w:rPr>
            </w:pPr>
          </w:p>
        </w:tc>
        <w:tc>
          <w:tcPr>
            <w:tcW w:w="1655" w:type="dxa"/>
            <w:tcMar>
              <w:top w:w="70" w:type="dxa"/>
              <w:left w:w="70" w:type="dxa"/>
              <w:bottom w:w="70" w:type="dxa"/>
              <w:right w:w="70" w:type="dxa"/>
            </w:tcMar>
            <w:vAlign w:val="center"/>
          </w:tcPr>
          <w:p w14:paraId="4A0E16D2" w14:textId="77777777" w:rsidR="00A01BC5" w:rsidRPr="006A00BC" w:rsidRDefault="00A01BC5" w:rsidP="006A00BC">
            <w:pPr>
              <w:spacing w:after="240"/>
              <w:rPr>
                <w:sz w:val="24"/>
                <w:szCs w:val="24"/>
              </w:rPr>
            </w:pPr>
          </w:p>
        </w:tc>
      </w:tr>
    </w:tbl>
    <w:p w14:paraId="0542C10B" w14:textId="77777777" w:rsidR="00A01BC5" w:rsidRPr="006A00BC" w:rsidRDefault="00A01BC5" w:rsidP="006A00BC">
      <w:pPr>
        <w:spacing w:after="240"/>
        <w:rPr>
          <w:sz w:val="24"/>
          <w:szCs w:val="24"/>
        </w:rPr>
      </w:pPr>
    </w:p>
    <w:p w14:paraId="6CF46409" w14:textId="77777777" w:rsidR="00A01BC5" w:rsidRPr="006A00BC" w:rsidRDefault="00000000" w:rsidP="006A00BC">
      <w:pPr>
        <w:spacing w:after="240"/>
        <w:rPr>
          <w:sz w:val="24"/>
          <w:szCs w:val="24"/>
        </w:rPr>
      </w:pPr>
      <w:r w:rsidRPr="006A00BC">
        <w:rPr>
          <w:sz w:val="24"/>
          <w:szCs w:val="24"/>
        </w:rPr>
        <w:br w:type="page"/>
      </w:r>
    </w:p>
    <w:p w14:paraId="76AEB171"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13. Annual Review Log and Final Notes</w:t>
      </w:r>
    </w:p>
    <w:p w14:paraId="26DA25C7" w14:textId="77777777" w:rsidR="00A01BC5" w:rsidRPr="006A00BC" w:rsidRDefault="00000000" w:rsidP="006A00BC">
      <w:pPr>
        <w:spacing w:after="240" w:line="252" w:lineRule="auto"/>
        <w:rPr>
          <w:sz w:val="24"/>
          <w:szCs w:val="24"/>
        </w:rPr>
      </w:pPr>
      <w:r w:rsidRPr="006A00BC">
        <w:rPr>
          <w:rFonts w:eastAsia="Times New Roman" w:cs="Times New Roman"/>
          <w:color w:val="222222"/>
          <w:sz w:val="24"/>
          <w:szCs w:val="24"/>
        </w:rPr>
        <w:t>Review this organizer at least annually. A quick review is also worthwhile after any major life or financial change.</w:t>
      </w:r>
    </w:p>
    <w:p w14:paraId="19E80229"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Review log</w:t>
      </w:r>
    </w:p>
    <w:tbl>
      <w:tblPr>
        <w:tblStyle w:val="TableGrid"/>
        <w:tblW w:w="0" w:type="auto"/>
        <w:jc w:val="center"/>
        <w:tblLayout w:type="fixed"/>
        <w:tblLook w:val="04A0" w:firstRow="1" w:lastRow="0" w:firstColumn="1" w:lastColumn="0" w:noHBand="0" w:noVBand="1"/>
      </w:tblPr>
      <w:tblGrid>
        <w:gridCol w:w="1728"/>
        <w:gridCol w:w="2160"/>
        <w:gridCol w:w="3888"/>
        <w:gridCol w:w="1872"/>
      </w:tblGrid>
      <w:tr w:rsidR="00A01BC5" w:rsidRPr="006A00BC" w14:paraId="5C38390D" w14:textId="77777777">
        <w:trPr>
          <w:tblHeader/>
          <w:jc w:val="center"/>
        </w:trPr>
        <w:tc>
          <w:tcPr>
            <w:tcW w:w="1728" w:type="dxa"/>
            <w:shd w:val="clear" w:color="auto" w:fill="E7E6E6"/>
            <w:tcMar>
              <w:top w:w="70" w:type="dxa"/>
              <w:left w:w="70" w:type="dxa"/>
              <w:bottom w:w="70" w:type="dxa"/>
              <w:right w:w="70" w:type="dxa"/>
            </w:tcMar>
            <w:vAlign w:val="center"/>
          </w:tcPr>
          <w:p w14:paraId="74A7A194"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Date Reviewed</w:t>
            </w:r>
          </w:p>
        </w:tc>
        <w:tc>
          <w:tcPr>
            <w:tcW w:w="2160" w:type="dxa"/>
            <w:shd w:val="clear" w:color="auto" w:fill="E7E6E6"/>
            <w:tcMar>
              <w:top w:w="70" w:type="dxa"/>
              <w:left w:w="70" w:type="dxa"/>
              <w:bottom w:w="70" w:type="dxa"/>
              <w:right w:w="70" w:type="dxa"/>
            </w:tcMar>
            <w:vAlign w:val="center"/>
          </w:tcPr>
          <w:p w14:paraId="5DEE9DEE"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Reviewed By</w:t>
            </w:r>
          </w:p>
        </w:tc>
        <w:tc>
          <w:tcPr>
            <w:tcW w:w="3888" w:type="dxa"/>
            <w:shd w:val="clear" w:color="auto" w:fill="E7E6E6"/>
            <w:tcMar>
              <w:top w:w="70" w:type="dxa"/>
              <w:left w:w="70" w:type="dxa"/>
              <w:bottom w:w="70" w:type="dxa"/>
              <w:right w:w="70" w:type="dxa"/>
            </w:tcMar>
            <w:vAlign w:val="center"/>
          </w:tcPr>
          <w:p w14:paraId="262D9458"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Major Changes Made</w:t>
            </w:r>
          </w:p>
        </w:tc>
        <w:tc>
          <w:tcPr>
            <w:tcW w:w="1872" w:type="dxa"/>
            <w:shd w:val="clear" w:color="auto" w:fill="E7E6E6"/>
            <w:tcMar>
              <w:top w:w="70" w:type="dxa"/>
              <w:left w:w="70" w:type="dxa"/>
              <w:bottom w:w="70" w:type="dxa"/>
              <w:right w:w="70" w:type="dxa"/>
            </w:tcMar>
            <w:vAlign w:val="center"/>
          </w:tcPr>
          <w:p w14:paraId="3DA0C87D"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Next Review / Follow-Up</w:t>
            </w:r>
          </w:p>
        </w:tc>
      </w:tr>
      <w:tr w:rsidR="00A01BC5" w:rsidRPr="006A00BC" w14:paraId="03CF7063" w14:textId="77777777">
        <w:trPr>
          <w:cantSplit/>
          <w:trHeight w:val="547"/>
          <w:jc w:val="center"/>
        </w:trPr>
        <w:tc>
          <w:tcPr>
            <w:tcW w:w="1728" w:type="dxa"/>
            <w:tcMar>
              <w:top w:w="70" w:type="dxa"/>
              <w:left w:w="70" w:type="dxa"/>
              <w:bottom w:w="70" w:type="dxa"/>
              <w:right w:w="70" w:type="dxa"/>
            </w:tcMar>
            <w:vAlign w:val="center"/>
          </w:tcPr>
          <w:p w14:paraId="73F19929"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168DBA40" w14:textId="77777777" w:rsidR="00A01BC5" w:rsidRPr="006A00BC" w:rsidRDefault="00A01BC5" w:rsidP="006A00BC">
            <w:pPr>
              <w:spacing w:after="240"/>
              <w:rPr>
                <w:sz w:val="24"/>
                <w:szCs w:val="24"/>
              </w:rPr>
            </w:pPr>
          </w:p>
        </w:tc>
        <w:tc>
          <w:tcPr>
            <w:tcW w:w="3888" w:type="dxa"/>
            <w:tcMar>
              <w:top w:w="70" w:type="dxa"/>
              <w:left w:w="70" w:type="dxa"/>
              <w:bottom w:w="70" w:type="dxa"/>
              <w:right w:w="70" w:type="dxa"/>
            </w:tcMar>
            <w:vAlign w:val="center"/>
          </w:tcPr>
          <w:p w14:paraId="562EE292"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5FB6D327" w14:textId="77777777" w:rsidR="00A01BC5" w:rsidRPr="006A00BC" w:rsidRDefault="00A01BC5" w:rsidP="006A00BC">
            <w:pPr>
              <w:spacing w:after="240"/>
              <w:rPr>
                <w:sz w:val="24"/>
                <w:szCs w:val="24"/>
              </w:rPr>
            </w:pPr>
          </w:p>
        </w:tc>
      </w:tr>
      <w:tr w:rsidR="00A01BC5" w:rsidRPr="006A00BC" w14:paraId="67AC5EAA" w14:textId="77777777">
        <w:trPr>
          <w:cantSplit/>
          <w:trHeight w:val="547"/>
          <w:jc w:val="center"/>
        </w:trPr>
        <w:tc>
          <w:tcPr>
            <w:tcW w:w="1728" w:type="dxa"/>
            <w:tcMar>
              <w:top w:w="70" w:type="dxa"/>
              <w:left w:w="70" w:type="dxa"/>
              <w:bottom w:w="70" w:type="dxa"/>
              <w:right w:w="70" w:type="dxa"/>
            </w:tcMar>
            <w:vAlign w:val="center"/>
          </w:tcPr>
          <w:p w14:paraId="48174B0C"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40A6F755" w14:textId="77777777" w:rsidR="00A01BC5" w:rsidRPr="006A00BC" w:rsidRDefault="00A01BC5" w:rsidP="006A00BC">
            <w:pPr>
              <w:spacing w:after="240"/>
              <w:rPr>
                <w:sz w:val="24"/>
                <w:szCs w:val="24"/>
              </w:rPr>
            </w:pPr>
          </w:p>
        </w:tc>
        <w:tc>
          <w:tcPr>
            <w:tcW w:w="3888" w:type="dxa"/>
            <w:tcMar>
              <w:top w:w="70" w:type="dxa"/>
              <w:left w:w="70" w:type="dxa"/>
              <w:bottom w:w="70" w:type="dxa"/>
              <w:right w:w="70" w:type="dxa"/>
            </w:tcMar>
            <w:vAlign w:val="center"/>
          </w:tcPr>
          <w:p w14:paraId="606B47E7"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0EB24276" w14:textId="77777777" w:rsidR="00A01BC5" w:rsidRPr="006A00BC" w:rsidRDefault="00A01BC5" w:rsidP="006A00BC">
            <w:pPr>
              <w:spacing w:after="240"/>
              <w:rPr>
                <w:sz w:val="24"/>
                <w:szCs w:val="24"/>
              </w:rPr>
            </w:pPr>
          </w:p>
        </w:tc>
      </w:tr>
      <w:tr w:rsidR="00A01BC5" w:rsidRPr="006A00BC" w14:paraId="4BF30C71" w14:textId="77777777">
        <w:trPr>
          <w:cantSplit/>
          <w:trHeight w:val="547"/>
          <w:jc w:val="center"/>
        </w:trPr>
        <w:tc>
          <w:tcPr>
            <w:tcW w:w="1728" w:type="dxa"/>
            <w:tcMar>
              <w:top w:w="70" w:type="dxa"/>
              <w:left w:w="70" w:type="dxa"/>
              <w:bottom w:w="70" w:type="dxa"/>
              <w:right w:w="70" w:type="dxa"/>
            </w:tcMar>
            <w:vAlign w:val="center"/>
          </w:tcPr>
          <w:p w14:paraId="5AB889A1"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7484D893" w14:textId="77777777" w:rsidR="00A01BC5" w:rsidRPr="006A00BC" w:rsidRDefault="00A01BC5" w:rsidP="006A00BC">
            <w:pPr>
              <w:spacing w:after="240"/>
              <w:rPr>
                <w:sz w:val="24"/>
                <w:szCs w:val="24"/>
              </w:rPr>
            </w:pPr>
          </w:p>
        </w:tc>
        <w:tc>
          <w:tcPr>
            <w:tcW w:w="3888" w:type="dxa"/>
            <w:tcMar>
              <w:top w:w="70" w:type="dxa"/>
              <w:left w:w="70" w:type="dxa"/>
              <w:bottom w:w="70" w:type="dxa"/>
              <w:right w:w="70" w:type="dxa"/>
            </w:tcMar>
            <w:vAlign w:val="center"/>
          </w:tcPr>
          <w:p w14:paraId="27757F9B"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61AD2F0E" w14:textId="77777777" w:rsidR="00A01BC5" w:rsidRPr="006A00BC" w:rsidRDefault="00A01BC5" w:rsidP="006A00BC">
            <w:pPr>
              <w:spacing w:after="240"/>
              <w:rPr>
                <w:sz w:val="24"/>
                <w:szCs w:val="24"/>
              </w:rPr>
            </w:pPr>
          </w:p>
        </w:tc>
      </w:tr>
      <w:tr w:rsidR="00A01BC5" w:rsidRPr="006A00BC" w14:paraId="74893A46" w14:textId="77777777">
        <w:trPr>
          <w:cantSplit/>
          <w:trHeight w:val="547"/>
          <w:jc w:val="center"/>
        </w:trPr>
        <w:tc>
          <w:tcPr>
            <w:tcW w:w="1728" w:type="dxa"/>
            <w:tcMar>
              <w:top w:w="70" w:type="dxa"/>
              <w:left w:w="70" w:type="dxa"/>
              <w:bottom w:w="70" w:type="dxa"/>
              <w:right w:w="70" w:type="dxa"/>
            </w:tcMar>
            <w:vAlign w:val="center"/>
          </w:tcPr>
          <w:p w14:paraId="46313B85"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69C52971" w14:textId="77777777" w:rsidR="00A01BC5" w:rsidRPr="006A00BC" w:rsidRDefault="00A01BC5" w:rsidP="006A00BC">
            <w:pPr>
              <w:spacing w:after="240"/>
              <w:rPr>
                <w:sz w:val="24"/>
                <w:szCs w:val="24"/>
              </w:rPr>
            </w:pPr>
          </w:p>
        </w:tc>
        <w:tc>
          <w:tcPr>
            <w:tcW w:w="3888" w:type="dxa"/>
            <w:tcMar>
              <w:top w:w="70" w:type="dxa"/>
              <w:left w:w="70" w:type="dxa"/>
              <w:bottom w:w="70" w:type="dxa"/>
              <w:right w:w="70" w:type="dxa"/>
            </w:tcMar>
            <w:vAlign w:val="center"/>
          </w:tcPr>
          <w:p w14:paraId="4BD3C2DF"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15E7B14B" w14:textId="77777777" w:rsidR="00A01BC5" w:rsidRPr="006A00BC" w:rsidRDefault="00A01BC5" w:rsidP="006A00BC">
            <w:pPr>
              <w:spacing w:after="240"/>
              <w:rPr>
                <w:sz w:val="24"/>
                <w:szCs w:val="24"/>
              </w:rPr>
            </w:pPr>
          </w:p>
        </w:tc>
      </w:tr>
      <w:tr w:rsidR="00A01BC5" w:rsidRPr="006A00BC" w14:paraId="741BFB0A" w14:textId="77777777">
        <w:trPr>
          <w:cantSplit/>
          <w:trHeight w:val="547"/>
          <w:jc w:val="center"/>
        </w:trPr>
        <w:tc>
          <w:tcPr>
            <w:tcW w:w="1728" w:type="dxa"/>
            <w:tcMar>
              <w:top w:w="70" w:type="dxa"/>
              <w:left w:w="70" w:type="dxa"/>
              <w:bottom w:w="70" w:type="dxa"/>
              <w:right w:w="70" w:type="dxa"/>
            </w:tcMar>
            <w:vAlign w:val="center"/>
          </w:tcPr>
          <w:p w14:paraId="4F8D79D4"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01879129" w14:textId="77777777" w:rsidR="00A01BC5" w:rsidRPr="006A00BC" w:rsidRDefault="00A01BC5" w:rsidP="006A00BC">
            <w:pPr>
              <w:spacing w:after="240"/>
              <w:rPr>
                <w:sz w:val="24"/>
                <w:szCs w:val="24"/>
              </w:rPr>
            </w:pPr>
          </w:p>
        </w:tc>
        <w:tc>
          <w:tcPr>
            <w:tcW w:w="3888" w:type="dxa"/>
            <w:tcMar>
              <w:top w:w="70" w:type="dxa"/>
              <w:left w:w="70" w:type="dxa"/>
              <w:bottom w:w="70" w:type="dxa"/>
              <w:right w:w="70" w:type="dxa"/>
            </w:tcMar>
            <w:vAlign w:val="center"/>
          </w:tcPr>
          <w:p w14:paraId="48D88EE3"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36EE6EC3" w14:textId="77777777" w:rsidR="00A01BC5" w:rsidRPr="006A00BC" w:rsidRDefault="00A01BC5" w:rsidP="006A00BC">
            <w:pPr>
              <w:spacing w:after="240"/>
              <w:rPr>
                <w:sz w:val="24"/>
                <w:szCs w:val="24"/>
              </w:rPr>
            </w:pPr>
          </w:p>
        </w:tc>
      </w:tr>
      <w:tr w:rsidR="00A01BC5" w:rsidRPr="006A00BC" w14:paraId="7B869F28" w14:textId="77777777">
        <w:trPr>
          <w:cantSplit/>
          <w:trHeight w:val="547"/>
          <w:jc w:val="center"/>
        </w:trPr>
        <w:tc>
          <w:tcPr>
            <w:tcW w:w="1728" w:type="dxa"/>
            <w:tcMar>
              <w:top w:w="70" w:type="dxa"/>
              <w:left w:w="70" w:type="dxa"/>
              <w:bottom w:w="70" w:type="dxa"/>
              <w:right w:w="70" w:type="dxa"/>
            </w:tcMar>
            <w:vAlign w:val="center"/>
          </w:tcPr>
          <w:p w14:paraId="707AA46B"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2C028B64" w14:textId="77777777" w:rsidR="00A01BC5" w:rsidRPr="006A00BC" w:rsidRDefault="00A01BC5" w:rsidP="006A00BC">
            <w:pPr>
              <w:spacing w:after="240"/>
              <w:rPr>
                <w:sz w:val="24"/>
                <w:szCs w:val="24"/>
              </w:rPr>
            </w:pPr>
          </w:p>
        </w:tc>
        <w:tc>
          <w:tcPr>
            <w:tcW w:w="3888" w:type="dxa"/>
            <w:tcMar>
              <w:top w:w="70" w:type="dxa"/>
              <w:left w:w="70" w:type="dxa"/>
              <w:bottom w:w="70" w:type="dxa"/>
              <w:right w:w="70" w:type="dxa"/>
            </w:tcMar>
            <w:vAlign w:val="center"/>
          </w:tcPr>
          <w:p w14:paraId="78AA522B"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391F2977" w14:textId="77777777" w:rsidR="00A01BC5" w:rsidRPr="006A00BC" w:rsidRDefault="00A01BC5" w:rsidP="006A00BC">
            <w:pPr>
              <w:spacing w:after="240"/>
              <w:rPr>
                <w:sz w:val="24"/>
                <w:szCs w:val="24"/>
              </w:rPr>
            </w:pPr>
          </w:p>
        </w:tc>
      </w:tr>
      <w:tr w:rsidR="00A01BC5" w:rsidRPr="006A00BC" w14:paraId="13E9FA1F" w14:textId="77777777">
        <w:trPr>
          <w:cantSplit/>
          <w:trHeight w:val="547"/>
          <w:jc w:val="center"/>
        </w:trPr>
        <w:tc>
          <w:tcPr>
            <w:tcW w:w="1728" w:type="dxa"/>
            <w:tcMar>
              <w:top w:w="70" w:type="dxa"/>
              <w:left w:w="70" w:type="dxa"/>
              <w:bottom w:w="70" w:type="dxa"/>
              <w:right w:w="70" w:type="dxa"/>
            </w:tcMar>
            <w:vAlign w:val="center"/>
          </w:tcPr>
          <w:p w14:paraId="7694B511"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41F350FA" w14:textId="77777777" w:rsidR="00A01BC5" w:rsidRPr="006A00BC" w:rsidRDefault="00A01BC5" w:rsidP="006A00BC">
            <w:pPr>
              <w:spacing w:after="240"/>
              <w:rPr>
                <w:sz w:val="24"/>
                <w:szCs w:val="24"/>
              </w:rPr>
            </w:pPr>
          </w:p>
        </w:tc>
        <w:tc>
          <w:tcPr>
            <w:tcW w:w="3888" w:type="dxa"/>
            <w:tcMar>
              <w:top w:w="70" w:type="dxa"/>
              <w:left w:w="70" w:type="dxa"/>
              <w:bottom w:w="70" w:type="dxa"/>
              <w:right w:w="70" w:type="dxa"/>
            </w:tcMar>
            <w:vAlign w:val="center"/>
          </w:tcPr>
          <w:p w14:paraId="2E764DC7" w14:textId="77777777" w:rsidR="00A01BC5" w:rsidRPr="006A00BC" w:rsidRDefault="00A01BC5" w:rsidP="006A00BC">
            <w:pPr>
              <w:spacing w:after="240"/>
              <w:rPr>
                <w:sz w:val="24"/>
                <w:szCs w:val="24"/>
              </w:rPr>
            </w:pPr>
          </w:p>
        </w:tc>
        <w:tc>
          <w:tcPr>
            <w:tcW w:w="1872" w:type="dxa"/>
            <w:tcMar>
              <w:top w:w="70" w:type="dxa"/>
              <w:left w:w="70" w:type="dxa"/>
              <w:bottom w:w="70" w:type="dxa"/>
              <w:right w:w="70" w:type="dxa"/>
            </w:tcMar>
            <w:vAlign w:val="center"/>
          </w:tcPr>
          <w:p w14:paraId="0B92A5A9" w14:textId="77777777" w:rsidR="00A01BC5" w:rsidRPr="006A00BC" w:rsidRDefault="00A01BC5" w:rsidP="006A00BC">
            <w:pPr>
              <w:spacing w:after="240"/>
              <w:rPr>
                <w:sz w:val="24"/>
                <w:szCs w:val="24"/>
              </w:rPr>
            </w:pPr>
          </w:p>
        </w:tc>
      </w:tr>
    </w:tbl>
    <w:p w14:paraId="122D33CF" w14:textId="77777777" w:rsidR="00A01BC5" w:rsidRPr="006A00BC" w:rsidRDefault="00A01BC5" w:rsidP="006A00BC">
      <w:pPr>
        <w:spacing w:after="240"/>
        <w:rPr>
          <w:sz w:val="24"/>
          <w:szCs w:val="24"/>
        </w:rPr>
      </w:pPr>
    </w:p>
    <w:p w14:paraId="6B2936AE"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Events that should prompt an update</w:t>
      </w:r>
    </w:p>
    <w:p w14:paraId="2723B10A"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Marriage, divorce, separation, birth, adoption, or death of a beneficiary or fiduciary.</w:t>
      </w:r>
    </w:p>
    <w:p w14:paraId="1F4BA1FA"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Move to another state; purchase, sale, or refinance of real estate; or acquisition of property outside Texas.</w:t>
      </w:r>
    </w:p>
    <w:p w14:paraId="3391C964"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Opening or closing a significant financial account; retirement; major inheritance or gift; new business or sale of a business.</w:t>
      </w:r>
    </w:p>
    <w:p w14:paraId="7AE7C56F"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Changes to beneficiary designations, insurance, safe-deposit boxes, digital accounts, password manager, devices, or crypto recovery methods.</w:t>
      </w:r>
    </w:p>
    <w:p w14:paraId="288E37CD" w14:textId="77777777" w:rsidR="00A01BC5" w:rsidRPr="006A00BC" w:rsidRDefault="00000000" w:rsidP="006A00BC">
      <w:pPr>
        <w:pStyle w:val="ListBullet"/>
        <w:spacing w:after="240" w:line="240" w:lineRule="auto"/>
        <w:ind w:left="288" w:hanging="173"/>
        <w:rPr>
          <w:sz w:val="24"/>
          <w:szCs w:val="24"/>
        </w:rPr>
      </w:pPr>
      <w:r w:rsidRPr="006A00BC">
        <w:rPr>
          <w:rFonts w:eastAsia="Times New Roman" w:cs="Times New Roman"/>
          <w:sz w:val="24"/>
          <w:szCs w:val="24"/>
        </w:rPr>
        <w:t>A major change in debt, recurring bills, professional advisors, or the location of original estate-planning documents.</w:t>
      </w:r>
    </w:p>
    <w:p w14:paraId="72FF6C57"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General notes / information your executor, trustee, or family should know</w:t>
      </w:r>
    </w:p>
    <w:tbl>
      <w:tblPr>
        <w:tblStyle w:val="TableGrid"/>
        <w:tblW w:w="0" w:type="auto"/>
        <w:tblLook w:val="04A0" w:firstRow="1" w:lastRow="0" w:firstColumn="1" w:lastColumn="0" w:noHBand="0" w:noVBand="1"/>
      </w:tblPr>
      <w:tblGrid>
        <w:gridCol w:w="10358"/>
      </w:tblGrid>
      <w:tr w:rsidR="00A01BC5" w:rsidRPr="006A00BC" w14:paraId="417890F2" w14:textId="77777777">
        <w:trPr>
          <w:cantSplit/>
          <w:trHeight w:val="835"/>
        </w:trPr>
        <w:tc>
          <w:tcPr>
            <w:tcW w:w="10368" w:type="dxa"/>
            <w:tcMar>
              <w:top w:w="70" w:type="dxa"/>
              <w:left w:w="70" w:type="dxa"/>
              <w:bottom w:w="70" w:type="dxa"/>
              <w:right w:w="70" w:type="dxa"/>
            </w:tcMar>
            <w:vAlign w:val="center"/>
          </w:tcPr>
          <w:p w14:paraId="4BEC40A3" w14:textId="77777777" w:rsidR="00A01BC5" w:rsidRPr="006A00BC" w:rsidRDefault="00A01BC5" w:rsidP="006A00BC">
            <w:pPr>
              <w:spacing w:after="240"/>
              <w:rPr>
                <w:sz w:val="24"/>
                <w:szCs w:val="24"/>
              </w:rPr>
            </w:pPr>
          </w:p>
        </w:tc>
      </w:tr>
      <w:tr w:rsidR="00A01BC5" w:rsidRPr="006A00BC" w14:paraId="1EEC8670" w14:textId="77777777">
        <w:trPr>
          <w:cantSplit/>
          <w:trHeight w:val="835"/>
        </w:trPr>
        <w:tc>
          <w:tcPr>
            <w:tcW w:w="10368" w:type="dxa"/>
            <w:tcMar>
              <w:top w:w="70" w:type="dxa"/>
              <w:left w:w="70" w:type="dxa"/>
              <w:bottom w:w="70" w:type="dxa"/>
              <w:right w:w="70" w:type="dxa"/>
            </w:tcMar>
            <w:vAlign w:val="center"/>
          </w:tcPr>
          <w:p w14:paraId="495D64B0" w14:textId="77777777" w:rsidR="00A01BC5" w:rsidRPr="006A00BC" w:rsidRDefault="00A01BC5" w:rsidP="006A00BC">
            <w:pPr>
              <w:spacing w:after="240"/>
              <w:rPr>
                <w:sz w:val="24"/>
                <w:szCs w:val="24"/>
              </w:rPr>
            </w:pPr>
          </w:p>
        </w:tc>
      </w:tr>
      <w:tr w:rsidR="00A01BC5" w:rsidRPr="006A00BC" w14:paraId="35C03FD6" w14:textId="77777777">
        <w:trPr>
          <w:cantSplit/>
          <w:trHeight w:val="835"/>
        </w:trPr>
        <w:tc>
          <w:tcPr>
            <w:tcW w:w="10368" w:type="dxa"/>
            <w:tcMar>
              <w:top w:w="70" w:type="dxa"/>
              <w:left w:w="70" w:type="dxa"/>
              <w:bottom w:w="70" w:type="dxa"/>
              <w:right w:w="70" w:type="dxa"/>
            </w:tcMar>
            <w:vAlign w:val="center"/>
          </w:tcPr>
          <w:p w14:paraId="72EE29A3" w14:textId="77777777" w:rsidR="00A01BC5" w:rsidRPr="006A00BC" w:rsidRDefault="00A01BC5" w:rsidP="006A00BC">
            <w:pPr>
              <w:spacing w:after="240"/>
              <w:rPr>
                <w:sz w:val="24"/>
                <w:szCs w:val="24"/>
              </w:rPr>
            </w:pPr>
          </w:p>
        </w:tc>
      </w:tr>
      <w:tr w:rsidR="00A01BC5" w:rsidRPr="006A00BC" w14:paraId="474F8CDF" w14:textId="77777777">
        <w:trPr>
          <w:cantSplit/>
          <w:trHeight w:val="835"/>
        </w:trPr>
        <w:tc>
          <w:tcPr>
            <w:tcW w:w="10368" w:type="dxa"/>
            <w:tcMar>
              <w:top w:w="70" w:type="dxa"/>
              <w:left w:w="70" w:type="dxa"/>
              <w:bottom w:w="70" w:type="dxa"/>
              <w:right w:w="70" w:type="dxa"/>
            </w:tcMar>
            <w:vAlign w:val="center"/>
          </w:tcPr>
          <w:p w14:paraId="2B5DC4B1" w14:textId="77777777" w:rsidR="00A01BC5" w:rsidRPr="006A00BC" w:rsidRDefault="00A01BC5" w:rsidP="006A00BC">
            <w:pPr>
              <w:spacing w:after="240"/>
              <w:rPr>
                <w:sz w:val="24"/>
                <w:szCs w:val="24"/>
              </w:rPr>
            </w:pPr>
          </w:p>
        </w:tc>
      </w:tr>
      <w:tr w:rsidR="00A01BC5" w:rsidRPr="006A00BC" w14:paraId="05DC51C0" w14:textId="77777777">
        <w:trPr>
          <w:cantSplit/>
          <w:trHeight w:val="835"/>
        </w:trPr>
        <w:tc>
          <w:tcPr>
            <w:tcW w:w="10368" w:type="dxa"/>
            <w:tcMar>
              <w:top w:w="70" w:type="dxa"/>
              <w:left w:w="70" w:type="dxa"/>
              <w:bottom w:w="70" w:type="dxa"/>
              <w:right w:w="70" w:type="dxa"/>
            </w:tcMar>
            <w:vAlign w:val="center"/>
          </w:tcPr>
          <w:p w14:paraId="51DC274B" w14:textId="77777777" w:rsidR="00A01BC5" w:rsidRPr="006A00BC" w:rsidRDefault="00A01BC5" w:rsidP="006A00BC">
            <w:pPr>
              <w:spacing w:after="240"/>
              <w:rPr>
                <w:sz w:val="24"/>
                <w:szCs w:val="24"/>
              </w:rPr>
            </w:pPr>
          </w:p>
        </w:tc>
      </w:tr>
    </w:tbl>
    <w:p w14:paraId="7038DCA2" w14:textId="77777777" w:rsidR="00A01BC5" w:rsidRPr="006A00BC" w:rsidRDefault="00000000" w:rsidP="006A00BC">
      <w:pPr>
        <w:spacing w:after="240" w:line="252" w:lineRule="auto"/>
        <w:rPr>
          <w:sz w:val="24"/>
          <w:szCs w:val="24"/>
        </w:rPr>
      </w:pPr>
      <w:r w:rsidRPr="006A00BC">
        <w:rPr>
          <w:rFonts w:eastAsia="Times New Roman" w:cs="Times New Roman"/>
          <w:i/>
          <w:color w:val="555555"/>
          <w:sz w:val="24"/>
          <w:szCs w:val="24"/>
        </w:rPr>
        <w:t>You may attach additional pages, recent statements, account summaries, inventories, photographs, or other records rather than trying to fit everything into this form.</w:t>
      </w:r>
    </w:p>
    <w:p w14:paraId="5075214C" w14:textId="77777777" w:rsidR="00A01BC5" w:rsidRPr="006A00BC" w:rsidRDefault="00000000" w:rsidP="006A00BC">
      <w:pPr>
        <w:spacing w:after="240"/>
        <w:rPr>
          <w:sz w:val="24"/>
          <w:szCs w:val="24"/>
        </w:rPr>
      </w:pPr>
      <w:r w:rsidRPr="006A00BC">
        <w:rPr>
          <w:sz w:val="24"/>
          <w:szCs w:val="24"/>
        </w:rPr>
        <w:br w:type="page"/>
      </w:r>
    </w:p>
    <w:p w14:paraId="388B308F"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OPTIONAL SECURE ACCESS APPENDIX - STORE SEPARATELY</w:t>
      </w:r>
    </w:p>
    <w:tbl>
      <w:tblPr>
        <w:tblStyle w:val="TableGrid"/>
        <w:tblW w:w="0" w:type="auto"/>
        <w:tblLook w:val="04A0" w:firstRow="1" w:lastRow="0" w:firstColumn="1" w:lastColumn="0" w:noHBand="0" w:noVBand="1"/>
      </w:tblPr>
      <w:tblGrid>
        <w:gridCol w:w="10358"/>
      </w:tblGrid>
      <w:tr w:rsidR="00A01BC5" w:rsidRPr="006A00BC" w14:paraId="33743EE1" w14:textId="77777777">
        <w:tc>
          <w:tcPr>
            <w:tcW w:w="10368" w:type="dxa"/>
            <w:shd w:val="clear" w:color="auto" w:fill="F4CCCC"/>
            <w:tcMar>
              <w:top w:w="120" w:type="dxa"/>
              <w:left w:w="120" w:type="dxa"/>
              <w:bottom w:w="120" w:type="dxa"/>
              <w:right w:w="120" w:type="dxa"/>
            </w:tcMar>
          </w:tcPr>
          <w:p w14:paraId="4ED2B085" w14:textId="77777777" w:rsidR="00A01BC5" w:rsidRPr="006A00BC" w:rsidRDefault="00000000" w:rsidP="006A00BC">
            <w:pPr>
              <w:spacing w:after="240"/>
              <w:rPr>
                <w:sz w:val="24"/>
                <w:szCs w:val="24"/>
              </w:rPr>
            </w:pPr>
            <w:r w:rsidRPr="006A00BC">
              <w:rPr>
                <w:rFonts w:eastAsia="Times New Roman" w:cs="Times New Roman"/>
                <w:b/>
                <w:color w:val="9C0006"/>
                <w:sz w:val="24"/>
                <w:szCs w:val="24"/>
              </w:rPr>
              <w:t>HIGHLY SENSITIVE INFORMATION</w:t>
            </w:r>
          </w:p>
          <w:p w14:paraId="03CABE9A" w14:textId="77777777" w:rsidR="00A01BC5" w:rsidRPr="006A00BC" w:rsidRDefault="00000000" w:rsidP="006A00BC">
            <w:pPr>
              <w:spacing w:after="240"/>
              <w:rPr>
                <w:sz w:val="24"/>
                <w:szCs w:val="24"/>
              </w:rPr>
            </w:pPr>
            <w:r w:rsidRPr="006A00BC">
              <w:rPr>
                <w:rFonts w:eastAsia="Times New Roman" w:cs="Times New Roman"/>
                <w:sz w:val="24"/>
                <w:szCs w:val="24"/>
              </w:rPr>
              <w:t>This appendix is optional. It is provided only for clients who affirmatively choose to record device PINs, passwords, or other credentials on paper. The safer default is to use a reputable password manager with emergency-access planning and use the main organizer to state where recovery information can be found.</w:t>
            </w:r>
          </w:p>
          <w:p w14:paraId="13FEDD16" w14:textId="77777777" w:rsidR="00A01BC5" w:rsidRPr="006A00BC" w:rsidRDefault="00000000" w:rsidP="006A00BC">
            <w:pPr>
              <w:spacing w:after="240"/>
              <w:rPr>
                <w:sz w:val="24"/>
                <w:szCs w:val="24"/>
              </w:rPr>
            </w:pPr>
            <w:r w:rsidRPr="006A00BC">
              <w:rPr>
                <w:rFonts w:eastAsia="Times New Roman" w:cs="Times New Roman"/>
                <w:b/>
                <w:sz w:val="24"/>
                <w:szCs w:val="24"/>
              </w:rPr>
              <w:t>If you complete this appendix, store it separately from the main organizer in a secure location. Do not email it, do not send it to Griswold Law Firm unless specifically requested through a secure method, and do not include crypto seed phrases or private keys here.</w:t>
            </w:r>
          </w:p>
        </w:tc>
      </w:tr>
    </w:tbl>
    <w:p w14:paraId="0D9D05D3" w14:textId="77777777" w:rsidR="00A01BC5" w:rsidRPr="006A00BC" w:rsidRDefault="00A01BC5" w:rsidP="006A00BC">
      <w:pPr>
        <w:spacing w:after="240"/>
        <w:rPr>
          <w:sz w:val="24"/>
          <w:szCs w:val="24"/>
        </w:rPr>
      </w:pPr>
    </w:p>
    <w:p w14:paraId="5BF51916"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Device and password-manager access</w:t>
      </w:r>
    </w:p>
    <w:tbl>
      <w:tblPr>
        <w:tblStyle w:val="TableGrid"/>
        <w:tblW w:w="0" w:type="auto"/>
        <w:jc w:val="center"/>
        <w:tblLayout w:type="fixed"/>
        <w:tblLook w:val="04A0" w:firstRow="1" w:lastRow="0" w:firstColumn="1" w:lastColumn="0" w:noHBand="0" w:noVBand="1"/>
      </w:tblPr>
      <w:tblGrid>
        <w:gridCol w:w="1655"/>
        <w:gridCol w:w="1944"/>
        <w:gridCol w:w="1944"/>
        <w:gridCol w:w="1728"/>
        <w:gridCol w:w="1800"/>
        <w:gridCol w:w="1007"/>
      </w:tblGrid>
      <w:tr w:rsidR="00A01BC5" w:rsidRPr="006A00BC" w14:paraId="08752450" w14:textId="77777777">
        <w:trPr>
          <w:tblHeader/>
          <w:jc w:val="center"/>
        </w:trPr>
        <w:tc>
          <w:tcPr>
            <w:tcW w:w="1655" w:type="dxa"/>
            <w:shd w:val="clear" w:color="auto" w:fill="E7E6E6"/>
            <w:tcMar>
              <w:top w:w="70" w:type="dxa"/>
              <w:left w:w="70" w:type="dxa"/>
              <w:bottom w:w="70" w:type="dxa"/>
              <w:right w:w="70" w:type="dxa"/>
            </w:tcMar>
            <w:vAlign w:val="center"/>
          </w:tcPr>
          <w:p w14:paraId="64D04BFD"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Device / Account</w:t>
            </w:r>
          </w:p>
        </w:tc>
        <w:tc>
          <w:tcPr>
            <w:tcW w:w="1944" w:type="dxa"/>
            <w:shd w:val="clear" w:color="auto" w:fill="E7E6E6"/>
            <w:tcMar>
              <w:top w:w="70" w:type="dxa"/>
              <w:left w:w="70" w:type="dxa"/>
              <w:bottom w:w="70" w:type="dxa"/>
              <w:right w:w="70" w:type="dxa"/>
            </w:tcMar>
            <w:vAlign w:val="center"/>
          </w:tcPr>
          <w:p w14:paraId="26001170"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Username / Sign-In</w:t>
            </w:r>
          </w:p>
        </w:tc>
        <w:tc>
          <w:tcPr>
            <w:tcW w:w="1944" w:type="dxa"/>
            <w:shd w:val="clear" w:color="auto" w:fill="E7E6E6"/>
            <w:tcMar>
              <w:top w:w="70" w:type="dxa"/>
              <w:left w:w="70" w:type="dxa"/>
              <w:bottom w:w="70" w:type="dxa"/>
              <w:right w:w="70" w:type="dxa"/>
            </w:tcMar>
            <w:vAlign w:val="center"/>
          </w:tcPr>
          <w:p w14:paraId="6BA9B812"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Password / PIN (optional)</w:t>
            </w:r>
          </w:p>
        </w:tc>
        <w:tc>
          <w:tcPr>
            <w:tcW w:w="1728" w:type="dxa"/>
            <w:shd w:val="clear" w:color="auto" w:fill="E7E6E6"/>
            <w:tcMar>
              <w:top w:w="70" w:type="dxa"/>
              <w:left w:w="70" w:type="dxa"/>
              <w:bottom w:w="70" w:type="dxa"/>
              <w:right w:w="70" w:type="dxa"/>
            </w:tcMar>
            <w:vAlign w:val="center"/>
          </w:tcPr>
          <w:p w14:paraId="69078831"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MFA / Recovery Method</w:t>
            </w:r>
          </w:p>
        </w:tc>
        <w:tc>
          <w:tcPr>
            <w:tcW w:w="1800" w:type="dxa"/>
            <w:shd w:val="clear" w:color="auto" w:fill="E7E6E6"/>
            <w:tcMar>
              <w:top w:w="70" w:type="dxa"/>
              <w:left w:w="70" w:type="dxa"/>
              <w:bottom w:w="70" w:type="dxa"/>
              <w:right w:w="70" w:type="dxa"/>
            </w:tcMar>
            <w:vAlign w:val="center"/>
          </w:tcPr>
          <w:p w14:paraId="6100B12A"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Where Device / Backup Is Kept</w:t>
            </w:r>
          </w:p>
        </w:tc>
        <w:tc>
          <w:tcPr>
            <w:tcW w:w="1007" w:type="dxa"/>
            <w:shd w:val="clear" w:color="auto" w:fill="E7E6E6"/>
            <w:tcMar>
              <w:top w:w="70" w:type="dxa"/>
              <w:left w:w="70" w:type="dxa"/>
              <w:bottom w:w="70" w:type="dxa"/>
              <w:right w:w="70" w:type="dxa"/>
            </w:tcMar>
            <w:vAlign w:val="center"/>
          </w:tcPr>
          <w:p w14:paraId="729991A4"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Notes</w:t>
            </w:r>
          </w:p>
        </w:tc>
      </w:tr>
      <w:tr w:rsidR="00A01BC5" w:rsidRPr="006A00BC" w14:paraId="365C4730" w14:textId="77777777">
        <w:trPr>
          <w:cantSplit/>
          <w:trHeight w:val="605"/>
          <w:jc w:val="center"/>
        </w:trPr>
        <w:tc>
          <w:tcPr>
            <w:tcW w:w="1655" w:type="dxa"/>
            <w:tcMar>
              <w:top w:w="70" w:type="dxa"/>
              <w:left w:w="70" w:type="dxa"/>
              <w:bottom w:w="70" w:type="dxa"/>
              <w:right w:w="70" w:type="dxa"/>
            </w:tcMar>
            <w:vAlign w:val="center"/>
          </w:tcPr>
          <w:p w14:paraId="10FEBB8D"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176DC354"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68EB1C58"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1EAB49F7"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2C415515"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6169E3FD" w14:textId="77777777" w:rsidR="00A01BC5" w:rsidRPr="006A00BC" w:rsidRDefault="00A01BC5" w:rsidP="006A00BC">
            <w:pPr>
              <w:spacing w:after="240"/>
              <w:rPr>
                <w:sz w:val="24"/>
                <w:szCs w:val="24"/>
              </w:rPr>
            </w:pPr>
          </w:p>
        </w:tc>
      </w:tr>
      <w:tr w:rsidR="00A01BC5" w:rsidRPr="006A00BC" w14:paraId="11CC6065" w14:textId="77777777">
        <w:trPr>
          <w:cantSplit/>
          <w:trHeight w:val="605"/>
          <w:jc w:val="center"/>
        </w:trPr>
        <w:tc>
          <w:tcPr>
            <w:tcW w:w="1655" w:type="dxa"/>
            <w:tcMar>
              <w:top w:w="70" w:type="dxa"/>
              <w:left w:w="70" w:type="dxa"/>
              <w:bottom w:w="70" w:type="dxa"/>
              <w:right w:w="70" w:type="dxa"/>
            </w:tcMar>
            <w:vAlign w:val="center"/>
          </w:tcPr>
          <w:p w14:paraId="0D23D3F5"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3287177A"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039C6303"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218F2CB4"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0CB2BB3A"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3FC55EA3" w14:textId="77777777" w:rsidR="00A01BC5" w:rsidRPr="006A00BC" w:rsidRDefault="00A01BC5" w:rsidP="006A00BC">
            <w:pPr>
              <w:spacing w:after="240"/>
              <w:rPr>
                <w:sz w:val="24"/>
                <w:szCs w:val="24"/>
              </w:rPr>
            </w:pPr>
          </w:p>
        </w:tc>
      </w:tr>
      <w:tr w:rsidR="00A01BC5" w:rsidRPr="006A00BC" w14:paraId="1D035504" w14:textId="77777777">
        <w:trPr>
          <w:cantSplit/>
          <w:trHeight w:val="605"/>
          <w:jc w:val="center"/>
        </w:trPr>
        <w:tc>
          <w:tcPr>
            <w:tcW w:w="1655" w:type="dxa"/>
            <w:tcMar>
              <w:top w:w="70" w:type="dxa"/>
              <w:left w:w="70" w:type="dxa"/>
              <w:bottom w:w="70" w:type="dxa"/>
              <w:right w:w="70" w:type="dxa"/>
            </w:tcMar>
            <w:vAlign w:val="center"/>
          </w:tcPr>
          <w:p w14:paraId="689AB99D"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12CF9B59"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41875A9B"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00ABCBC5"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9B507C7"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10F83484" w14:textId="77777777" w:rsidR="00A01BC5" w:rsidRPr="006A00BC" w:rsidRDefault="00A01BC5" w:rsidP="006A00BC">
            <w:pPr>
              <w:spacing w:after="240"/>
              <w:rPr>
                <w:sz w:val="24"/>
                <w:szCs w:val="24"/>
              </w:rPr>
            </w:pPr>
          </w:p>
        </w:tc>
      </w:tr>
      <w:tr w:rsidR="00A01BC5" w:rsidRPr="006A00BC" w14:paraId="59270F1E" w14:textId="77777777">
        <w:trPr>
          <w:cantSplit/>
          <w:trHeight w:val="605"/>
          <w:jc w:val="center"/>
        </w:trPr>
        <w:tc>
          <w:tcPr>
            <w:tcW w:w="1655" w:type="dxa"/>
            <w:tcMar>
              <w:top w:w="70" w:type="dxa"/>
              <w:left w:w="70" w:type="dxa"/>
              <w:bottom w:w="70" w:type="dxa"/>
              <w:right w:w="70" w:type="dxa"/>
            </w:tcMar>
            <w:vAlign w:val="center"/>
          </w:tcPr>
          <w:p w14:paraId="23E1429C"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13C53171"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0F067C91"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06E58937"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2ECDC1D9"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26926485" w14:textId="77777777" w:rsidR="00A01BC5" w:rsidRPr="006A00BC" w:rsidRDefault="00A01BC5" w:rsidP="006A00BC">
            <w:pPr>
              <w:spacing w:after="240"/>
              <w:rPr>
                <w:sz w:val="24"/>
                <w:szCs w:val="24"/>
              </w:rPr>
            </w:pPr>
          </w:p>
        </w:tc>
      </w:tr>
      <w:tr w:rsidR="00A01BC5" w:rsidRPr="006A00BC" w14:paraId="217795D5" w14:textId="77777777">
        <w:trPr>
          <w:cantSplit/>
          <w:trHeight w:val="605"/>
          <w:jc w:val="center"/>
        </w:trPr>
        <w:tc>
          <w:tcPr>
            <w:tcW w:w="1655" w:type="dxa"/>
            <w:tcMar>
              <w:top w:w="70" w:type="dxa"/>
              <w:left w:w="70" w:type="dxa"/>
              <w:bottom w:w="70" w:type="dxa"/>
              <w:right w:w="70" w:type="dxa"/>
            </w:tcMar>
            <w:vAlign w:val="center"/>
          </w:tcPr>
          <w:p w14:paraId="4A7BD2B5"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0B4F374F"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79098519"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7D440125"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34ECEC64"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00358D3A" w14:textId="77777777" w:rsidR="00A01BC5" w:rsidRPr="006A00BC" w:rsidRDefault="00A01BC5" w:rsidP="006A00BC">
            <w:pPr>
              <w:spacing w:after="240"/>
              <w:rPr>
                <w:sz w:val="24"/>
                <w:szCs w:val="24"/>
              </w:rPr>
            </w:pPr>
          </w:p>
        </w:tc>
      </w:tr>
      <w:tr w:rsidR="00A01BC5" w:rsidRPr="006A00BC" w14:paraId="4DC1E8D9" w14:textId="77777777">
        <w:trPr>
          <w:cantSplit/>
          <w:trHeight w:val="605"/>
          <w:jc w:val="center"/>
        </w:trPr>
        <w:tc>
          <w:tcPr>
            <w:tcW w:w="1655" w:type="dxa"/>
            <w:tcMar>
              <w:top w:w="70" w:type="dxa"/>
              <w:left w:w="70" w:type="dxa"/>
              <w:bottom w:w="70" w:type="dxa"/>
              <w:right w:w="70" w:type="dxa"/>
            </w:tcMar>
            <w:vAlign w:val="center"/>
          </w:tcPr>
          <w:p w14:paraId="03BBC2DB"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552F0F71" w14:textId="77777777" w:rsidR="00A01BC5" w:rsidRPr="006A00BC" w:rsidRDefault="00A01BC5" w:rsidP="006A00BC">
            <w:pPr>
              <w:spacing w:after="240"/>
              <w:rPr>
                <w:sz w:val="24"/>
                <w:szCs w:val="24"/>
              </w:rPr>
            </w:pPr>
          </w:p>
        </w:tc>
        <w:tc>
          <w:tcPr>
            <w:tcW w:w="1944" w:type="dxa"/>
            <w:tcMar>
              <w:top w:w="70" w:type="dxa"/>
              <w:left w:w="70" w:type="dxa"/>
              <w:bottom w:w="70" w:type="dxa"/>
              <w:right w:w="70" w:type="dxa"/>
            </w:tcMar>
            <w:vAlign w:val="center"/>
          </w:tcPr>
          <w:p w14:paraId="0970519F" w14:textId="77777777" w:rsidR="00A01BC5" w:rsidRPr="006A00BC" w:rsidRDefault="00A01BC5" w:rsidP="006A00BC">
            <w:pPr>
              <w:spacing w:after="240"/>
              <w:rPr>
                <w:sz w:val="24"/>
                <w:szCs w:val="24"/>
              </w:rPr>
            </w:pPr>
          </w:p>
        </w:tc>
        <w:tc>
          <w:tcPr>
            <w:tcW w:w="1728" w:type="dxa"/>
            <w:tcMar>
              <w:top w:w="70" w:type="dxa"/>
              <w:left w:w="70" w:type="dxa"/>
              <w:bottom w:w="70" w:type="dxa"/>
              <w:right w:w="70" w:type="dxa"/>
            </w:tcMar>
            <w:vAlign w:val="center"/>
          </w:tcPr>
          <w:p w14:paraId="34F805FF"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2A0ADB2F" w14:textId="77777777" w:rsidR="00A01BC5" w:rsidRPr="006A00BC" w:rsidRDefault="00A01BC5" w:rsidP="006A00BC">
            <w:pPr>
              <w:spacing w:after="240"/>
              <w:rPr>
                <w:sz w:val="24"/>
                <w:szCs w:val="24"/>
              </w:rPr>
            </w:pPr>
          </w:p>
        </w:tc>
        <w:tc>
          <w:tcPr>
            <w:tcW w:w="1007" w:type="dxa"/>
            <w:tcMar>
              <w:top w:w="70" w:type="dxa"/>
              <w:left w:w="70" w:type="dxa"/>
              <w:bottom w:w="70" w:type="dxa"/>
              <w:right w:w="70" w:type="dxa"/>
            </w:tcMar>
            <w:vAlign w:val="center"/>
          </w:tcPr>
          <w:p w14:paraId="7D8761DA" w14:textId="77777777" w:rsidR="00A01BC5" w:rsidRPr="006A00BC" w:rsidRDefault="00A01BC5" w:rsidP="006A00BC">
            <w:pPr>
              <w:spacing w:after="240"/>
              <w:rPr>
                <w:sz w:val="24"/>
                <w:szCs w:val="24"/>
              </w:rPr>
            </w:pPr>
          </w:p>
        </w:tc>
      </w:tr>
    </w:tbl>
    <w:p w14:paraId="230EA207" w14:textId="77777777" w:rsidR="00A01BC5" w:rsidRPr="006A00BC" w:rsidRDefault="00A01BC5" w:rsidP="006A00BC">
      <w:pPr>
        <w:spacing w:after="240"/>
        <w:rPr>
          <w:sz w:val="24"/>
          <w:szCs w:val="24"/>
        </w:rPr>
      </w:pPr>
    </w:p>
    <w:p w14:paraId="036AAE2E"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Critical email and account credentials</w:t>
      </w:r>
    </w:p>
    <w:tbl>
      <w:tblPr>
        <w:tblStyle w:val="TableGrid"/>
        <w:tblW w:w="0" w:type="auto"/>
        <w:jc w:val="center"/>
        <w:tblLayout w:type="fixed"/>
        <w:tblLook w:val="04A0" w:firstRow="1" w:lastRow="0" w:firstColumn="1" w:lastColumn="0" w:noHBand="0" w:noVBand="1"/>
      </w:tblPr>
      <w:tblGrid>
        <w:gridCol w:w="1872"/>
        <w:gridCol w:w="2304"/>
        <w:gridCol w:w="2160"/>
        <w:gridCol w:w="1800"/>
        <w:gridCol w:w="1512"/>
      </w:tblGrid>
      <w:tr w:rsidR="00A01BC5" w:rsidRPr="006A00BC" w14:paraId="73C70C48" w14:textId="77777777">
        <w:trPr>
          <w:tblHeader/>
          <w:jc w:val="center"/>
        </w:trPr>
        <w:tc>
          <w:tcPr>
            <w:tcW w:w="1872" w:type="dxa"/>
            <w:shd w:val="clear" w:color="auto" w:fill="E7E6E6"/>
            <w:tcMar>
              <w:top w:w="70" w:type="dxa"/>
              <w:left w:w="70" w:type="dxa"/>
              <w:bottom w:w="70" w:type="dxa"/>
              <w:right w:w="70" w:type="dxa"/>
            </w:tcMar>
            <w:vAlign w:val="center"/>
          </w:tcPr>
          <w:p w14:paraId="2EA8C0B3"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Service</w:t>
            </w:r>
          </w:p>
        </w:tc>
        <w:tc>
          <w:tcPr>
            <w:tcW w:w="2304" w:type="dxa"/>
            <w:shd w:val="clear" w:color="auto" w:fill="E7E6E6"/>
            <w:tcMar>
              <w:top w:w="70" w:type="dxa"/>
              <w:left w:w="70" w:type="dxa"/>
              <w:bottom w:w="70" w:type="dxa"/>
              <w:right w:w="70" w:type="dxa"/>
            </w:tcMar>
            <w:vAlign w:val="center"/>
          </w:tcPr>
          <w:p w14:paraId="1AF57064"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Username / Email</w:t>
            </w:r>
          </w:p>
        </w:tc>
        <w:tc>
          <w:tcPr>
            <w:tcW w:w="2160" w:type="dxa"/>
            <w:shd w:val="clear" w:color="auto" w:fill="E7E6E6"/>
            <w:tcMar>
              <w:top w:w="70" w:type="dxa"/>
              <w:left w:w="70" w:type="dxa"/>
              <w:bottom w:w="70" w:type="dxa"/>
              <w:right w:w="70" w:type="dxa"/>
            </w:tcMar>
            <w:vAlign w:val="center"/>
          </w:tcPr>
          <w:p w14:paraId="54E56C3E"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Password (optional)</w:t>
            </w:r>
          </w:p>
        </w:tc>
        <w:tc>
          <w:tcPr>
            <w:tcW w:w="1800" w:type="dxa"/>
            <w:shd w:val="clear" w:color="auto" w:fill="E7E6E6"/>
            <w:tcMar>
              <w:top w:w="70" w:type="dxa"/>
              <w:left w:w="70" w:type="dxa"/>
              <w:bottom w:w="70" w:type="dxa"/>
              <w:right w:w="70" w:type="dxa"/>
            </w:tcMar>
            <w:vAlign w:val="center"/>
          </w:tcPr>
          <w:p w14:paraId="00765E0B"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MFA / Recovery</w:t>
            </w:r>
          </w:p>
        </w:tc>
        <w:tc>
          <w:tcPr>
            <w:tcW w:w="1512" w:type="dxa"/>
            <w:shd w:val="clear" w:color="auto" w:fill="E7E6E6"/>
            <w:tcMar>
              <w:top w:w="70" w:type="dxa"/>
              <w:left w:w="70" w:type="dxa"/>
              <w:bottom w:w="70" w:type="dxa"/>
              <w:right w:w="70" w:type="dxa"/>
            </w:tcMar>
            <w:vAlign w:val="center"/>
          </w:tcPr>
          <w:p w14:paraId="58028577"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What It Controls / Notes</w:t>
            </w:r>
          </w:p>
        </w:tc>
      </w:tr>
      <w:tr w:rsidR="00A01BC5" w:rsidRPr="006A00BC" w14:paraId="3C438E8D" w14:textId="77777777">
        <w:trPr>
          <w:cantSplit/>
          <w:trHeight w:val="576"/>
          <w:jc w:val="center"/>
        </w:trPr>
        <w:tc>
          <w:tcPr>
            <w:tcW w:w="1872" w:type="dxa"/>
            <w:tcMar>
              <w:top w:w="70" w:type="dxa"/>
              <w:left w:w="70" w:type="dxa"/>
              <w:bottom w:w="70" w:type="dxa"/>
              <w:right w:w="70" w:type="dxa"/>
            </w:tcMar>
            <w:vAlign w:val="center"/>
          </w:tcPr>
          <w:p w14:paraId="362F1A99"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481C1D8C"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79A66603"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7FA47F57"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64B62F5A" w14:textId="77777777" w:rsidR="00A01BC5" w:rsidRPr="006A00BC" w:rsidRDefault="00A01BC5" w:rsidP="006A00BC">
            <w:pPr>
              <w:spacing w:after="240"/>
              <w:rPr>
                <w:sz w:val="24"/>
                <w:szCs w:val="24"/>
              </w:rPr>
            </w:pPr>
          </w:p>
        </w:tc>
      </w:tr>
      <w:tr w:rsidR="00A01BC5" w:rsidRPr="006A00BC" w14:paraId="566252CC" w14:textId="77777777">
        <w:trPr>
          <w:cantSplit/>
          <w:trHeight w:val="576"/>
          <w:jc w:val="center"/>
        </w:trPr>
        <w:tc>
          <w:tcPr>
            <w:tcW w:w="1872" w:type="dxa"/>
            <w:tcMar>
              <w:top w:w="70" w:type="dxa"/>
              <w:left w:w="70" w:type="dxa"/>
              <w:bottom w:w="70" w:type="dxa"/>
              <w:right w:w="70" w:type="dxa"/>
            </w:tcMar>
            <w:vAlign w:val="center"/>
          </w:tcPr>
          <w:p w14:paraId="06C07E8F"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21C3E46E"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731F1771"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0AD32ED5"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62B860B1" w14:textId="77777777" w:rsidR="00A01BC5" w:rsidRPr="006A00BC" w:rsidRDefault="00A01BC5" w:rsidP="006A00BC">
            <w:pPr>
              <w:spacing w:after="240"/>
              <w:rPr>
                <w:sz w:val="24"/>
                <w:szCs w:val="24"/>
              </w:rPr>
            </w:pPr>
          </w:p>
        </w:tc>
      </w:tr>
      <w:tr w:rsidR="00A01BC5" w:rsidRPr="006A00BC" w14:paraId="296B7239" w14:textId="77777777">
        <w:trPr>
          <w:cantSplit/>
          <w:trHeight w:val="576"/>
          <w:jc w:val="center"/>
        </w:trPr>
        <w:tc>
          <w:tcPr>
            <w:tcW w:w="1872" w:type="dxa"/>
            <w:tcMar>
              <w:top w:w="70" w:type="dxa"/>
              <w:left w:w="70" w:type="dxa"/>
              <w:bottom w:w="70" w:type="dxa"/>
              <w:right w:w="70" w:type="dxa"/>
            </w:tcMar>
            <w:vAlign w:val="center"/>
          </w:tcPr>
          <w:p w14:paraId="150F368D"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03AC7BEB"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0B1A9ECC"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174AA2F9"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255ADA0A" w14:textId="77777777" w:rsidR="00A01BC5" w:rsidRPr="006A00BC" w:rsidRDefault="00A01BC5" w:rsidP="006A00BC">
            <w:pPr>
              <w:spacing w:after="240"/>
              <w:rPr>
                <w:sz w:val="24"/>
                <w:szCs w:val="24"/>
              </w:rPr>
            </w:pPr>
          </w:p>
        </w:tc>
      </w:tr>
      <w:tr w:rsidR="00A01BC5" w:rsidRPr="006A00BC" w14:paraId="77A75B2D" w14:textId="77777777">
        <w:trPr>
          <w:cantSplit/>
          <w:trHeight w:val="576"/>
          <w:jc w:val="center"/>
        </w:trPr>
        <w:tc>
          <w:tcPr>
            <w:tcW w:w="1872" w:type="dxa"/>
            <w:tcMar>
              <w:top w:w="70" w:type="dxa"/>
              <w:left w:w="70" w:type="dxa"/>
              <w:bottom w:w="70" w:type="dxa"/>
              <w:right w:w="70" w:type="dxa"/>
            </w:tcMar>
            <w:vAlign w:val="center"/>
          </w:tcPr>
          <w:p w14:paraId="1A09BE37"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02D2FEBA"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7382E8A1"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00235823"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66F8F3A1" w14:textId="77777777" w:rsidR="00A01BC5" w:rsidRPr="006A00BC" w:rsidRDefault="00A01BC5" w:rsidP="006A00BC">
            <w:pPr>
              <w:spacing w:after="240"/>
              <w:rPr>
                <w:sz w:val="24"/>
                <w:szCs w:val="24"/>
              </w:rPr>
            </w:pPr>
          </w:p>
        </w:tc>
      </w:tr>
      <w:tr w:rsidR="00A01BC5" w:rsidRPr="006A00BC" w14:paraId="532AA424" w14:textId="77777777">
        <w:trPr>
          <w:cantSplit/>
          <w:trHeight w:val="576"/>
          <w:jc w:val="center"/>
        </w:trPr>
        <w:tc>
          <w:tcPr>
            <w:tcW w:w="1872" w:type="dxa"/>
            <w:tcMar>
              <w:top w:w="70" w:type="dxa"/>
              <w:left w:w="70" w:type="dxa"/>
              <w:bottom w:w="70" w:type="dxa"/>
              <w:right w:w="70" w:type="dxa"/>
            </w:tcMar>
            <w:vAlign w:val="center"/>
          </w:tcPr>
          <w:p w14:paraId="6A61C6F4"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441A775A"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46618313"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25EE3F67"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4003218B" w14:textId="77777777" w:rsidR="00A01BC5" w:rsidRPr="006A00BC" w:rsidRDefault="00A01BC5" w:rsidP="006A00BC">
            <w:pPr>
              <w:spacing w:after="240"/>
              <w:rPr>
                <w:sz w:val="24"/>
                <w:szCs w:val="24"/>
              </w:rPr>
            </w:pPr>
          </w:p>
        </w:tc>
      </w:tr>
      <w:tr w:rsidR="00A01BC5" w:rsidRPr="006A00BC" w14:paraId="5A1994D1" w14:textId="77777777">
        <w:trPr>
          <w:cantSplit/>
          <w:trHeight w:val="576"/>
          <w:jc w:val="center"/>
        </w:trPr>
        <w:tc>
          <w:tcPr>
            <w:tcW w:w="1872" w:type="dxa"/>
            <w:tcMar>
              <w:top w:w="70" w:type="dxa"/>
              <w:left w:w="70" w:type="dxa"/>
              <w:bottom w:w="70" w:type="dxa"/>
              <w:right w:w="70" w:type="dxa"/>
            </w:tcMar>
            <w:vAlign w:val="center"/>
          </w:tcPr>
          <w:p w14:paraId="25E7E055"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4B95DBE5"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4F21B0D0"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A89067C"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55CAA49A" w14:textId="77777777" w:rsidR="00A01BC5" w:rsidRPr="006A00BC" w:rsidRDefault="00A01BC5" w:rsidP="006A00BC">
            <w:pPr>
              <w:spacing w:after="240"/>
              <w:rPr>
                <w:sz w:val="24"/>
                <w:szCs w:val="24"/>
              </w:rPr>
            </w:pPr>
          </w:p>
        </w:tc>
      </w:tr>
      <w:tr w:rsidR="00A01BC5" w:rsidRPr="006A00BC" w14:paraId="69C7AC1B" w14:textId="77777777">
        <w:trPr>
          <w:cantSplit/>
          <w:trHeight w:val="576"/>
          <w:jc w:val="center"/>
        </w:trPr>
        <w:tc>
          <w:tcPr>
            <w:tcW w:w="1872" w:type="dxa"/>
            <w:tcMar>
              <w:top w:w="70" w:type="dxa"/>
              <w:left w:w="70" w:type="dxa"/>
              <w:bottom w:w="70" w:type="dxa"/>
              <w:right w:w="70" w:type="dxa"/>
            </w:tcMar>
            <w:vAlign w:val="center"/>
          </w:tcPr>
          <w:p w14:paraId="226EECD8"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1480E8EC"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30746008"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7B94D284"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175D1A53" w14:textId="77777777" w:rsidR="00A01BC5" w:rsidRPr="006A00BC" w:rsidRDefault="00A01BC5" w:rsidP="006A00BC">
            <w:pPr>
              <w:spacing w:after="240"/>
              <w:rPr>
                <w:sz w:val="24"/>
                <w:szCs w:val="24"/>
              </w:rPr>
            </w:pPr>
          </w:p>
        </w:tc>
      </w:tr>
      <w:tr w:rsidR="00A01BC5" w:rsidRPr="006A00BC" w14:paraId="6ED9A34E" w14:textId="77777777">
        <w:trPr>
          <w:cantSplit/>
          <w:trHeight w:val="576"/>
          <w:jc w:val="center"/>
        </w:trPr>
        <w:tc>
          <w:tcPr>
            <w:tcW w:w="1872" w:type="dxa"/>
            <w:tcMar>
              <w:top w:w="70" w:type="dxa"/>
              <w:left w:w="70" w:type="dxa"/>
              <w:bottom w:w="70" w:type="dxa"/>
              <w:right w:w="70" w:type="dxa"/>
            </w:tcMar>
            <w:vAlign w:val="center"/>
          </w:tcPr>
          <w:p w14:paraId="2C226C5D"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3FA3FC7C"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1119EC94"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2A95A0D7" w14:textId="77777777" w:rsidR="00A01BC5" w:rsidRPr="006A00BC" w:rsidRDefault="00A01BC5" w:rsidP="006A00BC">
            <w:pPr>
              <w:spacing w:after="240"/>
              <w:rPr>
                <w:sz w:val="24"/>
                <w:szCs w:val="24"/>
              </w:rPr>
            </w:pPr>
          </w:p>
        </w:tc>
        <w:tc>
          <w:tcPr>
            <w:tcW w:w="1512" w:type="dxa"/>
            <w:tcMar>
              <w:top w:w="70" w:type="dxa"/>
              <w:left w:w="70" w:type="dxa"/>
              <w:bottom w:w="70" w:type="dxa"/>
              <w:right w:w="70" w:type="dxa"/>
            </w:tcMar>
            <w:vAlign w:val="center"/>
          </w:tcPr>
          <w:p w14:paraId="49481EFD" w14:textId="77777777" w:rsidR="00A01BC5" w:rsidRPr="006A00BC" w:rsidRDefault="00A01BC5" w:rsidP="006A00BC">
            <w:pPr>
              <w:spacing w:after="240"/>
              <w:rPr>
                <w:sz w:val="24"/>
                <w:szCs w:val="24"/>
              </w:rPr>
            </w:pPr>
          </w:p>
        </w:tc>
      </w:tr>
    </w:tbl>
    <w:p w14:paraId="2E5AC78C" w14:textId="77777777" w:rsidR="00A01BC5" w:rsidRPr="006A00BC" w:rsidRDefault="00A01BC5" w:rsidP="006A00BC">
      <w:pPr>
        <w:spacing w:after="240"/>
        <w:rPr>
          <w:sz w:val="24"/>
          <w:szCs w:val="24"/>
        </w:rPr>
      </w:pPr>
    </w:p>
    <w:p w14:paraId="6BA60206" w14:textId="77777777" w:rsidR="00A01BC5" w:rsidRPr="006A00BC" w:rsidRDefault="00000000" w:rsidP="006A00BC">
      <w:pPr>
        <w:spacing w:after="240"/>
        <w:rPr>
          <w:sz w:val="24"/>
          <w:szCs w:val="24"/>
        </w:rPr>
      </w:pPr>
      <w:r w:rsidRPr="006A00BC">
        <w:rPr>
          <w:sz w:val="24"/>
          <w:szCs w:val="24"/>
        </w:rPr>
        <w:br w:type="page"/>
      </w:r>
    </w:p>
    <w:p w14:paraId="5AA89AE9" w14:textId="77777777" w:rsidR="00A01BC5" w:rsidRPr="006A00BC" w:rsidRDefault="00000000" w:rsidP="006A00BC">
      <w:pPr>
        <w:keepNext/>
        <w:pBdr>
          <w:bottom w:val="single" w:sz="8" w:space="1" w:color="20364A"/>
        </w:pBdr>
        <w:spacing w:after="240"/>
        <w:rPr>
          <w:sz w:val="24"/>
          <w:szCs w:val="24"/>
        </w:rPr>
      </w:pPr>
      <w:r w:rsidRPr="006A00BC">
        <w:rPr>
          <w:rFonts w:eastAsia="Times New Roman" w:cs="Times New Roman"/>
          <w:b/>
          <w:color w:val="20364A"/>
          <w:sz w:val="24"/>
          <w:szCs w:val="24"/>
        </w:rPr>
        <w:lastRenderedPageBreak/>
        <w:t>OPTIONAL SECURE ACCESS APPENDIX - CONTINUED</w:t>
      </w:r>
    </w:p>
    <w:p w14:paraId="114BCADE"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Additional credentials</w:t>
      </w:r>
    </w:p>
    <w:tbl>
      <w:tblPr>
        <w:tblStyle w:val="TableGrid"/>
        <w:tblW w:w="0" w:type="auto"/>
        <w:jc w:val="center"/>
        <w:tblLayout w:type="fixed"/>
        <w:tblLook w:val="04A0" w:firstRow="1" w:lastRow="0" w:firstColumn="1" w:lastColumn="0" w:noHBand="0" w:noVBand="1"/>
      </w:tblPr>
      <w:tblGrid>
        <w:gridCol w:w="2015"/>
        <w:gridCol w:w="2304"/>
        <w:gridCol w:w="2160"/>
        <w:gridCol w:w="1800"/>
        <w:gridCol w:w="1368"/>
      </w:tblGrid>
      <w:tr w:rsidR="00A01BC5" w:rsidRPr="006A00BC" w14:paraId="44F4C484" w14:textId="77777777">
        <w:trPr>
          <w:tblHeader/>
          <w:jc w:val="center"/>
        </w:trPr>
        <w:tc>
          <w:tcPr>
            <w:tcW w:w="2015" w:type="dxa"/>
            <w:shd w:val="clear" w:color="auto" w:fill="E7E6E6"/>
            <w:tcMar>
              <w:top w:w="70" w:type="dxa"/>
              <w:left w:w="70" w:type="dxa"/>
              <w:bottom w:w="70" w:type="dxa"/>
              <w:right w:w="70" w:type="dxa"/>
            </w:tcMar>
            <w:vAlign w:val="center"/>
          </w:tcPr>
          <w:p w14:paraId="23B2618B"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Service / Account</w:t>
            </w:r>
          </w:p>
        </w:tc>
        <w:tc>
          <w:tcPr>
            <w:tcW w:w="2304" w:type="dxa"/>
            <w:shd w:val="clear" w:color="auto" w:fill="E7E6E6"/>
            <w:tcMar>
              <w:top w:w="70" w:type="dxa"/>
              <w:left w:w="70" w:type="dxa"/>
              <w:bottom w:w="70" w:type="dxa"/>
              <w:right w:w="70" w:type="dxa"/>
            </w:tcMar>
            <w:vAlign w:val="center"/>
          </w:tcPr>
          <w:p w14:paraId="0D54E27F"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Username / Email</w:t>
            </w:r>
          </w:p>
        </w:tc>
        <w:tc>
          <w:tcPr>
            <w:tcW w:w="2160" w:type="dxa"/>
            <w:shd w:val="clear" w:color="auto" w:fill="E7E6E6"/>
            <w:tcMar>
              <w:top w:w="70" w:type="dxa"/>
              <w:left w:w="70" w:type="dxa"/>
              <w:bottom w:w="70" w:type="dxa"/>
              <w:right w:w="70" w:type="dxa"/>
            </w:tcMar>
            <w:vAlign w:val="center"/>
          </w:tcPr>
          <w:p w14:paraId="0C81E32E"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Password / PIN (optional)</w:t>
            </w:r>
          </w:p>
        </w:tc>
        <w:tc>
          <w:tcPr>
            <w:tcW w:w="1800" w:type="dxa"/>
            <w:shd w:val="clear" w:color="auto" w:fill="E7E6E6"/>
            <w:tcMar>
              <w:top w:w="70" w:type="dxa"/>
              <w:left w:w="70" w:type="dxa"/>
              <w:bottom w:w="70" w:type="dxa"/>
              <w:right w:w="70" w:type="dxa"/>
            </w:tcMar>
            <w:vAlign w:val="center"/>
          </w:tcPr>
          <w:p w14:paraId="6DF5024C"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MFA / Recovery</w:t>
            </w:r>
          </w:p>
        </w:tc>
        <w:tc>
          <w:tcPr>
            <w:tcW w:w="1368" w:type="dxa"/>
            <w:shd w:val="clear" w:color="auto" w:fill="E7E6E6"/>
            <w:tcMar>
              <w:top w:w="70" w:type="dxa"/>
              <w:left w:w="70" w:type="dxa"/>
              <w:bottom w:w="70" w:type="dxa"/>
              <w:right w:w="70" w:type="dxa"/>
            </w:tcMar>
            <w:vAlign w:val="center"/>
          </w:tcPr>
          <w:p w14:paraId="6B660C5A" w14:textId="77777777" w:rsidR="00A01BC5" w:rsidRPr="006A00BC" w:rsidRDefault="00000000" w:rsidP="006A00BC">
            <w:pPr>
              <w:spacing w:after="240"/>
              <w:jc w:val="center"/>
              <w:rPr>
                <w:sz w:val="24"/>
                <w:szCs w:val="24"/>
              </w:rPr>
            </w:pPr>
            <w:r w:rsidRPr="006A00BC">
              <w:rPr>
                <w:rFonts w:eastAsia="Times New Roman" w:cs="Times New Roman"/>
                <w:b/>
                <w:color w:val="222222"/>
                <w:sz w:val="24"/>
                <w:szCs w:val="24"/>
              </w:rPr>
              <w:t>Notes</w:t>
            </w:r>
          </w:p>
        </w:tc>
      </w:tr>
      <w:tr w:rsidR="00A01BC5" w:rsidRPr="006A00BC" w14:paraId="586D8FBF" w14:textId="77777777">
        <w:trPr>
          <w:cantSplit/>
          <w:trHeight w:val="576"/>
          <w:jc w:val="center"/>
        </w:trPr>
        <w:tc>
          <w:tcPr>
            <w:tcW w:w="2015" w:type="dxa"/>
            <w:tcMar>
              <w:top w:w="70" w:type="dxa"/>
              <w:left w:w="70" w:type="dxa"/>
              <w:bottom w:w="70" w:type="dxa"/>
              <w:right w:w="70" w:type="dxa"/>
            </w:tcMar>
            <w:vAlign w:val="center"/>
          </w:tcPr>
          <w:p w14:paraId="7D23E47A"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65010511"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732C5AFA"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07AB280D"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4C2C3EAF" w14:textId="77777777" w:rsidR="00A01BC5" w:rsidRPr="006A00BC" w:rsidRDefault="00A01BC5" w:rsidP="006A00BC">
            <w:pPr>
              <w:spacing w:after="240"/>
              <w:rPr>
                <w:sz w:val="24"/>
                <w:szCs w:val="24"/>
              </w:rPr>
            </w:pPr>
          </w:p>
        </w:tc>
      </w:tr>
      <w:tr w:rsidR="00A01BC5" w:rsidRPr="006A00BC" w14:paraId="01D00F6B" w14:textId="77777777">
        <w:trPr>
          <w:cantSplit/>
          <w:trHeight w:val="576"/>
          <w:jc w:val="center"/>
        </w:trPr>
        <w:tc>
          <w:tcPr>
            <w:tcW w:w="2015" w:type="dxa"/>
            <w:tcMar>
              <w:top w:w="70" w:type="dxa"/>
              <w:left w:w="70" w:type="dxa"/>
              <w:bottom w:w="70" w:type="dxa"/>
              <w:right w:w="70" w:type="dxa"/>
            </w:tcMar>
            <w:vAlign w:val="center"/>
          </w:tcPr>
          <w:p w14:paraId="7E3079DC"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24BFE735"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7115A083"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65BBADA2"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6C011D5B" w14:textId="77777777" w:rsidR="00A01BC5" w:rsidRPr="006A00BC" w:rsidRDefault="00A01BC5" w:rsidP="006A00BC">
            <w:pPr>
              <w:spacing w:after="240"/>
              <w:rPr>
                <w:sz w:val="24"/>
                <w:szCs w:val="24"/>
              </w:rPr>
            </w:pPr>
          </w:p>
        </w:tc>
      </w:tr>
      <w:tr w:rsidR="00A01BC5" w:rsidRPr="006A00BC" w14:paraId="4B088362" w14:textId="77777777">
        <w:trPr>
          <w:cantSplit/>
          <w:trHeight w:val="576"/>
          <w:jc w:val="center"/>
        </w:trPr>
        <w:tc>
          <w:tcPr>
            <w:tcW w:w="2015" w:type="dxa"/>
            <w:tcMar>
              <w:top w:w="70" w:type="dxa"/>
              <w:left w:w="70" w:type="dxa"/>
              <w:bottom w:w="70" w:type="dxa"/>
              <w:right w:w="70" w:type="dxa"/>
            </w:tcMar>
            <w:vAlign w:val="center"/>
          </w:tcPr>
          <w:p w14:paraId="25EC29F4"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70124451"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07D3BDA2"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611E9A09"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6E082F39" w14:textId="77777777" w:rsidR="00A01BC5" w:rsidRPr="006A00BC" w:rsidRDefault="00A01BC5" w:rsidP="006A00BC">
            <w:pPr>
              <w:spacing w:after="240"/>
              <w:rPr>
                <w:sz w:val="24"/>
                <w:szCs w:val="24"/>
              </w:rPr>
            </w:pPr>
          </w:p>
        </w:tc>
      </w:tr>
      <w:tr w:rsidR="00A01BC5" w:rsidRPr="006A00BC" w14:paraId="3A0299FD" w14:textId="77777777">
        <w:trPr>
          <w:cantSplit/>
          <w:trHeight w:val="576"/>
          <w:jc w:val="center"/>
        </w:trPr>
        <w:tc>
          <w:tcPr>
            <w:tcW w:w="2015" w:type="dxa"/>
            <w:tcMar>
              <w:top w:w="70" w:type="dxa"/>
              <w:left w:w="70" w:type="dxa"/>
              <w:bottom w:w="70" w:type="dxa"/>
              <w:right w:w="70" w:type="dxa"/>
            </w:tcMar>
            <w:vAlign w:val="center"/>
          </w:tcPr>
          <w:p w14:paraId="20A5332D"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7CA90063"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7A80DB42"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3C687893"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0EE67426" w14:textId="77777777" w:rsidR="00A01BC5" w:rsidRPr="006A00BC" w:rsidRDefault="00A01BC5" w:rsidP="006A00BC">
            <w:pPr>
              <w:spacing w:after="240"/>
              <w:rPr>
                <w:sz w:val="24"/>
                <w:szCs w:val="24"/>
              </w:rPr>
            </w:pPr>
          </w:p>
        </w:tc>
      </w:tr>
      <w:tr w:rsidR="00A01BC5" w:rsidRPr="006A00BC" w14:paraId="4F1852B8" w14:textId="77777777">
        <w:trPr>
          <w:cantSplit/>
          <w:trHeight w:val="576"/>
          <w:jc w:val="center"/>
        </w:trPr>
        <w:tc>
          <w:tcPr>
            <w:tcW w:w="2015" w:type="dxa"/>
            <w:tcMar>
              <w:top w:w="70" w:type="dxa"/>
              <w:left w:w="70" w:type="dxa"/>
              <w:bottom w:w="70" w:type="dxa"/>
              <w:right w:w="70" w:type="dxa"/>
            </w:tcMar>
            <w:vAlign w:val="center"/>
          </w:tcPr>
          <w:p w14:paraId="10DA63FE"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253ABC06"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594C0739"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4BDF5C4"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168A34CD" w14:textId="77777777" w:rsidR="00A01BC5" w:rsidRPr="006A00BC" w:rsidRDefault="00A01BC5" w:rsidP="006A00BC">
            <w:pPr>
              <w:spacing w:after="240"/>
              <w:rPr>
                <w:sz w:val="24"/>
                <w:szCs w:val="24"/>
              </w:rPr>
            </w:pPr>
          </w:p>
        </w:tc>
      </w:tr>
      <w:tr w:rsidR="00A01BC5" w:rsidRPr="006A00BC" w14:paraId="23FFAD19" w14:textId="77777777">
        <w:trPr>
          <w:cantSplit/>
          <w:trHeight w:val="576"/>
          <w:jc w:val="center"/>
        </w:trPr>
        <w:tc>
          <w:tcPr>
            <w:tcW w:w="2015" w:type="dxa"/>
            <w:tcMar>
              <w:top w:w="70" w:type="dxa"/>
              <w:left w:w="70" w:type="dxa"/>
              <w:bottom w:w="70" w:type="dxa"/>
              <w:right w:w="70" w:type="dxa"/>
            </w:tcMar>
            <w:vAlign w:val="center"/>
          </w:tcPr>
          <w:p w14:paraId="732A4A29"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386C079F"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236D3B00"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307D397B"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4F12EC4A" w14:textId="77777777" w:rsidR="00A01BC5" w:rsidRPr="006A00BC" w:rsidRDefault="00A01BC5" w:rsidP="006A00BC">
            <w:pPr>
              <w:spacing w:after="240"/>
              <w:rPr>
                <w:sz w:val="24"/>
                <w:szCs w:val="24"/>
              </w:rPr>
            </w:pPr>
          </w:p>
        </w:tc>
      </w:tr>
      <w:tr w:rsidR="00A01BC5" w:rsidRPr="006A00BC" w14:paraId="69EC60F9" w14:textId="77777777">
        <w:trPr>
          <w:cantSplit/>
          <w:trHeight w:val="576"/>
          <w:jc w:val="center"/>
        </w:trPr>
        <w:tc>
          <w:tcPr>
            <w:tcW w:w="2015" w:type="dxa"/>
            <w:tcMar>
              <w:top w:w="70" w:type="dxa"/>
              <w:left w:w="70" w:type="dxa"/>
              <w:bottom w:w="70" w:type="dxa"/>
              <w:right w:w="70" w:type="dxa"/>
            </w:tcMar>
            <w:vAlign w:val="center"/>
          </w:tcPr>
          <w:p w14:paraId="22A0663C"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7E7ED094"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6214B43A"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4F52F5A7"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3CA6E6AD" w14:textId="77777777" w:rsidR="00A01BC5" w:rsidRPr="006A00BC" w:rsidRDefault="00A01BC5" w:rsidP="006A00BC">
            <w:pPr>
              <w:spacing w:after="240"/>
              <w:rPr>
                <w:sz w:val="24"/>
                <w:szCs w:val="24"/>
              </w:rPr>
            </w:pPr>
          </w:p>
        </w:tc>
      </w:tr>
      <w:tr w:rsidR="00A01BC5" w:rsidRPr="006A00BC" w14:paraId="217166C4" w14:textId="77777777">
        <w:trPr>
          <w:cantSplit/>
          <w:trHeight w:val="576"/>
          <w:jc w:val="center"/>
        </w:trPr>
        <w:tc>
          <w:tcPr>
            <w:tcW w:w="2015" w:type="dxa"/>
            <w:tcMar>
              <w:top w:w="70" w:type="dxa"/>
              <w:left w:w="70" w:type="dxa"/>
              <w:bottom w:w="70" w:type="dxa"/>
              <w:right w:w="70" w:type="dxa"/>
            </w:tcMar>
            <w:vAlign w:val="center"/>
          </w:tcPr>
          <w:p w14:paraId="2C512067"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3F54D121"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33E7C44B"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D623AE6"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1C7A789A" w14:textId="77777777" w:rsidR="00A01BC5" w:rsidRPr="006A00BC" w:rsidRDefault="00A01BC5" w:rsidP="006A00BC">
            <w:pPr>
              <w:spacing w:after="240"/>
              <w:rPr>
                <w:sz w:val="24"/>
                <w:szCs w:val="24"/>
              </w:rPr>
            </w:pPr>
          </w:p>
        </w:tc>
      </w:tr>
      <w:tr w:rsidR="00A01BC5" w:rsidRPr="006A00BC" w14:paraId="4E7AA8EE" w14:textId="77777777">
        <w:trPr>
          <w:cantSplit/>
          <w:trHeight w:val="576"/>
          <w:jc w:val="center"/>
        </w:trPr>
        <w:tc>
          <w:tcPr>
            <w:tcW w:w="2015" w:type="dxa"/>
            <w:tcMar>
              <w:top w:w="70" w:type="dxa"/>
              <w:left w:w="70" w:type="dxa"/>
              <w:bottom w:w="70" w:type="dxa"/>
              <w:right w:w="70" w:type="dxa"/>
            </w:tcMar>
            <w:vAlign w:val="center"/>
          </w:tcPr>
          <w:p w14:paraId="1680373C"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4FD3BDF4"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092B2C96"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585A1C08"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13F238D3" w14:textId="77777777" w:rsidR="00A01BC5" w:rsidRPr="006A00BC" w:rsidRDefault="00A01BC5" w:rsidP="006A00BC">
            <w:pPr>
              <w:spacing w:after="240"/>
              <w:rPr>
                <w:sz w:val="24"/>
                <w:szCs w:val="24"/>
              </w:rPr>
            </w:pPr>
          </w:p>
        </w:tc>
      </w:tr>
      <w:tr w:rsidR="00A01BC5" w:rsidRPr="006A00BC" w14:paraId="7DE172FE" w14:textId="77777777">
        <w:trPr>
          <w:cantSplit/>
          <w:trHeight w:val="576"/>
          <w:jc w:val="center"/>
        </w:trPr>
        <w:tc>
          <w:tcPr>
            <w:tcW w:w="2015" w:type="dxa"/>
            <w:tcMar>
              <w:top w:w="70" w:type="dxa"/>
              <w:left w:w="70" w:type="dxa"/>
              <w:bottom w:w="70" w:type="dxa"/>
              <w:right w:w="70" w:type="dxa"/>
            </w:tcMar>
            <w:vAlign w:val="center"/>
          </w:tcPr>
          <w:p w14:paraId="52AF87BB"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32F6DF89"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43EA5300"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0F7F04BD"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16E5830E" w14:textId="77777777" w:rsidR="00A01BC5" w:rsidRPr="006A00BC" w:rsidRDefault="00A01BC5" w:rsidP="006A00BC">
            <w:pPr>
              <w:spacing w:after="240"/>
              <w:rPr>
                <w:sz w:val="24"/>
                <w:szCs w:val="24"/>
              </w:rPr>
            </w:pPr>
          </w:p>
        </w:tc>
      </w:tr>
      <w:tr w:rsidR="00A01BC5" w:rsidRPr="006A00BC" w14:paraId="1C3D6121" w14:textId="77777777">
        <w:trPr>
          <w:cantSplit/>
          <w:trHeight w:val="576"/>
          <w:jc w:val="center"/>
        </w:trPr>
        <w:tc>
          <w:tcPr>
            <w:tcW w:w="2015" w:type="dxa"/>
            <w:tcMar>
              <w:top w:w="70" w:type="dxa"/>
              <w:left w:w="70" w:type="dxa"/>
              <w:bottom w:w="70" w:type="dxa"/>
              <w:right w:w="70" w:type="dxa"/>
            </w:tcMar>
            <w:vAlign w:val="center"/>
          </w:tcPr>
          <w:p w14:paraId="4D058258"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67663E69"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5875372E"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23D2D547"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6A4CB80B" w14:textId="77777777" w:rsidR="00A01BC5" w:rsidRPr="006A00BC" w:rsidRDefault="00A01BC5" w:rsidP="006A00BC">
            <w:pPr>
              <w:spacing w:after="240"/>
              <w:rPr>
                <w:sz w:val="24"/>
                <w:szCs w:val="24"/>
              </w:rPr>
            </w:pPr>
          </w:p>
        </w:tc>
      </w:tr>
      <w:tr w:rsidR="00A01BC5" w:rsidRPr="006A00BC" w14:paraId="7EFC4963" w14:textId="77777777">
        <w:trPr>
          <w:cantSplit/>
          <w:trHeight w:val="576"/>
          <w:jc w:val="center"/>
        </w:trPr>
        <w:tc>
          <w:tcPr>
            <w:tcW w:w="2015" w:type="dxa"/>
            <w:tcMar>
              <w:top w:w="70" w:type="dxa"/>
              <w:left w:w="70" w:type="dxa"/>
              <w:bottom w:w="70" w:type="dxa"/>
              <w:right w:w="70" w:type="dxa"/>
            </w:tcMar>
            <w:vAlign w:val="center"/>
          </w:tcPr>
          <w:p w14:paraId="79C3EE60" w14:textId="77777777" w:rsidR="00A01BC5" w:rsidRPr="006A00BC" w:rsidRDefault="00A01BC5" w:rsidP="006A00BC">
            <w:pPr>
              <w:spacing w:after="240"/>
              <w:rPr>
                <w:sz w:val="24"/>
                <w:szCs w:val="24"/>
              </w:rPr>
            </w:pPr>
          </w:p>
        </w:tc>
        <w:tc>
          <w:tcPr>
            <w:tcW w:w="2304" w:type="dxa"/>
            <w:tcMar>
              <w:top w:w="70" w:type="dxa"/>
              <w:left w:w="70" w:type="dxa"/>
              <w:bottom w:w="70" w:type="dxa"/>
              <w:right w:w="70" w:type="dxa"/>
            </w:tcMar>
            <w:vAlign w:val="center"/>
          </w:tcPr>
          <w:p w14:paraId="6C9CCC56" w14:textId="77777777" w:rsidR="00A01BC5" w:rsidRPr="006A00BC" w:rsidRDefault="00A01BC5" w:rsidP="006A00BC">
            <w:pPr>
              <w:spacing w:after="240"/>
              <w:rPr>
                <w:sz w:val="24"/>
                <w:szCs w:val="24"/>
              </w:rPr>
            </w:pPr>
          </w:p>
        </w:tc>
        <w:tc>
          <w:tcPr>
            <w:tcW w:w="2160" w:type="dxa"/>
            <w:tcMar>
              <w:top w:w="70" w:type="dxa"/>
              <w:left w:w="70" w:type="dxa"/>
              <w:bottom w:w="70" w:type="dxa"/>
              <w:right w:w="70" w:type="dxa"/>
            </w:tcMar>
            <w:vAlign w:val="center"/>
          </w:tcPr>
          <w:p w14:paraId="5657FBFF" w14:textId="77777777" w:rsidR="00A01BC5" w:rsidRPr="006A00BC" w:rsidRDefault="00A01BC5" w:rsidP="006A00BC">
            <w:pPr>
              <w:spacing w:after="240"/>
              <w:rPr>
                <w:sz w:val="24"/>
                <w:szCs w:val="24"/>
              </w:rPr>
            </w:pPr>
          </w:p>
        </w:tc>
        <w:tc>
          <w:tcPr>
            <w:tcW w:w="1800" w:type="dxa"/>
            <w:tcMar>
              <w:top w:w="70" w:type="dxa"/>
              <w:left w:w="70" w:type="dxa"/>
              <w:bottom w:w="70" w:type="dxa"/>
              <w:right w:w="70" w:type="dxa"/>
            </w:tcMar>
            <w:vAlign w:val="center"/>
          </w:tcPr>
          <w:p w14:paraId="086B501D" w14:textId="77777777" w:rsidR="00A01BC5" w:rsidRPr="006A00BC" w:rsidRDefault="00A01BC5" w:rsidP="006A00BC">
            <w:pPr>
              <w:spacing w:after="240"/>
              <w:rPr>
                <w:sz w:val="24"/>
                <w:szCs w:val="24"/>
              </w:rPr>
            </w:pPr>
          </w:p>
        </w:tc>
        <w:tc>
          <w:tcPr>
            <w:tcW w:w="1368" w:type="dxa"/>
            <w:tcMar>
              <w:top w:w="70" w:type="dxa"/>
              <w:left w:w="70" w:type="dxa"/>
              <w:bottom w:w="70" w:type="dxa"/>
              <w:right w:w="70" w:type="dxa"/>
            </w:tcMar>
            <w:vAlign w:val="center"/>
          </w:tcPr>
          <w:p w14:paraId="17ED2049" w14:textId="77777777" w:rsidR="00A01BC5" w:rsidRPr="006A00BC" w:rsidRDefault="00A01BC5" w:rsidP="006A00BC">
            <w:pPr>
              <w:spacing w:after="240"/>
              <w:rPr>
                <w:sz w:val="24"/>
                <w:szCs w:val="24"/>
              </w:rPr>
            </w:pPr>
          </w:p>
        </w:tc>
      </w:tr>
    </w:tbl>
    <w:p w14:paraId="2F985600" w14:textId="77777777" w:rsidR="00A01BC5" w:rsidRPr="006A00BC" w:rsidRDefault="00A01BC5" w:rsidP="006A00BC">
      <w:pPr>
        <w:spacing w:after="240"/>
        <w:rPr>
          <w:sz w:val="24"/>
          <w:szCs w:val="24"/>
        </w:rPr>
      </w:pPr>
    </w:p>
    <w:p w14:paraId="0227FB5F" w14:textId="77777777" w:rsidR="00A01BC5" w:rsidRPr="006A00BC" w:rsidRDefault="00000000" w:rsidP="006A00BC">
      <w:pPr>
        <w:keepNext/>
        <w:spacing w:before="40" w:after="240" w:line="252" w:lineRule="auto"/>
        <w:rPr>
          <w:sz w:val="24"/>
          <w:szCs w:val="24"/>
        </w:rPr>
      </w:pPr>
      <w:r w:rsidRPr="006A00BC">
        <w:rPr>
          <w:rFonts w:eastAsia="Times New Roman" w:cs="Times New Roman"/>
          <w:b/>
          <w:color w:val="20364A"/>
          <w:sz w:val="24"/>
          <w:szCs w:val="24"/>
        </w:rPr>
        <w:t>Recovery information and emergency-access instructions</w:t>
      </w:r>
    </w:p>
    <w:tbl>
      <w:tblPr>
        <w:tblStyle w:val="TableGrid"/>
        <w:tblW w:w="0" w:type="auto"/>
        <w:tblLook w:val="04A0" w:firstRow="1" w:lastRow="0" w:firstColumn="1" w:lastColumn="0" w:noHBand="0" w:noVBand="1"/>
      </w:tblPr>
      <w:tblGrid>
        <w:gridCol w:w="10358"/>
      </w:tblGrid>
      <w:tr w:rsidR="00A01BC5" w:rsidRPr="006A00BC" w14:paraId="6CCCD13B" w14:textId="77777777">
        <w:trPr>
          <w:trHeight w:val="792"/>
        </w:trPr>
        <w:tc>
          <w:tcPr>
            <w:tcW w:w="10368" w:type="dxa"/>
            <w:tcMar>
              <w:top w:w="70" w:type="dxa"/>
              <w:left w:w="70" w:type="dxa"/>
              <w:bottom w:w="70" w:type="dxa"/>
              <w:right w:w="70" w:type="dxa"/>
            </w:tcMar>
            <w:vAlign w:val="center"/>
          </w:tcPr>
          <w:p w14:paraId="52E315EC" w14:textId="77777777" w:rsidR="00A01BC5" w:rsidRPr="006A00BC" w:rsidRDefault="00A01BC5" w:rsidP="006A00BC">
            <w:pPr>
              <w:spacing w:after="240"/>
              <w:rPr>
                <w:sz w:val="24"/>
                <w:szCs w:val="24"/>
              </w:rPr>
            </w:pPr>
          </w:p>
        </w:tc>
      </w:tr>
      <w:tr w:rsidR="00A01BC5" w:rsidRPr="006A00BC" w14:paraId="3FBA0E61" w14:textId="77777777">
        <w:trPr>
          <w:trHeight w:val="792"/>
        </w:trPr>
        <w:tc>
          <w:tcPr>
            <w:tcW w:w="10368" w:type="dxa"/>
            <w:tcMar>
              <w:top w:w="70" w:type="dxa"/>
              <w:left w:w="70" w:type="dxa"/>
              <w:bottom w:w="70" w:type="dxa"/>
              <w:right w:w="70" w:type="dxa"/>
            </w:tcMar>
            <w:vAlign w:val="center"/>
          </w:tcPr>
          <w:p w14:paraId="0883B4C1" w14:textId="77777777" w:rsidR="00A01BC5" w:rsidRPr="006A00BC" w:rsidRDefault="00A01BC5" w:rsidP="006A00BC">
            <w:pPr>
              <w:spacing w:after="240"/>
              <w:rPr>
                <w:sz w:val="24"/>
                <w:szCs w:val="24"/>
              </w:rPr>
            </w:pPr>
          </w:p>
        </w:tc>
      </w:tr>
      <w:tr w:rsidR="00A01BC5" w:rsidRPr="006A00BC" w14:paraId="5BCC69B0" w14:textId="77777777">
        <w:trPr>
          <w:trHeight w:val="792"/>
        </w:trPr>
        <w:tc>
          <w:tcPr>
            <w:tcW w:w="10368" w:type="dxa"/>
            <w:tcMar>
              <w:top w:w="70" w:type="dxa"/>
              <w:left w:w="70" w:type="dxa"/>
              <w:bottom w:w="70" w:type="dxa"/>
              <w:right w:w="70" w:type="dxa"/>
            </w:tcMar>
            <w:vAlign w:val="center"/>
          </w:tcPr>
          <w:p w14:paraId="5FC676E7" w14:textId="77777777" w:rsidR="00A01BC5" w:rsidRPr="006A00BC" w:rsidRDefault="00A01BC5" w:rsidP="006A00BC">
            <w:pPr>
              <w:spacing w:after="240"/>
              <w:rPr>
                <w:sz w:val="24"/>
                <w:szCs w:val="24"/>
              </w:rPr>
            </w:pPr>
          </w:p>
        </w:tc>
      </w:tr>
      <w:tr w:rsidR="00A01BC5" w:rsidRPr="006A00BC" w14:paraId="1F7C231D" w14:textId="77777777">
        <w:trPr>
          <w:trHeight w:val="792"/>
        </w:trPr>
        <w:tc>
          <w:tcPr>
            <w:tcW w:w="10368" w:type="dxa"/>
            <w:tcMar>
              <w:top w:w="70" w:type="dxa"/>
              <w:left w:w="70" w:type="dxa"/>
              <w:bottom w:w="70" w:type="dxa"/>
              <w:right w:w="70" w:type="dxa"/>
            </w:tcMar>
            <w:vAlign w:val="center"/>
          </w:tcPr>
          <w:p w14:paraId="4BFF62BF" w14:textId="77777777" w:rsidR="00A01BC5" w:rsidRPr="006A00BC" w:rsidRDefault="00A01BC5" w:rsidP="006A00BC">
            <w:pPr>
              <w:spacing w:after="240"/>
              <w:rPr>
                <w:sz w:val="24"/>
                <w:szCs w:val="24"/>
              </w:rPr>
            </w:pPr>
          </w:p>
        </w:tc>
      </w:tr>
      <w:tr w:rsidR="00A01BC5" w:rsidRPr="006A00BC" w14:paraId="7507283B" w14:textId="77777777">
        <w:trPr>
          <w:trHeight w:val="792"/>
        </w:trPr>
        <w:tc>
          <w:tcPr>
            <w:tcW w:w="10368" w:type="dxa"/>
            <w:tcMar>
              <w:top w:w="70" w:type="dxa"/>
              <w:left w:w="70" w:type="dxa"/>
              <w:bottom w:w="70" w:type="dxa"/>
              <w:right w:w="70" w:type="dxa"/>
            </w:tcMar>
            <w:vAlign w:val="center"/>
          </w:tcPr>
          <w:p w14:paraId="785BCE52" w14:textId="77777777" w:rsidR="00A01BC5" w:rsidRPr="006A00BC" w:rsidRDefault="00A01BC5" w:rsidP="006A00BC">
            <w:pPr>
              <w:spacing w:after="240"/>
              <w:rPr>
                <w:sz w:val="24"/>
                <w:szCs w:val="24"/>
              </w:rPr>
            </w:pPr>
          </w:p>
        </w:tc>
      </w:tr>
      <w:tr w:rsidR="00A01BC5" w:rsidRPr="006A00BC" w14:paraId="31D19139" w14:textId="77777777">
        <w:trPr>
          <w:trHeight w:val="792"/>
        </w:trPr>
        <w:tc>
          <w:tcPr>
            <w:tcW w:w="10368" w:type="dxa"/>
            <w:tcMar>
              <w:top w:w="70" w:type="dxa"/>
              <w:left w:w="70" w:type="dxa"/>
              <w:bottom w:w="70" w:type="dxa"/>
              <w:right w:w="70" w:type="dxa"/>
            </w:tcMar>
            <w:vAlign w:val="center"/>
          </w:tcPr>
          <w:p w14:paraId="2E9F56CC" w14:textId="77777777" w:rsidR="00A01BC5" w:rsidRPr="006A00BC" w:rsidRDefault="00A01BC5" w:rsidP="006A00BC">
            <w:pPr>
              <w:spacing w:after="240"/>
              <w:rPr>
                <w:sz w:val="24"/>
                <w:szCs w:val="24"/>
              </w:rPr>
            </w:pPr>
          </w:p>
        </w:tc>
      </w:tr>
    </w:tbl>
    <w:p w14:paraId="4FBD0BA0" w14:textId="77777777" w:rsidR="00A01BC5" w:rsidRPr="006A00BC" w:rsidRDefault="00000000" w:rsidP="006A00BC">
      <w:pPr>
        <w:spacing w:after="240" w:line="252" w:lineRule="auto"/>
        <w:rPr>
          <w:sz w:val="24"/>
          <w:szCs w:val="24"/>
        </w:rPr>
      </w:pPr>
      <w:r w:rsidRPr="006A00BC">
        <w:rPr>
          <w:rFonts w:eastAsia="Times New Roman" w:cs="Times New Roman"/>
          <w:i/>
          <w:color w:val="555555"/>
          <w:sz w:val="24"/>
          <w:szCs w:val="24"/>
        </w:rPr>
        <w:t>Do not record Social Security numbers, credit-card security codes (CVV), crypto seed phrases, or private keys in this appendix.</w:t>
      </w:r>
    </w:p>
    <w:sectPr w:rsidR="00A01BC5" w:rsidRPr="006A00BC" w:rsidSect="00034616">
      <w:headerReference w:type="default" r:id="rId9"/>
      <w:footerReference w:type="default" r:id="rId10"/>
      <w:headerReference w:type="first" r:id="rId11"/>
      <w:footerReference w:type="first" r:id="rId12"/>
      <w:pgSz w:w="12240" w:h="15840"/>
      <w:pgMar w:top="835" w:right="936" w:bottom="792" w:left="936" w:header="317"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A80F8" w14:textId="77777777" w:rsidR="00D16A84" w:rsidRDefault="00D16A84">
      <w:pPr>
        <w:spacing w:after="0" w:line="240" w:lineRule="auto"/>
      </w:pPr>
      <w:r>
        <w:separator/>
      </w:r>
    </w:p>
  </w:endnote>
  <w:endnote w:type="continuationSeparator" w:id="0">
    <w:p w14:paraId="7587C387" w14:textId="77777777" w:rsidR="00D16A84" w:rsidRDefault="00D16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2FD41" w14:textId="77777777" w:rsidR="00A01BC5" w:rsidRDefault="00000000">
    <w:pPr>
      <w:pStyle w:val="Footer"/>
      <w:jc w:val="center"/>
    </w:pPr>
    <w:r>
      <w:rPr>
        <w:rFonts w:eastAsia="Times New Roman" w:cs="Times New Roman"/>
        <w:color w:val="666666"/>
        <w:sz w:val="16"/>
      </w:rPr>
      <w:t xml:space="preserve">CONFIDENTIAL   |   Page </w:t>
    </w:r>
    <w:r>
      <w:rPr>
        <w:rFonts w:eastAsia="Times New Roman" w:cs="Times New Roman"/>
        <w:color w:val="666666"/>
        <w:sz w:val="16"/>
      </w:rPr>
      <w:fldChar w:fldCharType="begin"/>
    </w:r>
    <w:r>
      <w:rPr>
        <w:rFonts w:eastAsia="Times New Roman" w:cs="Times New Roman"/>
        <w:color w:val="666666"/>
        <w:sz w:val="16"/>
      </w:rPr>
      <w:instrText>PAGE</w:instrText>
    </w:r>
    <w:r w:rsidR="00644FB6">
      <w:rPr>
        <w:rFonts w:eastAsia="Times New Roman" w:cs="Times New Roman"/>
        <w:color w:val="666666"/>
        <w:sz w:val="16"/>
      </w:rPr>
      <w:fldChar w:fldCharType="separate"/>
    </w:r>
    <w:r w:rsidR="00644FB6">
      <w:rPr>
        <w:rFonts w:eastAsia="Times New Roman" w:cs="Times New Roman"/>
        <w:noProof/>
        <w:color w:val="666666"/>
        <w:sz w:val="16"/>
      </w:rPr>
      <w:t>2</w:t>
    </w:r>
    <w:r>
      <w:rPr>
        <w:rFonts w:eastAsia="Times New Roman" w:cs="Times New Roman"/>
        <w:color w:val="666666"/>
        <w:sz w:val="16"/>
      </w:rPr>
      <w:fldChar w:fldCharType="end"/>
    </w:r>
    <w:r>
      <w:rPr>
        <w:rFonts w:eastAsia="Times New Roman" w:cs="Times New Roman"/>
        <w:color w:val="666666"/>
        <w:sz w:val="16"/>
      </w:rPr>
      <w:t xml:space="preserve"> of </w:t>
    </w:r>
    <w:r>
      <w:rPr>
        <w:rFonts w:eastAsia="Times New Roman" w:cs="Times New Roman"/>
        <w:color w:val="666666"/>
        <w:sz w:val="16"/>
      </w:rPr>
      <w:fldChar w:fldCharType="begin"/>
    </w:r>
    <w:r>
      <w:rPr>
        <w:rFonts w:eastAsia="Times New Roman" w:cs="Times New Roman"/>
        <w:color w:val="666666"/>
        <w:sz w:val="16"/>
      </w:rPr>
      <w:instrText>NUMPAGES</w:instrText>
    </w:r>
    <w:r w:rsidR="00644FB6">
      <w:rPr>
        <w:rFonts w:eastAsia="Times New Roman" w:cs="Times New Roman"/>
        <w:color w:val="666666"/>
        <w:sz w:val="16"/>
      </w:rPr>
      <w:fldChar w:fldCharType="separate"/>
    </w:r>
    <w:r w:rsidR="00644FB6">
      <w:rPr>
        <w:rFonts w:eastAsia="Times New Roman" w:cs="Times New Roman"/>
        <w:noProof/>
        <w:color w:val="666666"/>
        <w:sz w:val="16"/>
      </w:rPr>
      <w:t>3</w:t>
    </w:r>
    <w:r>
      <w:rPr>
        <w:rFonts w:eastAsia="Times New Roman" w:cs="Times New Roman"/>
        <w:color w:val="666666"/>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BF707" w14:textId="77777777" w:rsidR="00A01BC5" w:rsidRDefault="00000000">
    <w:pPr>
      <w:pStyle w:val="Footer"/>
      <w:jc w:val="center"/>
    </w:pPr>
    <w:r>
      <w:rPr>
        <w:rFonts w:eastAsia="Times New Roman" w:cs="Times New Roman"/>
        <w:color w:val="666666"/>
        <w:sz w:val="16"/>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AC2AA" w14:textId="77777777" w:rsidR="00D16A84" w:rsidRDefault="00D16A84">
      <w:pPr>
        <w:spacing w:after="0" w:line="240" w:lineRule="auto"/>
      </w:pPr>
      <w:r>
        <w:separator/>
      </w:r>
    </w:p>
  </w:footnote>
  <w:footnote w:type="continuationSeparator" w:id="0">
    <w:p w14:paraId="66CCA3E8" w14:textId="77777777" w:rsidR="00D16A84" w:rsidRDefault="00D16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5D32" w14:textId="77777777" w:rsidR="00A01BC5" w:rsidRDefault="00000000">
    <w:pPr>
      <w:pStyle w:val="Header"/>
      <w:pBdr>
        <w:bottom w:val="single" w:sz="4" w:space="1" w:color="BFBFBF"/>
      </w:pBdr>
      <w:spacing w:after="20"/>
    </w:pPr>
    <w:r>
      <w:rPr>
        <w:rFonts w:eastAsia="Times New Roman" w:cs="Times New Roman"/>
        <w:b/>
        <w:color w:val="666666"/>
        <w:sz w:val="16"/>
      </w:rPr>
      <w:t>GRISWOLD LAW FIRM   |   ESTATE ASSET &amp; INFORMATION ORGANIZER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6398F" w14:textId="77777777" w:rsidR="00A01BC5" w:rsidRDefault="00A01B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70564853">
    <w:abstractNumId w:val="8"/>
  </w:num>
  <w:num w:numId="2" w16cid:durableId="1646354152">
    <w:abstractNumId w:val="6"/>
  </w:num>
  <w:num w:numId="3" w16cid:durableId="719019925">
    <w:abstractNumId w:val="5"/>
  </w:num>
  <w:num w:numId="4" w16cid:durableId="1419598842">
    <w:abstractNumId w:val="4"/>
  </w:num>
  <w:num w:numId="5" w16cid:durableId="1825707412">
    <w:abstractNumId w:val="7"/>
  </w:num>
  <w:num w:numId="6" w16cid:durableId="933051525">
    <w:abstractNumId w:val="3"/>
  </w:num>
  <w:num w:numId="7" w16cid:durableId="1558859412">
    <w:abstractNumId w:val="2"/>
  </w:num>
  <w:num w:numId="8" w16cid:durableId="1675760063">
    <w:abstractNumId w:val="1"/>
  </w:num>
  <w:num w:numId="9" w16cid:durableId="823863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7B9C"/>
    <w:rsid w:val="0029639D"/>
    <w:rsid w:val="00326F90"/>
    <w:rsid w:val="00644FB6"/>
    <w:rsid w:val="006A00BC"/>
    <w:rsid w:val="00770E0A"/>
    <w:rsid w:val="00A01BC5"/>
    <w:rsid w:val="00AA1D8D"/>
    <w:rsid w:val="00B47730"/>
    <w:rsid w:val="00CB0664"/>
    <w:rsid w:val="00D16A8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7EA250"/>
  <w14:defaultImageDpi w14:val="300"/>
  <w15:docId w15:val="{5E32BC69-F01E-44E5-B311-EFF212CD2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2493</Words>
  <Characters>14216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Estate Asset and Information Organizer</dc:title>
  <dc:subject>Estate planning asset and information organizer for client use</dc:subject>
  <dc:creator>Griswold Law Firm</dc:creator>
  <cp:keywords>estate planning, asset organizer, executor, trustee, digital assets</cp:keywords>
  <dc:description>generated by python-docx</dc:description>
  <cp:lastModifiedBy>Timothy Griswold</cp:lastModifiedBy>
  <cp:revision>4</cp:revision>
  <dcterms:created xsi:type="dcterms:W3CDTF">2026-08-20T18:09:00Z</dcterms:created>
  <dcterms:modified xsi:type="dcterms:W3CDTF">2026-08-20T18:10:00Z</dcterms:modified>
  <cp:category/>
</cp:coreProperties>
</file>